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Madison Bailey Moments: Why Her Queer Visibility Matters Right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Madison Bailey, fans are celebrating the Outer Banks star as she leans into queer roles and uses her platform as a safe space; the actress says representation matters, wants joyful queer stories on screen, and hints a queer role may be on the way.</w:t>
      </w:r>
      <w:r/>
    </w:p>
    <w:p>
      <w:r/>
      <w:r>
        <w:t>Essential Takeaways</w:t>
      </w:r>
      <w:r/>
      <w:r/>
    </w:p>
    <w:p>
      <w:pPr>
        <w:pStyle w:val="ListBullet"/>
        <w:spacing w:line="240" w:lineRule="auto"/>
        <w:ind w:left="720"/>
      </w:pPr>
      <w:r/>
      <w:r>
        <w:rPr>
          <w:b/>
        </w:rPr>
        <w:t>Pansexual and proud:</w:t>
      </w:r>
      <w:r>
        <w:t xml:space="preserve"> Madison Bailey has been open about being pansexual and embraces that identity publicly, offering visible representation.</w:t>
      </w:r>
      <w:r/>
    </w:p>
    <w:p>
      <w:pPr>
        <w:pStyle w:val="ListBullet"/>
        <w:spacing w:line="240" w:lineRule="auto"/>
        <w:ind w:left="720"/>
      </w:pPr>
      <w:r/>
      <w:r>
        <w:rPr>
          <w:b/>
        </w:rPr>
        <w:t>On-screen gap:</w:t>
      </w:r>
      <w:r>
        <w:t xml:space="preserve"> Outer Banks features little to no queer storylines, which Bailey herself has noted as a missed opportunity.</w:t>
      </w:r>
      <w:r/>
    </w:p>
    <w:p>
      <w:pPr>
        <w:pStyle w:val="ListBullet"/>
        <w:spacing w:line="240" w:lineRule="auto"/>
        <w:ind w:left="720"/>
      </w:pPr>
      <w:r/>
      <w:r>
        <w:rPr>
          <w:b/>
        </w:rPr>
        <w:t>Advocating joy:</w:t>
      </w:r>
      <w:r>
        <w:t xml:space="preserve"> She’s vocal about wanting to portray happy, uplifting queer characters rather than trauma-centred narratives.</w:t>
      </w:r>
      <w:r/>
    </w:p>
    <w:p>
      <w:pPr>
        <w:pStyle w:val="ListBullet"/>
        <w:spacing w:line="240" w:lineRule="auto"/>
        <w:ind w:left="720"/>
      </w:pPr>
      <w:r/>
      <w:r>
        <w:rPr>
          <w:b/>
        </w:rPr>
        <w:t>Community-first message:</w:t>
      </w:r>
      <w:r>
        <w:t xml:space="preserve"> Bailey highlights themes of chosen family from the show as resonant with LGBTQ+ viewers.</w:t>
      </w:r>
      <w:r/>
    </w:p>
    <w:p>
      <w:pPr>
        <w:pStyle w:val="ListBullet"/>
        <w:spacing w:line="240" w:lineRule="auto"/>
        <w:ind w:left="720"/>
      </w:pPr>
      <w:r/>
      <w:r>
        <w:rPr>
          <w:b/>
        </w:rPr>
        <w:t>Role incoming?:</w:t>
      </w:r>
      <w:r>
        <w:t xml:space="preserve"> The actress hints she may soon land a queer role, which she’s been actively manifesting.</w:t>
      </w:r>
      <w:r/>
      <w:r/>
    </w:p>
    <w:p>
      <w:pPr>
        <w:pStyle w:val="Heading2"/>
      </w:pPr>
      <w:r>
        <w:t>She’s speaking up , and it feels timely</w:t>
      </w:r>
      <w:r/>
    </w:p>
    <w:p>
      <w:r/>
      <w:r>
        <w:t>Madison Bailey has become more than a familiar face from a hit Netflix show; she’s a visible, vocal queer woman who’s willing to use that visibility to push for better stories. Fans notice when an actor openly identifies as LGBTQ+, and Bailey’s openness brings emotional texture , there’s a soft, human energy when she talks about wanting joy rather than sorrow for on-screen queer lives. According to coverage in Out, she’s clear that representation off-screen still matters when it’s missing on the page.</w:t>
      </w:r>
      <w:r/>
    </w:p>
    <w:p>
      <w:pPr>
        <w:pStyle w:val="Heading2"/>
      </w:pPr>
      <w:r>
        <w:t>Why Outer Banks’ silence matters</w:t>
      </w:r>
      <w:r/>
    </w:p>
    <w:p>
      <w:r/>
      <w:r>
        <w:t>Outer Banks gave viewers an intense teen-adventure with love, loyalty and found-family beats, yet queer arcs were largely absent across the series. That absence isn’t just a creative choice; it shapes whose stories are normalised in mainstream teen drama. Bailey and many fans see those themes of chosen family as relatable to queer audiences, but they also want to see explicit, cheerful queer relationships, not only subtext or implication. It’s a reminder that inclusion isn’t only about presence , it’s about the kind of presence we get.</w:t>
      </w:r>
      <w:r/>
    </w:p>
    <w:p>
      <w:pPr>
        <w:pStyle w:val="Heading2"/>
      </w:pPr>
      <w:r>
        <w:t>Calling for joyful queer storytelling</w:t>
      </w:r>
      <w:r/>
    </w:p>
    <w:p>
      <w:r/>
      <w:r>
        <w:t>There’s a recurring frustration among creatives and viewers about queer characters being written mainly into trauma-heavy plots. Bailey’s point is refreshingly simple: happiness is a valid story. She’s publicly pushed back against narratives that make queerness equal suffering, and she’s been candid about manifesting a role that reflects joy. For anyone casting or writing, that’s a nudge to expand tonal range: queer people deserve romcoms, light dramas, and triumphs just as much as anyone else.</w:t>
      </w:r>
      <w:r/>
    </w:p>
    <w:p>
      <w:pPr>
        <w:pStyle w:val="Heading2"/>
      </w:pPr>
      <w:r>
        <w:t>How she uses her platform , and fans respond</w:t>
      </w:r>
      <w:r/>
    </w:p>
    <w:p>
      <w:r/>
      <w:r>
        <w:t>Bailey doesn’t limit her influence to interviews. By being open and reassuring, she’s carving out a kind of off-screen representation that matters to viewers who may not see themselves on screen. Fans have praised the way she talks about community and protection, ideas that resonate deeply with people who rely on chosen family. It’s a small but potent form of activism: visibility plus kindness can change how audiences imagine themselves.</w:t>
      </w:r>
      <w:r/>
    </w:p>
    <w:p>
      <w:pPr>
        <w:pStyle w:val="Heading2"/>
      </w:pPr>
      <w:r>
        <w:t>What to watch for next</w:t>
      </w:r>
      <w:r/>
    </w:p>
    <w:p>
      <w:r/>
      <w:r>
        <w:t>Bailey hints a queer role may be in the pipeline, and if it lands, it could be a meaningful moment for both her career and queer visibility in mainstream TV or film. Keep an eye on casting announcements and interviews , this could be the start of deliberately joyful portrayals that a lot of people have been asking for. Meanwhile, revisiting Outer Banks through the lens of chosen family shows how representation can take many shapes, but also why explicit inclusion still matters.</w:t>
      </w:r>
      <w:r/>
    </w:p>
    <w:p>
      <w:r/>
      <w:r>
        <w:t>It's a small turn that could make a big difference: more joy, more faces, more stories that let queer viewers see themselves living fully onscreen.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https://www.out.com/celebs/madison-bailey-outer-banks</w:t>
        </w:r>
      </w:hyperlink>
      <w:r>
        <w:t xml:space="preserve"> - Please view link - unable to able to access data</w:t>
      </w:r>
      <w:r/>
    </w:p>
    <w:p>
      <w:pPr>
        <w:pStyle w:val="ListNumber"/>
        <w:spacing w:line="240" w:lineRule="auto"/>
        <w:ind w:left="720"/>
      </w:pPr>
      <w:r/>
      <w:hyperlink r:id="rId9">
        <w:r>
          <w:rPr>
            <w:color w:val="0000EE"/>
            <w:u w:val="single"/>
          </w:rPr>
          <w:t>https://www.out.com/celebs/madison-bailey-outer-banks</w:t>
        </w:r>
      </w:hyperlink>
      <w:r>
        <w:t xml:space="preserve"> - In an interview with Out Magazine, Madison Bailey, known for her role as Kiara in 'Outer Banks', discusses her pansexuality and the lack of queer representation in the series. She expresses a desire for her character to have come out and highlights the importance of chosen family and community support for LGBTQ+ individuals. Bailey also addresses critics opposing diversity on screen, urging them to find joy in their lives and leave others alone. She hints at a potential queer role in her future projects, aiming to bring happiness and joy to the community.</w:t>
      </w:r>
      <w:r/>
    </w:p>
    <w:p>
      <w:pPr>
        <w:pStyle w:val="ListNumber"/>
        <w:spacing w:line="240" w:lineRule="auto"/>
        <w:ind w:left="720"/>
      </w:pPr>
      <w:r/>
      <w:hyperlink r:id="rId14">
        <w:r>
          <w:rPr>
            <w:color w:val="0000EE"/>
            <w:u w:val="single"/>
          </w:rPr>
          <w:t>https://www.uol.com.br/universa/noticias/redacao/2020/06/20/atriz-de-outer-banks-declara-ser-pansexual-entenda-o-termo.htm</w:t>
        </w:r>
      </w:hyperlink>
      <w:r>
        <w:t xml:space="preserve"> - In a 2020 article by UOL Universa, Madison Bailey, the 21-year-old actress from 'Outer Banks', publicly came out as pansexual. She shared her experience of being transparent about her sexuality, stating it felt liberating and expressing gratitude for the support from her friends, family, and the industry. Bailey also introduced her girlfriend, Mariah Linney, a basketball player, and discussed the significance of being open about one's identity.</w:t>
      </w:r>
      <w:r/>
    </w:p>
    <w:p>
      <w:pPr>
        <w:pStyle w:val="ListNumber"/>
        <w:spacing w:line="240" w:lineRule="auto"/>
        <w:ind w:left="720"/>
      </w:pPr>
      <w:r/>
      <w:hyperlink r:id="rId11">
        <w:r>
          <w:rPr>
            <w:color w:val="0000EE"/>
            <w:u w:val="single"/>
          </w:rPr>
          <w:t>https://outer-banks-netflix.fandom.com/wiki/Madison_Bailey</w:t>
        </w:r>
      </w:hyperlink>
      <w:r>
        <w:t xml:space="preserve"> - The Outer Banks Wiki provides a detailed profile of Madison Bailey, born on January 29, 1999, in Kernersville, North Carolina. Raised by adoptive parents, she has six older siblings, five of whom were also adopted. Bailey is of Mauritian and Italian descent and has openly discussed growing up in a predominantly white household. She portrays Kiara 'Kie' Carrera in the Netflix series 'Outer Banks' and has been active in the entertainment industry since 2015.</w:t>
      </w:r>
      <w:r/>
    </w:p>
    <w:p>
      <w:pPr>
        <w:pStyle w:val="ListNumber"/>
        <w:spacing w:line="240" w:lineRule="auto"/>
        <w:ind w:left="720"/>
      </w:pPr>
      <w:r/>
      <w:hyperlink r:id="rId13">
        <w:r>
          <w:rPr>
            <w:color w:val="0000EE"/>
            <w:u w:val="single"/>
          </w:rPr>
          <w:t>https://www.seventeen.com/celebrity/celebrity-couples/a32880419/outer-banks-madison-bailey-relationships/</w:t>
        </w:r>
      </w:hyperlink>
      <w:r>
        <w:t xml:space="preserve"> - Seventeen magazine reports on Madison Bailey's openness about her sexuality and relationship status. The actress, known for her role in 'Outer Banks', revealed her pansexuality on TikTok and introduced her girlfriend, Mariah Linney, a basketball player at the University of North Carolina at Charlotte. Bailey emphasizes the importance of being open and honest about one's identity and expresses happiness in sharing her personal life with her followers.</w:t>
      </w:r>
      <w:r/>
    </w:p>
    <w:p>
      <w:pPr>
        <w:pStyle w:val="ListNumber"/>
        <w:spacing w:line="240" w:lineRule="auto"/>
        <w:ind w:left="720"/>
      </w:pPr>
      <w:r/>
      <w:hyperlink r:id="rId10">
        <w:r>
          <w:rPr>
            <w:color w:val="0000EE"/>
            <w:u w:val="single"/>
          </w:rPr>
          <w:t>https://www.glamour.com/story/outer-banks-star-madison-bailey-opens-up-about-sexuality</w:t>
        </w:r>
      </w:hyperlink>
      <w:r>
        <w:t xml:space="preserve"> - In an interview with Glamour, Madison Bailey discusses her pansexuality and the support she has received from her friends, family, and the entertainment industry. She shares that being open and honest about her sexuality has been liberating and feels good. Bailey also addresses the importance of transparency in an industry where many people are interested in her personal life, expressing comfort in sharing her personal life openly.</w:t>
      </w:r>
      <w:r/>
    </w:p>
    <w:p>
      <w:pPr>
        <w:pStyle w:val="ListNumber"/>
        <w:spacing w:line="240" w:lineRule="auto"/>
        <w:ind w:left="720"/>
      </w:pPr>
      <w:r/>
      <w:hyperlink r:id="rId12">
        <w:r>
          <w:rPr>
            <w:color w:val="0000EE"/>
            <w:u w:val="single"/>
          </w:rPr>
          <w:t>https://www.eonline.com/news/1162319/outer-banks-madison-bailey-says-she-feels-lighter-after-coming-out-as-pansexual</w:t>
        </w:r>
      </w:hyperlink>
      <w:r>
        <w:t xml:space="preserve"> - E! Online reports on Madison Bailey's feelings after coming out as pansexual. The 'Outer Banks' actress shares that being open and honest about her sexuality has made her feel lighter and happier. She discusses the support from her accepting friends, family, and the welcoming industry, expressing that being transparent, especially in an industry where many people are interested in her personal life, feels good.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celebs/madison-bailey-outer-banks" TargetMode="External"/><Relationship Id="rId10" Type="http://schemas.openxmlformats.org/officeDocument/2006/relationships/hyperlink" Target="https://www.glamour.com/story/outer-banks-star-madison-bailey-opens-up-about-sexuality" TargetMode="External"/><Relationship Id="rId11" Type="http://schemas.openxmlformats.org/officeDocument/2006/relationships/hyperlink" Target="https://outer-banks-netflix.fandom.com/wiki/Madison_Bailey" TargetMode="External"/><Relationship Id="rId12" Type="http://schemas.openxmlformats.org/officeDocument/2006/relationships/hyperlink" Target="https://www.eonline.com/news/1162319/outer-banks-madison-bailey-says-she-feels-lighter-after-coming-out-as-pansexual" TargetMode="External"/><Relationship Id="rId13" Type="http://schemas.openxmlformats.org/officeDocument/2006/relationships/hyperlink" Target="https://www.seventeen.com/celebrity/celebrity-couples/a32880419/outer-banks-madison-bailey-relationships/" TargetMode="External"/><Relationship Id="rId14" Type="http://schemas.openxmlformats.org/officeDocument/2006/relationships/hyperlink" Target="https://www.uol.com.br/universa/noticias/redacao/2020/06/20/atriz-de-outer-banks-declara-ser-pansexual-entenda-o-termo.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