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HPV Self-Swabs for Trans and Gender‑Diverse People: Why Self‑Collection Is Now Front‑and‑Centre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patients are choosing privacy and control: a new study finds most transgender and gender‑diverse people assigned female at birth prefer self‑collected HPV tests for cervical cancer screening, or will skip screening unless options change , and that matters for access and dignity.</w:t>
      </w:r>
      <w:r/>
    </w:p>
    <w:p>
      <w:r/>
      <w:r>
        <w:t>Essential Takeaways</w:t>
      </w:r>
      <w:r/>
      <w:r/>
    </w:p>
    <w:p>
      <w:pPr>
        <w:pStyle w:val="ListBullet"/>
        <w:spacing w:line="240" w:lineRule="auto"/>
        <w:ind w:left="720"/>
      </w:pPr>
      <w:r/>
      <w:r>
        <w:rPr>
          <w:b/>
        </w:rPr>
        <w:t>Majority preference:</w:t>
      </w:r>
      <w:r>
        <w:t xml:space="preserve"> More than half of respondents in a recent survey picked HPV self‑swabs as their top screening choice, signalling clear demand for self‑collection options.</w:t>
      </w:r>
      <w:r/>
    </w:p>
    <w:p>
      <w:pPr>
        <w:pStyle w:val="ListBullet"/>
        <w:spacing w:line="240" w:lineRule="auto"/>
        <w:ind w:left="720"/>
      </w:pPr>
      <w:r/>
      <w:r>
        <w:rPr>
          <w:b/>
        </w:rPr>
        <w:t>Avoidance risk:</w:t>
      </w:r>
      <w:r>
        <w:t xml:space="preserve"> A notable minority said they'd decline screening, underlining how discomfort and past trauma can push people away from preventive care.</w:t>
      </w:r>
      <w:r/>
    </w:p>
    <w:p>
      <w:pPr>
        <w:pStyle w:val="ListBullet"/>
        <w:spacing w:line="240" w:lineRule="auto"/>
        <w:ind w:left="720"/>
      </w:pPr>
      <w:r/>
      <w:r>
        <w:rPr>
          <w:b/>
        </w:rPr>
        <w:t>Comfort and privacy:</w:t>
      </w:r>
      <w:r>
        <w:t xml:space="preserve"> Free‑text responses praised the privacy and reduced dysphoria of self‑swabs; many wanted gender‑diverse competent care.</w:t>
      </w:r>
      <w:r/>
    </w:p>
    <w:p>
      <w:pPr>
        <w:pStyle w:val="ListBullet"/>
        <w:spacing w:line="240" w:lineRule="auto"/>
        <w:ind w:left="720"/>
      </w:pPr>
      <w:r/>
      <w:r>
        <w:rPr>
          <w:b/>
        </w:rPr>
        <w:t>Practical choice:</w:t>
      </w:r>
      <w:r>
        <w:t xml:space="preserve"> Self‑collection can be as accurate for HPV detection as clinician swabs when done correctly, and it's easier to offer in community settings.</w:t>
      </w:r>
      <w:r/>
    </w:p>
    <w:p>
      <w:pPr>
        <w:pStyle w:val="ListBullet"/>
        <w:spacing w:line="240" w:lineRule="auto"/>
        <w:ind w:left="720"/>
      </w:pPr>
      <w:r/>
      <w:r>
        <w:rPr>
          <w:b/>
        </w:rPr>
        <w:t>Care implication:</w:t>
      </w:r>
      <w:r>
        <w:t xml:space="preserve"> Clinician training in transgender health and trauma‑informed approaches is vital to reduce barriers and improve uptake.</w:t>
      </w:r>
      <w:r/>
      <w:r/>
    </w:p>
    <w:p>
      <w:pPr>
        <w:pStyle w:val="Heading2"/>
      </w:pPr>
      <w:r>
        <w:t>A clear preference , and a quiet problem</w:t>
      </w:r>
      <w:r/>
    </w:p>
    <w:p>
      <w:r/>
      <w:r>
        <w:t>The headline finding is striking: a majority of transgender and gender‑diverse (TGD) participants ranked HPV self‑swabs as their first choice for cervical cancer screening. The study surveyed people assigned female at birth, aged 18–65, and the preference for self‑collection came through clearly, alongside a worrying tendency for some to simply opt out. That mix of relief and risk has a distinct emotional texture , relief at privacy, anxiety at invasive exams.</w:t>
      </w:r>
      <w:r/>
    </w:p>
    <w:p>
      <w:r/>
      <w:r>
        <w:t>Context matters here. Previous research has shown lower adherence to cervical screening among transgender men and nonbinary people compared with cisgender women. The recent study adds nuance by showing what many want instead: a way to check their health without triggering dysphoria or reliving past trauma.</w:t>
      </w:r>
      <w:r/>
    </w:p>
    <w:p>
      <w:pPr>
        <w:pStyle w:val="Heading2"/>
      </w:pPr>
      <w:r>
        <w:t>Why self‑swabs feel better , privacy, control, less dysphoria</w:t>
      </w:r>
      <w:r/>
    </w:p>
    <w:p>
      <w:r/>
      <w:r>
        <w:t>Responses in the study highlighted themes that won't surprise clinicians who work in gender‑affirming care: pelvic exams can provoke gender dysphoria, and many people bring histories of trauma or discrimination into clinic rooms. Self‑swabs offer a quieter, more private alternative , you can do it yourself, in your own time, with less exposure to a system that has often felt hostile.</w:t>
      </w:r>
      <w:r/>
    </w:p>
    <w:p>
      <w:r/>
      <w:r>
        <w:t>That’s not just about feelings. When a test feels psychologically safer, people are more likely to use it. From a public‑health perspective, easier uptake of accurate HPV testing could reduce missed opportunities for early detection.</w:t>
      </w:r>
      <w:r/>
    </w:p>
    <w:p>
      <w:pPr>
        <w:pStyle w:val="Heading2"/>
      </w:pPr>
      <w:r>
        <w:t>Accuracy and practicality , does self‑collection work?</w:t>
      </w:r>
      <w:r/>
    </w:p>
    <w:p>
      <w:r/>
      <w:r>
        <w:t>Self‑collected vaginal samples for high‑risk HPV testing have been shown in multiple settings to detect the virus reliably when processed appropriately. The convenience factor also opens doors: people can do swabs at home, in community clinics, or in outreach settings, which helps reach those who avoid traditional gynaecology appointments.</w:t>
      </w:r>
      <w:r/>
    </w:p>
    <w:p>
      <w:r/>
      <w:r>
        <w:t>Practical tips if you’re considering a self‑swab: follow the kit instructions carefully, check storage and postage rules, and ask whether your lab runs HPV testing validated for self‑collected samples. If in doubt, a clinic that offers supervised self‑collection can bridge the gap.</w:t>
      </w:r>
      <w:r/>
    </w:p>
    <w:p>
      <w:pPr>
        <w:pStyle w:val="Heading2"/>
      </w:pPr>
      <w:r>
        <w:t>What clinicians and services need to change</w:t>
      </w:r>
      <w:r/>
    </w:p>
    <w:p>
      <w:r/>
      <w:r>
        <w:t>The study’s respondents weren’t just asking for different tests; they wanted different care. That means training clinicians in transgender‑competent, trauma‑informed approaches, using gender‑neutral language on forms, and offering choice as standard. Small shifts , asking about pronouns, explaining each step clearly, and offering self‑collection routinely , make a big difference to whether someone comes back for prevention.</w:t>
      </w:r>
      <w:r/>
    </w:p>
    <w:p>
      <w:r/>
      <w:r>
        <w:t>Health services should also consider logistics: which labs accept self‑collected samples, whether cost is covered, and how to deliver kits discreetly. Policy change to embed self‑collection into screening programmes would normalise the option and reduce the invisible barrier many TGD people face.</w:t>
      </w:r>
      <w:r/>
    </w:p>
    <w:p>
      <w:pPr>
        <w:pStyle w:val="Heading2"/>
      </w:pPr>
      <w:r>
        <w:t>Looking ahead , normalising choice improves outcomes</w:t>
      </w:r>
      <w:r/>
    </w:p>
    <w:p>
      <w:r/>
      <w:r>
        <w:t>Offering HPV self‑swabs alongside clinician options respects bodily autonomy and addresses real, documented barriers. It’s a practical, evidence‑based step that could increase screening rates and reduce inequities. Meanwhile, clinicians and policymakers need to listen: choice, competence and privacy aren’t luxuries , they’re core to effective preventive care.</w:t>
      </w:r>
      <w:r/>
    </w:p>
    <w:p>
      <w:r/>
      <w:r>
        <w:t>It's a small change that can make every screen feel safer and more accessible.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[6]</w:t>
        </w:r>
      </w:hyperlink>
      <w:r>
        <w:t xml:space="preserve">, </w:t>
      </w:r>
      <w:hyperlink r:id="rId11">
        <w:r>
          <w:rPr>
            <w:color w:val="0000EE"/>
            <w:u w:val="single"/>
          </w:rPr>
          <w:t>[4]</w:t>
        </w:r>
      </w:hyperlink>
      <w:r>
        <w:t xml:space="preserve">- Paragraph 4: </w:t>
      </w:r>
      <w:hyperlink r:id="rId12">
        <w:r>
          <w:rPr>
            <w:color w:val="0000EE"/>
            <w:u w:val="single"/>
          </w:rPr>
          <w:t>[3]</w:t>
        </w:r>
      </w:hyperlink>
      <w:r>
        <w:t xml:space="preserve">, </w:t>
      </w:r>
      <w:hyperlink r:id="rId12">
        <w:r>
          <w:rPr>
            <w:color w:val="0000EE"/>
            <w:u w:val="single"/>
          </w:rPr>
          <w:t>[7]</w:t>
        </w:r>
      </w:hyperlink>
      <w:r>
        <w:t xml:space="preserve">- Paragraph 5: </w:t>
      </w:r>
      <w:hyperlink r:id="rId13">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https://outragemag.com/most-trans-gender-diverse-people-prefer-self-collected-hpv-testing-for-cervical-cancer-screening/</w:t>
        </w:r>
      </w:hyperlink>
      <w:r>
        <w:t xml:space="preserve"> - Please view link - unable to able to access data</w:t>
      </w:r>
      <w:r/>
    </w:p>
    <w:p>
      <w:pPr>
        <w:pStyle w:val="ListNumber"/>
        <w:spacing w:line="240" w:lineRule="auto"/>
        <w:ind w:left="720"/>
      </w:pPr>
      <w:r/>
      <w:hyperlink r:id="rId10">
        <w:r>
          <w:rPr>
            <w:color w:val="0000EE"/>
            <w:u w:val="single"/>
          </w:rPr>
          <w:t>https://pubmed.ncbi.nlm.nih.gov/38574315/</w:t>
        </w:r>
      </w:hyperlink>
      <w:r>
        <w:t xml:space="preserve"> - A study published in April 2024 assessed the comfort, difficulty, and willingness to use cervicovaginal and anal self-sampling for HPV testing among transgender and gender diverse individuals assigned female at birth. The majority found the cervicovaginal self-swab comfortable and easy to use, with nearly all willing to use it in the future. Fewer found the anal swab comfortable, but most found it easy to use and were willing to use it in the future. The study suggests that self-sampling methods could expand access to cervical cancer screening for this population.</w:t>
      </w:r>
      <w:r/>
    </w:p>
    <w:p>
      <w:pPr>
        <w:pStyle w:val="ListNumber"/>
        <w:spacing w:line="240" w:lineRule="auto"/>
        <w:ind w:left="720"/>
      </w:pPr>
      <w:r/>
      <w:hyperlink r:id="rId12">
        <w:r>
          <w:rPr>
            <w:color w:val="0000EE"/>
            <w:u w:val="single"/>
          </w:rPr>
          <w:t>https://pubmed.ncbi.nlm.nih.gov/41454978/</w:t>
        </w:r>
      </w:hyperlink>
      <w:r>
        <w:t xml:space="preserve"> - A December 2025 study evaluated the preferences of transgender men and gender diverse individuals assigned female at birth for high-risk HPV-based cervical cancer screening methods. The majority preferred at-home, self-collected HPV testing, with a significant portion unwilling to undergo provider-collected HPV testing. The study highlights the importance of patient-centered screening and gender-inclusive care to reduce disparities in cervical cancer screening among gender diverse individuals.</w:t>
      </w:r>
      <w:r/>
    </w:p>
    <w:p>
      <w:pPr>
        <w:pStyle w:val="ListNumber"/>
        <w:spacing w:line="240" w:lineRule="auto"/>
        <w:ind w:left="720"/>
      </w:pPr>
      <w:r/>
      <w:hyperlink r:id="rId11">
        <w:r>
          <w:rPr>
            <w:color w:val="0000EE"/>
            <w:u w:val="single"/>
          </w:rPr>
          <w:t>https://pubmed.ncbi.nlm.nih.gov/38530059/</w:t>
        </w:r>
      </w:hyperlink>
      <w:r>
        <w:t xml:space="preserve"> - A study published in April 2024 estimated the prevalence of HPV in self-collected cervicovaginal, oral, and anal samples from transgender and gender diverse individuals assigned female at birth. The findings revealed that 30.5% were positive for cervicovaginal HPV, 8.8% for oral HPV, and 39.6% for anal HPV. The study underscores the need for accessible HPV testing options for this population.</w:t>
      </w:r>
      <w:r/>
    </w:p>
    <w:p>
      <w:pPr>
        <w:pStyle w:val="ListNumber"/>
        <w:spacing w:line="240" w:lineRule="auto"/>
        <w:ind w:left="720"/>
      </w:pPr>
      <w:r/>
      <w:hyperlink r:id="rId13">
        <w:r>
          <w:rPr>
            <w:color w:val="0000EE"/>
            <w:u w:val="single"/>
          </w:rPr>
          <w:t>https://pubmed.ncbi.nlm.nih.gov/28665783/</w:t>
        </w:r>
      </w:hyperlink>
      <w:r>
        <w:t xml:space="preserve"> - A 2017 study explored cervical cancer screening preferences among trans-masculine individuals. The majority preferred patient-collected HPV vaginal swabs over provider-administered Pap tests. The study suggests that self-collected HPV testing could address unique barriers to screening in this population.</w:t>
      </w:r>
      <w:r/>
    </w:p>
    <w:p>
      <w:pPr>
        <w:pStyle w:val="ListNumber"/>
        <w:spacing w:line="240" w:lineRule="auto"/>
        <w:ind w:left="720"/>
      </w:pPr>
      <w:r/>
      <w:hyperlink r:id="rId10">
        <w:r>
          <w:rPr>
            <w:color w:val="0000EE"/>
            <w:u w:val="single"/>
          </w:rPr>
          <w:t>https://pubmed.ncbi.nlm.nih.gov/38574315/</w:t>
        </w:r>
      </w:hyperlink>
      <w:r>
        <w:t xml:space="preserve"> - A study published in April 2024 assessed the comfort, difficulty, and willingness to use cervicovaginal and anal self-sampling for HPV testing among transgender and gender diverse individuals assigned female at birth. The majority found the cervicovaginal self-swab comfortable and easy to use, with nearly all willing to use it in the future. Fewer found the anal swab comfortable, but most found it easy to use and were willing to use it in the future. The study suggests that self-sampling methods could expand access to cervical cancer screening for this population.</w:t>
      </w:r>
      <w:r/>
    </w:p>
    <w:p>
      <w:pPr>
        <w:pStyle w:val="ListNumber"/>
        <w:spacing w:line="240" w:lineRule="auto"/>
        <w:ind w:left="720"/>
      </w:pPr>
      <w:r/>
      <w:hyperlink r:id="rId12">
        <w:r>
          <w:rPr>
            <w:color w:val="0000EE"/>
            <w:u w:val="single"/>
          </w:rPr>
          <w:t>https://pubmed.ncbi.nlm.nih.gov/41454978/</w:t>
        </w:r>
      </w:hyperlink>
      <w:r>
        <w:t xml:space="preserve"> - A December 2025 study evaluated the preferences of transgender men and gender diverse individuals assigned female at birth for high-risk HPV-based cervical cancer screening methods. The majority preferred at-home, self-collected HPV testing, with a significant portion unwilling to undergo provider-collected HPV testing. The study highlights the importance of patient-centered screening and gender-inclusive care to reduce disparities in cervical cancer screening among gender diverse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agemag.com/most-trans-gender-diverse-people-prefer-self-collected-hpv-testing-for-cervical-cancer-screening/" TargetMode="External"/><Relationship Id="rId10" Type="http://schemas.openxmlformats.org/officeDocument/2006/relationships/hyperlink" Target="https://pubmed.ncbi.nlm.nih.gov/38574315/" TargetMode="External"/><Relationship Id="rId11" Type="http://schemas.openxmlformats.org/officeDocument/2006/relationships/hyperlink" Target="https://pubmed.ncbi.nlm.nih.gov/38530059/" TargetMode="External"/><Relationship Id="rId12" Type="http://schemas.openxmlformats.org/officeDocument/2006/relationships/hyperlink" Target="https://pubmed.ncbi.nlm.nih.gov/41454978/" TargetMode="External"/><Relationship Id="rId13" Type="http://schemas.openxmlformats.org/officeDocument/2006/relationships/hyperlink" Target="https://pubmed.ncbi.nlm.nih.gov/286657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