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Fringe Shows for Bisexual Visibility: Maxx Eddy’s Bi Meets World Steals the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that explain more than labels , and at this year’s Edinburgh Fringe one show is doing exactly that. Comedian Maxx Eddy’s Bi Meets World mixes sharp jokes with honest reflection on being bisexual, why explanations get exhausting, and why visibility still matters.</w:t>
      </w:r>
      <w:r/>
    </w:p>
    <w:p>
      <w:r/>
      <w:r>
        <w:t>Essential Takeaways</w:t>
      </w:r>
      <w:r/>
      <w:r/>
    </w:p>
    <w:p>
      <w:pPr>
        <w:pStyle w:val="ListBullet"/>
        <w:spacing w:line="240" w:lineRule="auto"/>
        <w:ind w:left="720"/>
      </w:pPr>
      <w:r/>
      <w:r>
        <w:rPr>
          <w:b/>
        </w:rPr>
        <w:t>Sharp premise:</w:t>
      </w:r>
      <w:r>
        <w:t xml:space="preserve"> Maxx Eddy’s one-man show uses comedy to unpack bisexuality, blending humour with frank personal detail.</w:t>
      </w:r>
      <w:r/>
    </w:p>
    <w:p>
      <w:pPr>
        <w:pStyle w:val="ListBullet"/>
        <w:spacing w:line="240" w:lineRule="auto"/>
        <w:ind w:left="720"/>
      </w:pPr>
      <w:r/>
      <w:r>
        <w:rPr>
          <w:b/>
        </w:rPr>
        <w:t>Relatable scenes:</w:t>
      </w:r>
      <w:r>
        <w:t xml:space="preserve"> Audiences hear about coming out, religious pressure, and dating anxieties with a light, sometimes absurd touch.</w:t>
      </w:r>
      <w:r/>
    </w:p>
    <w:p>
      <w:pPr>
        <w:pStyle w:val="ListBullet"/>
        <w:spacing w:line="240" w:lineRule="auto"/>
        <w:ind w:left="720"/>
      </w:pPr>
      <w:r/>
      <w:r>
        <w:rPr>
          <w:b/>
        </w:rPr>
        <w:t>Fringe-ready:</w:t>
      </w:r>
      <w:r>
        <w:t xml:space="preserve"> The show is listed at Edinburgh Fringe and across festival guides, making it easy to find and book.</w:t>
      </w:r>
      <w:r/>
    </w:p>
    <w:p>
      <w:pPr>
        <w:pStyle w:val="ListBullet"/>
        <w:spacing w:line="240" w:lineRule="auto"/>
        <w:ind w:left="720"/>
      </w:pPr>
      <w:r/>
      <w:r>
        <w:rPr>
          <w:b/>
        </w:rPr>
        <w:t>Tone and texture:</w:t>
      </w:r>
      <w:r>
        <w:t xml:space="preserve"> Expect playful storytelling, pop-culture asides, and an emotionally grounded finish that feels honest, not performative.</w:t>
      </w:r>
      <w:r/>
      <w:r/>
    </w:p>
    <w:p>
      <w:pPr>
        <w:pStyle w:val="Heading2"/>
      </w:pPr>
      <w:r>
        <w:t>Why this show lands: comedy that feels like a conversation</w:t>
      </w:r>
      <w:r/>
    </w:p>
    <w:p>
      <w:r/>
      <w:r>
        <w:t>Eddy’s set starts with a simple, tired truth: explaining you’re bisexual is the real work, not the label itself. That line lands because it’s both funny and weary, a mood anyone who’s fielded endless questions will recognise. According to festival listings, the show mixes stand-up rhythm with story-driven moments, so it feels like you’re listening to a friend who’s equal parts wry and wounded.</w:t>
      </w:r>
      <w:r/>
    </w:p>
    <w:p>
      <w:r/>
      <w:r>
        <w:t>He frames familiar pressures , religious upbringing, internalised expectations, and the stereotype that bi people are “on the way” to being gay , in a way that invites laughter and empathy. For anyone choosing between fringe slots, this is the sort of gig that stays with you after the lights go up.</w:t>
      </w:r>
      <w:r/>
    </w:p>
    <w:p>
      <w:pPr>
        <w:pStyle w:val="Heading2"/>
      </w:pPr>
      <w:r>
        <w:t>The backstory: why coming out didn’t solve everything</w:t>
      </w:r>
      <w:r/>
    </w:p>
    <w:p>
      <w:r/>
      <w:r>
        <w:t>Eddy explains that coming out often reshaped how others saw him rather than how he saw himself. Growing up with religious messages and policing of masculinity, he assumed he was straight until curiosity and reality nudged him otherwise. This arc is a neat illustration of how identity unfolds over time, not as a single theatrical reveal.</w:t>
      </w:r>
      <w:r/>
    </w:p>
    <w:p>
      <w:r/>
      <w:r>
        <w:t>That narrative is familiar across many reviews and listings for his Fringe appearances, where critics note the show’s honest beats. It’s a reminder that visibility isn’t a switch; it’s a slow process, and comedy can be the gentle scraper that removes the varnish of cliché.</w:t>
      </w:r>
      <w:r/>
    </w:p>
    <w:p>
      <w:pPr>
        <w:pStyle w:val="Heading2"/>
      </w:pPr>
      <w:r>
        <w:t>What the trends say: bisexuality on stage and online</w:t>
      </w:r>
      <w:r/>
    </w:p>
    <w:p>
      <w:r/>
      <w:r>
        <w:t>There’s a wider cultural moment where bisexual voices are increasingly prominent on stage, streaming and social. Eddy’s piece for HuffPost and his Fringe run fit into that trend , performers are turning personal complexity into accessible art. Festival guides and ticket pages show a growing appetite for shows that interrogate identity without getting preachy.</w:t>
      </w:r>
      <w:r/>
    </w:p>
    <w:p>
      <w:r/>
      <w:r>
        <w:t>If you’re exploring more queer comedy, look for shows billed as one-person pieces or storytelling stand-up; they often allow room for nuance and vulnerability that a traditional set might not. And yes, your expectations should be for laughs first, insight second , but expect both.</w:t>
      </w:r>
      <w:r/>
    </w:p>
    <w:p>
      <w:pPr>
        <w:pStyle w:val="Heading2"/>
      </w:pPr>
      <w:r>
        <w:t>Practical tips: how to pick the right Fringe queer show</w:t>
      </w:r>
      <w:r/>
    </w:p>
    <w:p>
      <w:r/>
      <w:r>
        <w:t>If you’re festival-hopping, check listings on the official Fringe site or established guides before buying. Short reviews and show descriptions will tell you whether a performance leans more on anecdote, sketch, or crowd-work. For a piece like Bi Meets World, you want a close-knit venue where the performer can land personal lines , so smaller rooms are often better.</w:t>
      </w:r>
      <w:r/>
    </w:p>
    <w:p>
      <w:r/>
      <w:r>
        <w:t>Consider the runtime and whether the show has trigger warnings if that matters to you; many fringe pages list content notes now. Bring a friend who can laugh and reflect with you afterwards , post-show chats are half the fun.</w:t>
      </w:r>
      <w:r/>
    </w:p>
    <w:p>
      <w:pPr>
        <w:pStyle w:val="Heading2"/>
      </w:pPr>
      <w:r>
        <w:t>The takeaway: laughter as a small revolution</w:t>
      </w:r>
      <w:r/>
    </w:p>
    <w:p>
      <w:r/>
      <w:r>
        <w:t>Eddy’s jokes about dating, labels and the odd Google search are funny because they’re recognisable, and they’re gentle because they invite understanding rather than demand it. Comedy here isn’t a cure-all, but it’s a useful mirror that makes stereotypes look ridiculous and human complexity feel normal.</w:t>
      </w:r>
      <w:r/>
    </w:p>
    <w:p>
      <w:r/>
      <w:r>
        <w:t>It’s a small change that can make every conversation about sexuality a little less exhausting.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0">
        <w:r>
          <w:rPr>
            <w:color w:val="0000EE"/>
            <w:u w:val="single"/>
          </w:rPr>
          <w:t>[4]</w:t>
        </w:r>
      </w:hyperlink>
      <w:r>
        <w:t xml:space="preserve">, </w:t>
      </w:r>
      <w:hyperlink r:id="rId13">
        <w:r>
          <w:rPr>
            <w:color w:val="0000EE"/>
            <w:u w:val="single"/>
          </w:rPr>
          <w:t>[3]</w:t>
        </w:r>
      </w:hyperlink>
      <w:r>
        <w:t xml:space="preserve">- Paragraph 5: </w:t>
      </w:r>
      <w:hyperlink r:id="rId11">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https://www.queerty.com/secretly-gay-destined-to-cheatcomedian-maxx-eddy-sets-the-record-straight-on-being-bisexual-20260820/</w:t>
        </w:r>
      </w:hyperlink>
      <w:r>
        <w:t xml:space="preserve"> - Please view link - unable to able to access data</w:t>
      </w:r>
      <w:r/>
    </w:p>
    <w:p>
      <w:pPr>
        <w:pStyle w:val="ListNumber"/>
        <w:spacing w:line="240" w:lineRule="auto"/>
        <w:ind w:left="720"/>
      </w:pPr>
      <w:r/>
      <w:hyperlink r:id="rId9">
        <w:r>
          <w:rPr>
            <w:color w:val="0000EE"/>
            <w:u w:val="single"/>
          </w:rPr>
          <w:t>https://www.queerty.com/secretly-gay-destined-to-cheatcomedian-maxx-eddy-sets-the-record-straight-on-being-bisexual-20260820/</w:t>
        </w:r>
      </w:hyperlink>
      <w:r>
        <w:t xml:space="preserve"> - Comedian Maxx Eddy discusses the challenges of being bisexual, including misconceptions like being secretly gay, perceived as basically straight, or destined to cheat. He highlights the issues of biphobia and bi erasure, sharing personal experiences and insights from his one-man show, 'Bi Meets World', at the Edinburgh Fringe Festival.</w:t>
      </w:r>
      <w:r/>
    </w:p>
    <w:p>
      <w:pPr>
        <w:pStyle w:val="ListNumber"/>
        <w:spacing w:line="240" w:lineRule="auto"/>
        <w:ind w:left="720"/>
      </w:pPr>
      <w:r/>
      <w:hyperlink r:id="rId13">
        <w:r>
          <w:rPr>
            <w:color w:val="0000EE"/>
            <w:u w:val="single"/>
          </w:rPr>
          <w:t>https://www.planmyfringe.co.uk/ShowView.aspx?id=21252</w:t>
        </w:r>
      </w:hyperlink>
      <w:r>
        <w:t xml:space="preserve"> - Maxx Eddy's debut show, 'Bi Meets World', blends stand-up and storytelling to explore queerness and masculinity. The show follows Eddy's journey to meet a Brazilian woman he met online, leading to chaotic results. He was named a New Face of Comedy at Montreal's Just for Laughs Festival and made his American TV debut on 'Comics Unleashed with Byron Allen'.</w:t>
      </w:r>
      <w:r/>
    </w:p>
    <w:p>
      <w:pPr>
        <w:pStyle w:val="ListNumber"/>
        <w:spacing w:line="240" w:lineRule="auto"/>
        <w:ind w:left="720"/>
      </w:pPr>
      <w:r/>
      <w:hyperlink r:id="rId10">
        <w:r>
          <w:rPr>
            <w:color w:val="0000EE"/>
            <w:u w:val="single"/>
          </w:rPr>
          <w:t>https://www.edfringe.com/tickets/whats-on/maxx-eddy-bi-meets-world</w:t>
        </w:r>
      </w:hyperlink>
      <w:r>
        <w:t xml:space="preserve"> - Maxx Eddy's 'Bi Meets World' is a stand-up and storytelling show at the Edinburgh Fringe Festival. The performance delves into queerness and masculinity, recounting Eddy's experiences meeting a Brazilian woman online. He was named a New Face of Comedy at Montreal's Just for Laughs Festival and appeared on 'Comics Unleashed with Byron Allen'.</w:t>
      </w:r>
      <w:r/>
    </w:p>
    <w:p>
      <w:pPr>
        <w:pStyle w:val="ListNumber"/>
        <w:spacing w:line="240" w:lineRule="auto"/>
        <w:ind w:left="720"/>
      </w:pPr>
      <w:r/>
      <w:hyperlink r:id="rId12">
        <w:r>
          <w:rPr>
            <w:color w:val="0000EE"/>
            <w:u w:val="single"/>
          </w:rPr>
          <w:t>https://www.comedy.co.uk/fringe/2026/maxx-eddy/</w:t>
        </w:r>
      </w:hyperlink>
      <w:r>
        <w:t xml:space="preserve"> - Maxx Eddy's 'Bi Meets World' is a stand-up and storytelling show at the Edinburgh Fringe Festival. The performance delves into queerness and masculinity, recounting Eddy's experiences meeting a Brazilian woman online. He was named a New Face of Comedy at Montreal's Just for Laughs Festival and appeared on 'Comics Unleashed with Byron Allen'.</w:t>
      </w:r>
      <w:r/>
    </w:p>
    <w:p>
      <w:pPr>
        <w:pStyle w:val="ListNumber"/>
        <w:spacing w:line="240" w:lineRule="auto"/>
        <w:ind w:left="720"/>
      </w:pPr>
      <w:r/>
      <w:hyperlink r:id="rId11">
        <w:r>
          <w:rPr>
            <w:color w:val="0000EE"/>
            <w:u w:val="single"/>
          </w:rPr>
          <w:t>https://www.chortle.co.uk/shows/edinburgh_fringe_2026/m/39887/_maxx_eddy%3A_bi_meets_world</w:t>
        </w:r>
      </w:hyperlink>
      <w:r>
        <w:t xml:space="preserve"> - Maxx Eddy's 'Bi Meets World' is a stand-up and storytelling show at the Edinburgh Fringe Festival. The performance delves into queerness and masculinity, recounting Eddy's experiences meeting a Brazilian woman online. He was named a New Face of Comedy at Montreal's Just for Laughs Festival and appeared on 'Comics Unleashed with Byron Allen'.</w:t>
      </w:r>
      <w:r/>
    </w:p>
    <w:p>
      <w:pPr>
        <w:pStyle w:val="ListNumber"/>
        <w:spacing w:line="240" w:lineRule="auto"/>
        <w:ind w:left="720"/>
      </w:pPr>
      <w:r/>
      <w:hyperlink r:id="rId14">
        <w:r>
          <w:rPr>
            <w:color w:val="0000EE"/>
            <w:u w:val="single"/>
          </w:rPr>
          <w:t>https://www.theskinny.co.uk/festivals/edinburgh-fringe/comedy/maxx-eddy-gilded-balloon-patter-house</w:t>
        </w:r>
      </w:hyperlink>
      <w:r>
        <w:t xml:space="preserve"> - A review of Maxx Eddy's debut hour at the Edinburgh Fringe Festival, 'Bi Meets World', highlighting his energetic performance and potential. The show blends stand-up and storytelling, exploring themes of sexuality, family, and romance, with Eddy's charm and confidence leaving a lasting impression.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secretly-gay-destined-to-cheatcomedian-maxx-eddy-sets-the-record-straight-on-being-bisexual-20260820/" TargetMode="External"/><Relationship Id="rId10" Type="http://schemas.openxmlformats.org/officeDocument/2006/relationships/hyperlink" Target="https://www.edfringe.com/tickets/whats-on/maxx-eddy-bi-meets-world" TargetMode="External"/><Relationship Id="rId11" Type="http://schemas.openxmlformats.org/officeDocument/2006/relationships/hyperlink" Target="https://www.chortle.co.uk/shows/edinburgh_fringe_2026/m/39887/_maxx_eddy%3A_bi_meets_world" TargetMode="External"/><Relationship Id="rId12" Type="http://schemas.openxmlformats.org/officeDocument/2006/relationships/hyperlink" Target="https://www.comedy.co.uk/fringe/2026/maxx-eddy/" TargetMode="External"/><Relationship Id="rId13" Type="http://schemas.openxmlformats.org/officeDocument/2006/relationships/hyperlink" Target="https://www.planmyfringe.co.uk/ShowView.aspx?id=21252" TargetMode="External"/><Relationship Id="rId14" Type="http://schemas.openxmlformats.org/officeDocument/2006/relationships/hyperlink" Target="https://www.theskinny.co.uk/festivals/edinburgh-fringe/comedy/maxx-eddy-gilded-balloon-patter-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