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Edmonton Pride Parade Safety Choices: Why Police Presence Is Sparking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Pride-goers are watching as Edmonton PrideFest confirms police presence at this year’s parade, a move organisers call sensible but that some community groups say reopens old wounds; here’s what’s at stake, why it matters and how attendees can stay safe while staying principled.</w:t>
      </w:r>
      <w:r/>
    </w:p>
    <w:p>
      <w:r/>
      <w:r>
        <w:t>Essential Takeaways</w:t>
      </w:r>
      <w:r/>
      <w:r/>
    </w:p>
    <w:p>
      <w:pPr>
        <w:pStyle w:val="ListBullet"/>
        <w:spacing w:line="240" w:lineRule="auto"/>
        <w:ind w:left="720"/>
      </w:pPr>
      <w:r/>
      <w:r>
        <w:rPr>
          <w:b/>
        </w:rPr>
        <w:t>Organisers' view:</w:t>
      </w:r>
      <w:r>
        <w:t xml:space="preserve"> Edmonton PrideFest says extra security and police are precautionary to keep crowds safe and help people get home securely.</w:t>
      </w:r>
      <w:r/>
    </w:p>
    <w:p>
      <w:pPr>
        <w:pStyle w:val="ListBullet"/>
        <w:spacing w:line="240" w:lineRule="auto"/>
        <w:ind w:left="720"/>
      </w:pPr>
      <w:r/>
      <w:r>
        <w:rPr>
          <w:b/>
        </w:rPr>
        <w:t>Community concern:</w:t>
      </w:r>
      <w:r>
        <w:t xml:space="preserve"> Some groups, including grassroots organisers, have cut ties, arguing police presence recalls historic harms against LGBTQ+ and racialised people.</w:t>
      </w:r>
      <w:r/>
    </w:p>
    <w:p>
      <w:pPr>
        <w:pStyle w:val="ListBullet"/>
        <w:spacing w:line="240" w:lineRule="auto"/>
        <w:ind w:left="720"/>
      </w:pPr>
      <w:r/>
      <w:r>
        <w:rPr>
          <w:b/>
        </w:rPr>
        <w:t>History matters:</w:t>
      </w:r>
      <w:r>
        <w:t xml:space="preserve"> Edmonton police apologised in the past for mistreatment linked to a 1981 bathhouse raid, a memory that still shapes trust.</w:t>
      </w:r>
      <w:r/>
    </w:p>
    <w:p>
      <w:pPr>
        <w:pStyle w:val="ListBullet"/>
        <w:spacing w:line="240" w:lineRule="auto"/>
        <w:ind w:left="720"/>
      </w:pPr>
      <w:r/>
      <w:r>
        <w:rPr>
          <w:b/>
        </w:rPr>
        <w:t>Practical tip:</w:t>
      </w:r>
      <w:r>
        <w:t xml:space="preserve"> If you plan to attend, check festival updates, follow safety advisories, and consider arrival and exit plans to avoid congestion.</w:t>
      </w:r>
      <w:r/>
    </w:p>
    <w:p>
      <w:pPr>
        <w:pStyle w:val="ListBullet"/>
        <w:spacing w:line="240" w:lineRule="auto"/>
        <w:ind w:left="720"/>
      </w:pPr>
      <w:r/>
      <w:r>
        <w:rPr>
          <w:b/>
        </w:rPr>
        <w:t>Emotional cue:</w:t>
      </w:r>
      <w:r>
        <w:t xml:space="preserve"> The debate feels personal , many want safety, while others want accountability and community-led protection.</w:t>
      </w:r>
      <w:r/>
      <w:r/>
    </w:p>
    <w:p>
      <w:pPr>
        <w:pStyle w:val="Heading2"/>
      </w:pPr>
      <w:r>
        <w:t>Why organisers say police are a practical choice</w:t>
      </w:r>
      <w:r/>
    </w:p>
    <w:p>
      <w:r/>
      <w:r>
        <w:t>Organisers invited police to play a visible role this year as part of stepped-up security after high-profile incidents overseas raised alarm. The parade is one of the largest Pride events on the Prairies, and organisers argue that a sturdy security presence helps reassure families, visitors and long-time attendees that the event will be safe and orderly. For many, the sight of officers provides a calm, practical comfort , crowd control, traffic management and fast response to any incident.</w:t>
      </w:r>
      <w:r/>
    </w:p>
    <w:p>
      <w:r/>
      <w:r>
        <w:t>That said, the decision didn’t happen in a vacuum; it follows conversations about public safety and logistics that festivals everywhere now face. If you’re attending, it’s worth noting the festival’s posted guidelines and map so you know where help points and first-aid stations are, and to plan how you’ll leave once the parade ends.</w:t>
      </w:r>
      <w:r/>
    </w:p>
    <w:p>
      <w:pPr>
        <w:pStyle w:val="Heading2"/>
      </w:pPr>
      <w:r>
        <w:t>Why some groups are walking away , historical hurt fuels protest</w:t>
      </w:r>
      <w:r/>
    </w:p>
    <w:p>
      <w:r/>
      <w:r>
        <w:t>Not everyone agrees this is progress. Several community groups have publicly cut ties with the festival, citing deep distrust of police based on historical and ongoing harms. Activists point to memories of policing tactics that criminalised queer spaces, and they argue Pride should centre the voices of those most harmed by systemic abuse.</w:t>
      </w:r>
      <w:r/>
    </w:p>
    <w:p>
      <w:r/>
      <w:r>
        <w:t>This is familiar terrain in Edmonton: past years have seen protests and heated debate over whether police should march or be excluded, and those arguments resurface whenever uniforms return to Pride. For people whose lived experience includes discrimination at the hands of law enforcement, the decision feels like a betrayal of Pride’s radical roots.</w:t>
      </w:r>
      <w:r/>
    </w:p>
    <w:p>
      <w:pPr>
        <w:pStyle w:val="Heading2"/>
      </w:pPr>
      <w:r>
        <w:t>The local backstory: apologies, policy changes and past protests</w:t>
      </w:r>
      <w:r/>
    </w:p>
    <w:p>
      <w:r/>
      <w:r>
        <w:t>Edmonton’s relationship with police and Pride has been complicated. The police service issued an apology years ago about mistreatment tied to an early 1980s raid on a downtown bathhouse, a wound that still shapes trust. In the past, organisers, officers and demonstrators have negotiated compromises , from officers not wearing uniforms to limits on who may march , in attempts to balance visibility with sensitivity.</w:t>
      </w:r>
      <w:r/>
    </w:p>
    <w:p>
      <w:r/>
      <w:r>
        <w:t>Those precedents matter. They show that policy can shift, and that festivals can try to be responsive. Still, choices this year suggest organisers judged visible policing necessary in light of international incidents and the large crowd expected.</w:t>
      </w:r>
      <w:r/>
    </w:p>
    <w:p>
      <w:pPr>
        <w:pStyle w:val="Heading2"/>
      </w:pPr>
      <w:r>
        <w:t>How attendees can navigate safety and principle</w:t>
      </w:r>
      <w:r/>
    </w:p>
    <w:p>
      <w:r/>
      <w:r>
        <w:t>If you care about both safety and solidarity, there are practical steps you can take. Check the festival’s official channels for updates on where stewards and police will be posted, and seek out community-run safe spaces and affinity groups that will be present. Consider arriving with friends, agree on a meeting point, and identify quieter exit routes to avoid crowded transport hubs.</w:t>
      </w:r>
      <w:r/>
    </w:p>
    <w:p>
      <w:r/>
      <w:r>
        <w:t>If you want to protest the policy, do so peacefully and follow marshals’ instructions , disruptions can risk safety and shift focus away from the communities Pride is meant to celebrate. Meanwhile, festival staff and volunteers often welcome constructive feedback , use comment lines or post-event surveys to make your views heard.</w:t>
      </w:r>
      <w:r/>
    </w:p>
    <w:p>
      <w:pPr>
        <w:pStyle w:val="Heading2"/>
      </w:pPr>
      <w:r>
        <w:t>Looking ahead: conversation, compromise or continued clash?</w:t>
      </w:r>
      <w:r/>
    </w:p>
    <w:p>
      <w:r/>
      <w:r>
        <w:t>This year’s debate feels less like a single squabble and more like an ongoing negotiation about what Pride should look and feel like. Some will welcome a visible police role as a straightforward safety measure, others will see it as reopening old wounds. Both positions are rooted in real experiences and concerns, which means the best outcome will likely be a mix of improved safety planning, clearer accountability measures and strengthened community-led supports.</w:t>
      </w:r>
      <w:r/>
    </w:p>
    <w:p>
      <w:r/>
      <w:r>
        <w:t>Organisers, police and community groups may still need to talk more, but the wider public can also push for solutions that centre marginalised voices while protecting people in the moment.</w:t>
      </w:r>
      <w:r/>
    </w:p>
    <w:p>
      <w:r/>
      <w:r>
        <w:t>It's a small change that can make every paradegoer's experience both safer and more mindful.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2">
        <w:r>
          <w:rPr>
            <w:color w:val="0000EE"/>
            <w:u w:val="single"/>
          </w:rPr>
          <w:t>[6]</w:t>
        </w:r>
      </w:hyperlink>
      <w:r>
        <w:t xml:space="preserve">- Paragraph 4: </w:t>
      </w:r>
      <w:hyperlink r:id="rId14">
        <w:r>
          <w:rPr>
            <w:color w:val="0000EE"/>
            <w:u w:val="single"/>
          </w:rPr>
          <w:t>[5]</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https://ca.news.yahoo.com/edmonton-pride-organizers-defend-police-062522717.html</w:t>
        </w:r>
      </w:hyperlink>
      <w:r>
        <w:t xml:space="preserve"> - Please view link - unable to able to access data</w:t>
      </w:r>
      <w:r/>
    </w:p>
    <w:p>
      <w:pPr>
        <w:pStyle w:val="ListNumber"/>
        <w:spacing w:line="240" w:lineRule="auto"/>
        <w:ind w:left="720"/>
      </w:pPr>
      <w:r/>
      <w:hyperlink r:id="rId10">
        <w:r>
          <w:rPr>
            <w:color w:val="0000EE"/>
            <w:u w:val="single"/>
          </w:rPr>
          <w:t>https://edmonton.citynews.ca/2025/08/22/edmonton-pride-parade-returns-2025/</w:t>
        </w:r>
      </w:hyperlink>
      <w:r>
        <w:t xml:space="preserve"> - Edmonton's Pride parade returned in 2025 after a seven-year hiatus, marking a significant event for the LGBTQ+ community. The parade was cancelled in 2019 due to disagreements over law enforcement involvement and concerns about marginalized groups being sidelined. Festival producer Trevor Watson expressed excitement about the return, noting that for many community members, this would be their first parade. (</w:t>
      </w:r>
      <w:hyperlink r:id="rId15">
        <w:r>
          <w:rPr>
            <w:color w:val="0000EE"/>
            <w:u w:val="single"/>
          </w:rPr>
          <w:t>edmonton.citynews.ca</w:t>
        </w:r>
      </w:hyperlink>
      <w:r>
        <w:t>)</w:t>
      </w:r>
      <w:r/>
    </w:p>
    <w:p>
      <w:pPr>
        <w:pStyle w:val="ListNumber"/>
        <w:spacing w:line="240" w:lineRule="auto"/>
        <w:ind w:left="720"/>
      </w:pPr>
      <w:r/>
      <w:hyperlink r:id="rId11">
        <w:r>
          <w:rPr>
            <w:color w:val="0000EE"/>
            <w:u w:val="single"/>
          </w:rPr>
          <w:t>https://edmonton.citynews.ca/2025/08/24/edmonton-pride-parade-2/</w:t>
        </w:r>
      </w:hyperlink>
      <w:r>
        <w:t xml:space="preserve"> - The 2025 Edmonton Pride Parade, after a seven-year break, commenced with a Trans March led by Black transgender women refugees and a 350-foot-long Transgender Pride flag. RaricaNow founder Adebayo Chris Katiiti highlighted the significance of this march, stating it was a statement that trans people are welcome in Alberta. The parade was especially meaningful for transgender women refugees, including Pretery Peter, who emphasized the importance of celebrating their identity. (</w:t>
      </w:r>
      <w:hyperlink r:id="rId16">
        <w:r>
          <w:rPr>
            <w:color w:val="0000EE"/>
            <w:u w:val="single"/>
          </w:rPr>
          <w:t>edmonton.citynews.ca</w:t>
        </w:r>
      </w:hyperlink>
      <w:r>
        <w:t>)</w:t>
      </w:r>
      <w:r/>
    </w:p>
    <w:p>
      <w:pPr>
        <w:pStyle w:val="ListNumber"/>
        <w:spacing w:line="240" w:lineRule="auto"/>
        <w:ind w:left="720"/>
      </w:pPr>
      <w:r/>
      <w:hyperlink r:id="rId13">
        <w:r>
          <w:rPr>
            <w:color w:val="0000EE"/>
            <w:u w:val="single"/>
          </w:rPr>
          <w:t>https://edmonton.citynews.ca/2018/06/09/demonstrators-stop-edmonton-pride-parade-over-police-participation/</w:t>
        </w:r>
      </w:hyperlink>
      <w:r>
        <w:t xml:space="preserve"> - In 2018, Edmonton's Pride parade was halted for over half an hour by demonstrators protesting the participation of police officers. The protesters demanded that police, RCMP, and military members be banned from future parades. The Edmonton Pride Festival Society agreed to these demands, stating that police and military members would not march in the parade until the community felt safe with their presence. (</w:t>
      </w:r>
      <w:hyperlink r:id="rId17">
        <w:r>
          <w:rPr>
            <w:color w:val="0000EE"/>
            <w:u w:val="single"/>
          </w:rPr>
          <w:t>edmonton.citynews.ca</w:t>
        </w:r>
      </w:hyperlink>
      <w:r>
        <w:t>)</w:t>
      </w:r>
      <w:r/>
    </w:p>
    <w:p>
      <w:pPr>
        <w:pStyle w:val="ListNumber"/>
        <w:spacing w:line="240" w:lineRule="auto"/>
        <w:ind w:left="720"/>
      </w:pPr>
      <w:r/>
      <w:hyperlink r:id="rId14">
        <w:r>
          <w:rPr>
            <w:color w:val="0000EE"/>
            <w:u w:val="single"/>
          </w:rPr>
          <w:t>https://edmonton.citynews.ca/2018/06/11/police-military-ban-pride-parade-insulting-ucp-leader/</w:t>
        </w:r>
      </w:hyperlink>
      <w:r>
        <w:t xml:space="preserve"> - United Conservative Party Leader Jason Kenney criticized the decision to ban police and military personnel from Edmonton's Pride parade in 2018, calling it regrettable and insulting. He argued that the Edmonton Pride committee was allowing itself to be hijacked by a small fringe group and that gay men and women in uniform deserved to celebrate. (</w:t>
      </w:r>
      <w:hyperlink r:id="rId18">
        <w:r>
          <w:rPr>
            <w:color w:val="0000EE"/>
            <w:u w:val="single"/>
          </w:rPr>
          <w:t>calgary.citynews.ca</w:t>
        </w:r>
      </w:hyperlink>
      <w:r>
        <w:t>)</w:t>
      </w:r>
      <w:r/>
    </w:p>
    <w:p>
      <w:pPr>
        <w:pStyle w:val="ListNumber"/>
        <w:spacing w:line="240" w:lineRule="auto"/>
        <w:ind w:left="720"/>
      </w:pPr>
      <w:r/>
      <w:hyperlink r:id="rId12">
        <w:r>
          <w:rPr>
            <w:color w:val="0000EE"/>
            <w:u w:val="single"/>
          </w:rPr>
          <w:t>https://edmonton.citynews.ca/2018/05/22/edmonton-police-officers-wont-be-wearing-uniforms-for-pride-parade/</w:t>
        </w:r>
      </w:hyperlink>
      <w:r>
        <w:t xml:space="preserve"> - In 2018, Edmonton police officers participated in the Pride parade without wearing their uniforms. The Edmonton Pride Festival Society had restricted police vehicles and sirens in the 2017 parade, following similar actions in other communities where police were seen as making marginalized people feel unsafe. Superintendent Brad Doucette acknowledged that the Edmonton Police Service had more work to do if the community wasn't comfortable with a police presence. (</w:t>
      </w:r>
      <w:hyperlink r:id="rId19">
        <w:r>
          <w:rPr>
            <w:color w:val="0000EE"/>
            <w:u w:val="single"/>
          </w:rPr>
          <w:t>livewirecalgary.com</w:t>
        </w:r>
      </w:hyperlink>
      <w:r>
        <w:t>)</w:t>
      </w:r>
      <w:r/>
    </w:p>
    <w:p>
      <w:pPr>
        <w:pStyle w:val="ListNumber"/>
        <w:spacing w:line="240" w:lineRule="auto"/>
        <w:ind w:left="720"/>
      </w:pPr>
      <w:r/>
      <w:hyperlink r:id="rId20">
        <w:r>
          <w:rPr>
            <w:color w:val="0000EE"/>
            <w:u w:val="single"/>
          </w:rPr>
          <w:t>https://edmonton.citynews.ca/2018/05/03/united-conservative-party-denied-permission-march-edmonton-pride-parade/</w:t>
        </w:r>
      </w:hyperlink>
      <w:r>
        <w:t xml:space="preserve"> - In 2018, the Edmonton Pride Festival Society denied the United Conservative Party's application to participate in the Pride parade. The society stated that the party did not meet criteria such as connecting with the community, having policies and values that include the community, and being sincere in their application. The party's application was deemed sparse and lacking details on how they would support the LGBTQ+ community. (</w:t>
      </w:r>
      <w:hyperlink r:id="rId21">
        <w:r>
          <w:rPr>
            <w:color w:val="0000EE"/>
            <w:u w:val="single"/>
          </w:rPr>
          <w:t>edmonton.citynews.ca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edmonton-pride-organizers-defend-police-062522717.html" TargetMode="External"/><Relationship Id="rId10" Type="http://schemas.openxmlformats.org/officeDocument/2006/relationships/hyperlink" Target="https://edmonton.citynews.ca/2025/08/22/edmonton-pride-parade-returns-2025/" TargetMode="External"/><Relationship Id="rId11" Type="http://schemas.openxmlformats.org/officeDocument/2006/relationships/hyperlink" Target="https://edmonton.citynews.ca/2025/08/24/edmonton-pride-parade-2/" TargetMode="External"/><Relationship Id="rId12" Type="http://schemas.openxmlformats.org/officeDocument/2006/relationships/hyperlink" Target="https://edmonton.citynews.ca/2018/05/22/edmonton-police-officers-wont-be-wearing-uniforms-for-pride-parade/" TargetMode="External"/><Relationship Id="rId13" Type="http://schemas.openxmlformats.org/officeDocument/2006/relationships/hyperlink" Target="https://edmonton.citynews.ca/2018/06/09/demonstrators-stop-edmonton-pride-parade-over-police-participation/" TargetMode="External"/><Relationship Id="rId14" Type="http://schemas.openxmlformats.org/officeDocument/2006/relationships/hyperlink" Target="https://edmonton.citynews.ca/2018/06/11/police-military-ban-pride-parade-insulting-ucp-leader/" TargetMode="External"/><Relationship Id="rId15" Type="http://schemas.openxmlformats.org/officeDocument/2006/relationships/hyperlink" Target="https://edmonton.citynews.ca/2025/08/22/edmonton-pride-parade/?utm_source=openai" TargetMode="External"/><Relationship Id="rId16" Type="http://schemas.openxmlformats.org/officeDocument/2006/relationships/hyperlink" Target="https://edmonton.citynews.ca/2025/08/24/edmonton-pride-parade-2/?utm_source=openai" TargetMode="External"/><Relationship Id="rId17" Type="http://schemas.openxmlformats.org/officeDocument/2006/relationships/hyperlink" Target="https://edmonton.citynews.ca/2018/06/09/demonstrators-stop-edmonton-pride-parade-over-police-participation/?utm_source=openai" TargetMode="External"/><Relationship Id="rId18" Type="http://schemas.openxmlformats.org/officeDocument/2006/relationships/hyperlink" Target="https://calgary.citynews.ca/2018/06/11/police-military-ban-pride-parade-insulting-ucp-leader/?utm_source=openai" TargetMode="External"/><Relationship Id="rId19" Type="http://schemas.openxmlformats.org/officeDocument/2006/relationships/hyperlink" Target="https://livewirecalgary.com/2018/05/22/edmonton-police-officers-wont-be-wearing-uniforms-for-pride-parade/?utm_source=openai" TargetMode="External"/><Relationship Id="rId20" Type="http://schemas.openxmlformats.org/officeDocument/2006/relationships/hyperlink" Target="https://edmonton.citynews.ca/2018/05/03/united-conservative-party-denied-permission-march-edmonton-pride-parade/" TargetMode="External"/><Relationship Id="rId21" Type="http://schemas.openxmlformats.org/officeDocument/2006/relationships/hyperlink" Target="https://edmonton.citynews.ca/2018/05/03/united-conservative-party-denied-permission-march-edmonton-pride-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