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Detroit LGBTQ+ Neighbourhoods and Year‑Round Queer Things To Do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visitors are discovering Detroit’s queer energy runs all year; the city’s mix of gritty charm, creative nightlife and community institutions offers something beyond Pride for LGBTQ+ travellers wanting history, drag, food and friendly suburbs. Here’s where to go, what to eat, and how to plan a weekend that feels lived‑in and local.</w:t>
      </w:r>
      <w:r/>
    </w:p>
    <w:p>
      <w:r/>
      <w:r>
        <w:t>Essential Takeaways</w:t>
      </w:r>
      <w:r/>
      <w:r/>
    </w:p>
    <w:p>
      <w:pPr>
        <w:pStyle w:val="ListBullet"/>
        <w:spacing w:line="240" w:lineRule="auto"/>
        <w:ind w:left="720"/>
      </w:pPr>
      <w:r/>
      <w:r>
        <w:rPr>
          <w:b/>
        </w:rPr>
        <w:t>Historic anchor:</w:t>
      </w:r>
      <w:r>
        <w:t xml:space="preserve"> Gigi’s, opened in 1973, remains a cornerstone of Detroit queer nightlife with regular drag cabarets and community events, and it celebrated 50 years recently.</w:t>
      </w:r>
      <w:r/>
    </w:p>
    <w:p>
      <w:pPr>
        <w:pStyle w:val="ListBullet"/>
        <w:spacing w:line="240" w:lineRule="auto"/>
        <w:ind w:left="720"/>
      </w:pPr>
      <w:r/>
      <w:r>
        <w:rPr>
          <w:b/>
        </w:rPr>
        <w:t>Neighbourhood hubs:</w:t>
      </w:r>
      <w:r>
        <w:t xml:space="preserve"> Midtown, Palmer Park, Ferndale and Royal Oak each offer distinct queer scenes , from club nights to cafés and community centres.</w:t>
      </w:r>
      <w:r/>
    </w:p>
    <w:p>
      <w:pPr>
        <w:pStyle w:val="ListBullet"/>
        <w:spacing w:line="240" w:lineRule="auto"/>
        <w:ind w:left="720"/>
      </w:pPr>
      <w:r/>
      <w:r>
        <w:rPr>
          <w:b/>
        </w:rPr>
        <w:t>Community resources:</w:t>
      </w:r>
      <w:r>
        <w:t xml:space="preserve"> Affirmations and the Ruth Ellis Center provide social support, programming and trans‑focused events that visitors can learn about or support.</w:t>
      </w:r>
      <w:r/>
    </w:p>
    <w:p>
      <w:pPr>
        <w:pStyle w:val="ListBullet"/>
        <w:spacing w:line="240" w:lineRule="auto"/>
        <w:ind w:left="720"/>
      </w:pPr>
      <w:r/>
      <w:r>
        <w:rPr>
          <w:b/>
        </w:rPr>
        <w:t>Food and flavour:</w:t>
      </w:r>
      <w:r>
        <w:t xml:space="preserve"> LGBTQ+-owned eateries range from Avalon International Breads to Detroit Vegan Soul and Spanish spots like La Feria, giving brunch, plant‑based soul and tapas options.</w:t>
      </w:r>
      <w:r/>
    </w:p>
    <w:p>
      <w:pPr>
        <w:pStyle w:val="ListBullet"/>
        <w:spacing w:line="240" w:lineRule="auto"/>
        <w:ind w:left="720"/>
      </w:pPr>
      <w:r/>
      <w:r>
        <w:rPr>
          <w:b/>
        </w:rPr>
        <w:t>Calendar beyond June:</w:t>
      </w:r>
      <w:r>
        <w:t xml:space="preserve"> Motor City Pride, Hotter Than July (Black LGBTQ+ pride) and TG Detroit gatherings keep queer culture visible across the year.</w:t>
      </w:r>
      <w:r/>
      <w:r/>
    </w:p>
    <w:p>
      <w:pPr>
        <w:pStyle w:val="Heading2"/>
      </w:pPr>
      <w:r>
        <w:t>Why Detroit’s queer scene feels like home , not a one‑day attraction</w:t>
      </w:r>
      <w:r/>
    </w:p>
    <w:p>
      <w:r/>
      <w:r>
        <w:t>Detroit’s LGBTQ+ life has grit and warmth in equal measure, and you can sense it as soon as you step into a cabaret or a long‑running bar. The city’s queer institutions grew out of activism and necessity, which makes them more than nightlife: they’re community lifelines. The 1972 Pride and decades of organising around places such as Palmer Park laid down a map of queer Detroit long before rainbow maps were trendy. That history gives a lived‑in texture to evenings out , people return to the same booths, DJs have residencies, and anniversaries bring out generations. If you want to feel that continuity, start at an old‑school venue rather than a flashier club. It’s where stories are told, friendships formed, and traditions kept alive.</w:t>
      </w:r>
      <w:r/>
    </w:p>
    <w:p>
      <w:pPr>
        <w:pStyle w:val="Heading2"/>
      </w:pPr>
      <w:r>
        <w:t>Bars and late nights: where to go for drag, dancing and karaoke</w:t>
      </w:r>
      <w:r/>
    </w:p>
    <w:p>
      <w:r/>
      <w:r>
        <w:t>Gigi’s is the most essential stop for anyone wanting old‑school gay‑bar culture; it’s famous for drag and community events and has marked half a century as a queer gathering place. Menjo’s and HALO Detroit offer club nights and themed parties for dancing crowds, while El Trombone! brings a local bar vibe that’s less polished and more neighbourly. If you’re planning late nights, check current opening times and entry rules , some venues host age‑restricted events or ticketed shows. And for a very particular adult scene, Body Zone is the longstanding sauna option; it’s best checked in advance for access and etiquette. For a smoother night out, pair a cabaret or drag brunch with a later club set and a rideshare app ready , Detroit spreads its queer life across different pockets, and transport matters.</w:t>
      </w:r>
      <w:r/>
    </w:p>
    <w:p>
      <w:pPr>
        <w:pStyle w:val="Heading2"/>
      </w:pPr>
      <w:r>
        <w:t>Ferndale and Royal Oak: suburbs that behave like small queer cities</w:t>
      </w:r>
      <w:r/>
    </w:p>
    <w:p>
      <w:r/>
      <w:r>
        <w:t>Ferndale punches well above its weight as a queer hub. Soho is a lively karaoke and dance spot, and Affirmations provides community programming that’s useful for visitors wanting to connect beyond bars. Think of Ferndale as a friendly base with cafés and small events on tap. Royal Oak brings its own mix of dining and entertainment. Pronto! has been serving the LGBTQ+ crowd since the early 1990s with brunches, drag bingo and theme nights, while Café Muse offers a quieter, gay‑owned restaurant option for a relaxed date or dinner. Staying in one of these neighbourhoods makes hopping between shows and brunches easy, and you’ll enjoy discovering local boutiques and shops that tilt queer‑friendly without being touristy.</w:t>
      </w:r>
      <w:r/>
    </w:p>
    <w:p>
      <w:pPr>
        <w:pStyle w:val="Heading2"/>
      </w:pPr>
      <w:r>
        <w:t>Eat, sip and support queer‑owned spots across the city</w:t>
      </w:r>
      <w:r/>
    </w:p>
    <w:p>
      <w:r/>
      <w:r>
        <w:t>Detroit’s queer food scene is surprisingly assorted. Avalon International Breads began as a queer‑owned bakery and still feels like a community staple for a slow coffee and pastry. Detroit Vegan Soul offers plant‑based takes on soul food, which is a pleasant twist if you’re vegetarian or just curious. Spanish‑inspired La Feria and its market next door, Cata Vino Mercado, add convivial tapas and take‑home treats, while other small cafés and shops give the city a neighbourhood feel. Eating at these places is an easy way to support queer small businesses and taste local flavours. Tip: check opening hours and consider booking for weekend brunches and busy drag brunches; spots can fill fast on event days.</w:t>
      </w:r>
      <w:r/>
    </w:p>
    <w:p>
      <w:pPr>
        <w:pStyle w:val="Heading2"/>
      </w:pPr>
      <w:r>
        <w:t>Events, pride and the trans calendar , there’s always something on</w:t>
      </w:r>
      <w:r/>
    </w:p>
    <w:p>
      <w:r/>
      <w:r>
        <w:t>Motor City Pride is the big, riverside June festival, but Detroit’s calendar is more layered than a single weekend. Hotter Than July highlights Black LGBTQ+ culture with multi‑day programming, including vigils, art events and parades that feel both celebratory and rooted in activism. TG Detroit runs trans‑centred gatherings throughout the year, offering an important social calendar for the trans community and allies; if trans‑specific events matter to your visit, check their schedule. Museums like the Detroit Institute of Arts also programme queer events, so culture outings are increasingly queer‑aware. In short, you don’t need to time a trip to June to catch meaningful, moving, or joyful queer programming , check local listings and community centre calendars before you go.</w:t>
      </w:r>
      <w:r/>
    </w:p>
    <w:p>
      <w:pPr>
        <w:pStyle w:val="Heading2"/>
      </w:pPr>
      <w:r>
        <w:t>Where to sleep and how to plan logistics</w:t>
      </w:r>
      <w:r/>
    </w:p>
    <w:p>
      <w:r/>
      <w:r>
        <w:t>Decide what kind of trip you want. Downtown hotels such as the Siren, Shinola or Detroit Foundation Hotel put you near museums, theatres and riverfront events, which is handy for festival weekends and sightseeing. If nightlife and neighbourhood vibes are your priority, book somewhere closer to Midtown, Ferndale or Royal Oak, or budget for rideshares , Detroit’s scale means travel time matters. Renting a car can help if you want to hop between suburbs, but parking and city traffic are factors to weigh. A practical tip: keep a local LGBTQ+ events calendar and the names of community centres handy. They’ll point you to pop‑ups, shows and support services that tourist sites might miss.</w:t>
      </w:r>
      <w:r/>
    </w:p>
    <w:p>
      <w:r/>
      <w:r>
        <w:t>It's a small change that can make every Detroit visit feel friendlier, fuller and more local.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[5]</w:t>
        </w:r>
      </w:hyperlink>
      <w:r>
        <w:t xml:space="preserve">- Paragraph 6: </w:t>
      </w:r>
      <w:hyperlink r:id="rId9">
        <w:r>
          <w:rPr>
            <w:color w:val="0000EE"/>
            <w:u w:val="single"/>
          </w:rPr>
          <w:t>[1]</w:t>
        </w:r>
      </w:hyperlink>
      <w:r>
        <w:t xml:space="preserve">, </w:t>
      </w:r>
      <w:hyperlink r:id="rId14">
        <w:r>
          <w:rPr>
            <w:color w:val="0000EE"/>
            <w:u w:val="single"/>
          </w:rPr>
          <w:t>[4]</w:t>
        </w:r>
      </w:hyperlink>
      <w:r>
        <w:t xml:space="preserve">- Paragraph 7: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https://www.vacationer.travel/detroit-the-motor-city-that-runs-on-queer-energy-all-year-long/</w:t>
        </w:r>
      </w:hyperlink>
      <w:r>
        <w:t xml:space="preserve"> - Please view link - unable to able to access data</w:t>
      </w:r>
      <w:r/>
    </w:p>
    <w:p>
      <w:pPr>
        <w:pStyle w:val="ListNumber"/>
        <w:spacing w:line="240" w:lineRule="auto"/>
        <w:ind w:left="720"/>
      </w:pPr>
      <w:r/>
      <w:hyperlink r:id="rId10">
        <w:r>
          <w:rPr>
            <w:color w:val="0000EE"/>
            <w:u w:val="single"/>
          </w:rPr>
          <w:t>https://www.detroitpbs.org/news-media/one-detroit/detroits-oldest-gay-bar-gigis-celebrates-50-years-as-haven-for-citys-lgbtq-community/</w:t>
        </w:r>
      </w:hyperlink>
      <w:r>
        <w:t xml:space="preserve"> - Gigi's, Detroit's oldest gay-owned bar, celebrated its 50th anniversary in 2023. Opened in 1973, it has been a cultural staple and haven for the city's LGBTQ+ community. Known for its annual Miss Gigi's drag competition, Gigi's continues to foster a vibrant queer culture in Detroit. The bar's history reflects its pivotal role in the fight for LGBTQ+ rights and its enduring presence in the community. Co-owner Luis Mandujano emphasizes the inclusive environment, welcoming individuals regardless of their identity or background.</w:t>
      </w:r>
      <w:r/>
    </w:p>
    <w:p>
      <w:pPr>
        <w:pStyle w:val="ListNumber"/>
        <w:spacing w:line="240" w:lineRule="auto"/>
        <w:ind w:left="720"/>
      </w:pPr>
      <w:r/>
      <w:hyperlink r:id="rId12">
        <w:r>
          <w:rPr>
            <w:color w:val="0000EE"/>
            <w:u w:val="single"/>
          </w:rPr>
          <w:t>https://prontolounge.com/</w:t>
        </w:r>
      </w:hyperlink>
      <w:r>
        <w:t xml:space="preserve"> - Pronto! Lounge &amp; Showbar, located in Royal Oak, Michigan, has been serving the LGBTQ+ community since 1991. The venue offers a lively atmosphere with drag shows, DJs, and a full American comfort food menu. Known for its themed parties and dancing, Pronto! remains a cornerstone of Royal Oak's nightlife, hosting weekly events like karaoke, trivia nights, and special performances from resident DJs. The establishment combines dining and entertainment, making it a popular destination for both locals and visitors.</w:t>
      </w:r>
      <w:r/>
    </w:p>
    <w:p>
      <w:pPr>
        <w:pStyle w:val="ListNumber"/>
        <w:spacing w:line="240" w:lineRule="auto"/>
        <w:ind w:left="720"/>
      </w:pPr>
      <w:r/>
      <w:hyperlink r:id="rId14">
        <w:r>
          <w:rPr>
            <w:color w:val="0000EE"/>
            <w:u w:val="single"/>
          </w:rPr>
          <w:t>https://www.travelgay.com/venue/soho-ferndale-detroit</w:t>
        </w:r>
      </w:hyperlink>
      <w:r>
        <w:t xml:space="preserve"> - SOHO Ferndale is a low-key gay bar in Ferndale, Michigan, offering an extensive wine list and handcrafted cocktails. Patrons can enjoy a game of pool or join locals for trivia night. Regular events include weekly karaoke, dance parties, and drag bingo. Situated in the popular Ferndale area, this sleek gay bar is a central spot for Detroit's gay nightlife. The venue provides a welcoming environment for the LGBTQ+ community, contributing to the vibrant cultural scene in the region.</w:t>
      </w:r>
      <w:r/>
    </w:p>
    <w:p>
      <w:pPr>
        <w:pStyle w:val="ListNumber"/>
        <w:spacing w:line="240" w:lineRule="auto"/>
        <w:ind w:left="720"/>
      </w:pPr>
      <w:r/>
      <w:hyperlink r:id="rId13">
        <w:r>
          <w:rPr>
            <w:color w:val="0000EE"/>
            <w:u w:val="single"/>
          </w:rPr>
          <w:t>https://goaffirmations.org/</w:t>
        </w:r>
      </w:hyperlink>
      <w:r>
        <w:t xml:space="preserve"> - Affirmations is Michigan's largest LGBTQ+ community center, serving as an educator, advocate, and incubator of queer culture, connection, and resilience. Located in Ferndale, Michigan, Affirmations offers a positive, welcoming environment for people of diverse identities. The center provides programs and resources to support the LGBTQ+ community, including educational workshops, social events, and support services. Affirmations plays a crucial role in fostering community and promoting inclusivity within the region.</w:t>
      </w:r>
      <w:r/>
    </w:p>
    <w:p>
      <w:pPr>
        <w:pStyle w:val="ListNumber"/>
        <w:spacing w:line="240" w:lineRule="auto"/>
        <w:ind w:left="720"/>
      </w:pPr>
      <w:r/>
      <w:hyperlink r:id="rId11">
        <w:r>
          <w:rPr>
            <w:color w:val="0000EE"/>
            <w:u w:val="single"/>
          </w:rPr>
          <w:t>https://www.detroitnews.com/story/news/local/michigan/2023/02/16/detroits-oldest-gay-owned-lgbtq-bar-gigis-50-years/69901970007/</w:t>
        </w:r>
      </w:hyperlink>
      <w:r>
        <w:t xml:space="preserve"> - Gigi's, Detroit's oldest gay-owned LGBTQ+ bar, celebrated its 50th anniversary in 2023. Located on the city's west side, Gigi's is renowned for its drag shows, dancing, and the popular Miss Gigi's pageants. Originally operating as a bowling alley and later a supper club, it was transformed into a prominent LGBTQ+ destination by Tony Garneau. Despite a decline in LGBTQ+ spaces, Gigi's maintains a vibrant presence, attracting a mix of longtime patrons and younger queer individuals while preserving a strong sense of community.</w:t>
      </w:r>
      <w:r/>
    </w:p>
    <w:p>
      <w:pPr>
        <w:pStyle w:val="ListNumber"/>
        <w:spacing w:line="240" w:lineRule="auto"/>
        <w:ind w:left="720"/>
      </w:pPr>
      <w:r/>
      <w:hyperlink r:id="rId14">
        <w:r>
          <w:rPr>
            <w:color w:val="0000EE"/>
            <w:u w:val="single"/>
          </w:rPr>
          <w:t>https://www.travelgay.com/venue/soho-ferndale-detroit</w:t>
        </w:r>
      </w:hyperlink>
      <w:r>
        <w:t xml:space="preserve"> - SOHO Ferndale is a low-key gay bar in Ferndale, Michigan, offering an extensive wine list and handcrafted cocktails. Patrons can enjoy a game of pool or join locals for trivia night. Regular events include weekly karaoke, dance parties, and drag bingo. Situated in the popular Ferndale area, this sleek gay bar is a central spot for Detroit's gay nightlife. The venue provides a welcoming environment for the LGBTQ+ community, contributing to the vibrant cultural scene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detroit-the-motor-city-that-runs-on-queer-energy-all-year-long/" TargetMode="External"/><Relationship Id="rId10" Type="http://schemas.openxmlformats.org/officeDocument/2006/relationships/hyperlink" Target="https://www.detroitpbs.org/news-media/one-detroit/detroits-oldest-gay-bar-gigis-celebrates-50-years-as-haven-for-citys-lgbtq-community/" TargetMode="External"/><Relationship Id="rId11" Type="http://schemas.openxmlformats.org/officeDocument/2006/relationships/hyperlink" Target="https://www.detroitnews.com/story/news/local/michigan/2023/02/16/detroits-oldest-gay-owned-lgbtq-bar-gigis-50-years/69901970007/" TargetMode="External"/><Relationship Id="rId12" Type="http://schemas.openxmlformats.org/officeDocument/2006/relationships/hyperlink" Target="https://prontolounge.com/" TargetMode="External"/><Relationship Id="rId13" Type="http://schemas.openxmlformats.org/officeDocument/2006/relationships/hyperlink" Target="https://goaffirmations.org/" TargetMode="External"/><Relationship Id="rId14" Type="http://schemas.openxmlformats.org/officeDocument/2006/relationships/hyperlink" Target="https://www.travelgay.com/venue/soho-ferndale-detr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