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School Pride Compromise: Bishop O’Dowd’s New Rainbow “O” Explained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nuance: Bishop O’Dowd High School in East Oakland has swapped age-old Pride flags for a new rainbow “inclusive O,” a compromise after the Diocese of Oakland ordered classroom flags removed , a move parents, alumni and students say matters for visibility and belonging.</w:t>
      </w:r>
      <w:r/>
    </w:p>
    <w:p>
      <w:r/>
      <w:r>
        <w:t>Essential Takeaways</w:t>
      </w:r>
      <w:r/>
      <w:r/>
    </w:p>
    <w:p>
      <w:pPr>
        <w:pStyle w:val="ListBullet"/>
        <w:spacing w:line="240" w:lineRule="auto"/>
        <w:ind w:left="720"/>
      </w:pPr>
      <w:r/>
      <w:r>
        <w:rPr>
          <w:b/>
        </w:rPr>
        <w:t>Diocesan directive:</w:t>
      </w:r>
      <w:r>
        <w:t xml:space="preserve"> The Diocese of Oakland asked Bishop O’Dowd to remove Pride and transgender flags, which were taken down on 1 June without formal notice. </w:t>
      </w:r>
      <w:r/>
    </w:p>
    <w:p>
      <w:pPr>
        <w:pStyle w:val="ListBullet"/>
        <w:spacing w:line="240" w:lineRule="auto"/>
        <w:ind w:left="720"/>
      </w:pPr>
      <w:r/>
      <w:r>
        <w:rPr>
          <w:b/>
        </w:rPr>
        <w:t>Longstanding symbols:</w:t>
      </w:r>
      <w:r>
        <w:t xml:space="preserve"> At least one flag had been displayed in a classroom for more than 30 years, giving the change an unexpectedly emotional weight. </w:t>
      </w:r>
      <w:r/>
    </w:p>
    <w:p>
      <w:pPr>
        <w:pStyle w:val="ListBullet"/>
        <w:spacing w:line="240" w:lineRule="auto"/>
        <w:ind w:left="720"/>
      </w:pPr>
      <w:r/>
      <w:r>
        <w:rPr>
          <w:b/>
        </w:rPr>
        <w:t>New logo introduced:</w:t>
      </w:r>
      <w:r>
        <w:t xml:space="preserve"> The school unveiled an “inclusive O” featuring Progress Pride colours inside the letter O, now visible across campus. </w:t>
      </w:r>
      <w:r/>
    </w:p>
    <w:p>
      <w:pPr>
        <w:pStyle w:val="ListBullet"/>
        <w:spacing w:line="240" w:lineRule="auto"/>
        <w:ind w:left="720"/>
      </w:pPr>
      <w:r/>
      <w:r>
        <w:rPr>
          <w:b/>
        </w:rPr>
        <w:t>Ongoing programmes:</w:t>
      </w:r>
      <w:r>
        <w:t xml:space="preserve"> Pride-related clubs and events will continue, and the school plans an LGBTQ family retreat and an inclusive advisory council. </w:t>
      </w:r>
      <w:r/>
    </w:p>
    <w:p>
      <w:pPr>
        <w:pStyle w:val="ListBullet"/>
        <w:spacing w:line="240" w:lineRule="auto"/>
        <w:ind w:left="720"/>
      </w:pPr>
      <w:r/>
      <w:r>
        <w:rPr>
          <w:b/>
        </w:rPr>
        <w:t>Mixed reaction:</w:t>
      </w:r>
      <w:r>
        <w:t xml:space="preserve"> Some alumni and community members call the switch a compromise that erases visibility; others see it as an attempt to balance diocesan authority with student support.</w:t>
      </w:r>
      <w:r/>
      <w:r/>
    </w:p>
    <w:p>
      <w:pPr>
        <w:pStyle w:val="Heading2"/>
      </w:pPr>
      <w:r>
        <w:t>What happened, in plain terms</w:t>
      </w:r>
      <w:r/>
    </w:p>
    <w:p>
      <w:r/>
      <w:r>
        <w:t>The Diocese of Oakland told Bishop O’Dowd administrators to take down Pride and transgender flags, and the school removed them on 1 June. The action surprised staff and families because some flags had been fixtures for decades, and there was no formal announcement before they came down. That sudden, quiet removal is what has many people feeling the sting , visibility can be a small, comforting thing, and its absence is immediately noticeable.</w:t>
      </w:r>
      <w:r/>
    </w:p>
    <w:p>
      <w:pPr>
        <w:pStyle w:val="Heading2"/>
      </w:pPr>
      <w:r>
        <w:t>Why the school created the “inclusive O”</w:t>
      </w:r>
      <w:r/>
    </w:p>
    <w:p>
      <w:r/>
      <w:r>
        <w:t>Rather than leaving a blank wall, O’Dowd worked with faculty, parents, students and advocates to design the “inclusive O”: a letter O filled with the Progress Pride colours. The school says the symbol affirms that LGBTQ+ students, families, faculty and staff are “seen, known, loved, and belong here.” It’s a visual attempt to keep a sense of welcome while complying with diocesan authority, a neat design solution but one that not everyone accepts as an equal substitute for a flag.</w:t>
      </w:r>
      <w:r/>
    </w:p>
    <w:p>
      <w:pPr>
        <w:pStyle w:val="Heading2"/>
      </w:pPr>
      <w:r>
        <w:t>The tension between parish rules and campus life</w:t>
      </w:r>
      <w:r/>
    </w:p>
    <w:p>
      <w:r/>
      <w:r>
        <w:t>This isn’t just a local branding choice , it reflects a broader tug of war between diocesan doctrine and how schools manage community culture. The Diocese of Oakland, led by Bishop Michael Barber, aligns with conservative doctrine on gender and sexuality, and diocesan schools ultimately answer to that leadership. Teachers and staff at O’Dowd had pushed back over the years, but in the end the school had limited options. That institutional hierarchy is why compromises like the “inclusive O” keep popping up in Catholic schools across the country.</w:t>
      </w:r>
      <w:r/>
    </w:p>
    <w:p>
      <w:pPr>
        <w:pStyle w:val="Heading2"/>
      </w:pPr>
      <w:r>
        <w:t>How students and alumni are reacting</w:t>
      </w:r>
      <w:r/>
    </w:p>
    <w:p>
      <w:r/>
      <w:r>
        <w:t>Reactions have been mixed and pretty human. Some students didn’t protest openly at the start of term, perhaps wary of discipline or hoping for quieter remedies. Plenty of alumni and supporters, though, have voiced disappointment on social media, calling the change a step backward for visible inclusion. Comments range from practical requests , for the rainbow O to be available on uniform polos , to sharper critiques urging the school to be bolder in protecting marginalised students.</w:t>
      </w:r>
      <w:r/>
    </w:p>
    <w:p>
      <w:pPr>
        <w:pStyle w:val="Heading2"/>
      </w:pPr>
      <w:r>
        <w:t>What this means for families and how to respond</w:t>
      </w:r>
      <w:r/>
    </w:p>
    <w:p>
      <w:r/>
      <w:r>
        <w:t>If you’re a parent or student at a faith-based school navigating this sort of policy, a few practical notes: ask for clear communication about symbols and policies up front; get involved in advisory councils so voices are heard before decisions are made; and remember visibility can take many forms , events, clubs, counselling and retreats all matter. The new advisory council and planned LGBTQ family retreat at O’Dowd suggest the school intends to create substantive support beyond logos, but community watchdogging will help make sure those promises become realities.</w:t>
      </w:r>
      <w:r/>
    </w:p>
    <w:p>
      <w:r/>
      <w:r>
        <w:t>It's a small change that will mean a lot to those who notice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https://www.metroweekly.com/2026/08/catholic-school-pride-flags-removed/</w:t>
        </w:r>
      </w:hyperlink>
      <w:r>
        <w:t xml:space="preserve"> - Please view link - unable to able to access data</w:t>
      </w:r>
      <w:r/>
    </w:p>
    <w:p>
      <w:pPr>
        <w:pStyle w:val="ListNumber"/>
        <w:spacing w:line="240" w:lineRule="auto"/>
        <w:ind w:left="720"/>
      </w:pPr>
      <w:r/>
      <w:hyperlink r:id="rId10">
        <w:r>
          <w:rPr>
            <w:color w:val="0000EE"/>
            <w:u w:val="single"/>
          </w:rPr>
          <w:t>https://www.sfchronicle.com/bayarea/article/bishop-odowd-oakland-pride-flag-22379767.php</w:t>
        </w:r>
      </w:hyperlink>
      <w:r>
        <w:t xml:space="preserve"> - Bishop O'Dowd High School in Oakland has replaced Pride flags with its own 'Inclusive O' symbol, following a directive from the Diocese of Oakland. The new emblem incorporates colours from the Pride and Progress flags into the school's signature 'O'. This change aims to affirm the LGBTQ+ community and address tensions caused by the previous display of Pride flags. Some alumni express concerns that the new symbol lacks the same weight as the widely recognised Pride flag.</w:t>
      </w:r>
      <w:r/>
    </w:p>
    <w:p>
      <w:pPr>
        <w:pStyle w:val="ListNumber"/>
        <w:spacing w:line="240" w:lineRule="auto"/>
        <w:ind w:left="720"/>
      </w:pPr>
      <w:r/>
      <w:hyperlink r:id="rId11">
        <w:r>
          <w:rPr>
            <w:color w:val="0000EE"/>
            <w:u w:val="single"/>
          </w:rPr>
          <w:t>https://www.kqed.org/news/12094507/east-bay-catholic-high-school-removes-and-replaces-pride-flag-with-new-symbol</w:t>
        </w:r>
      </w:hyperlink>
      <w:r>
        <w:t xml:space="preserve"> - Bishop O'Dowd High School in Oakland has introduced the 'Inclusive O', a rainbow-coloured letter 'O', replacing Pride flags on campus. This decision follows a request from the Archdiocese of Oakland after a Progress flag was reported to Archbishop Michael Barber. The school engaged in a year-long process with faculty, staff, parents, and LGBTQ+ community members to develop this new symbol, aiming to affirm that LGBTQ+ students, families, faculty, and staff are seen, known, loved, and belong.</w:t>
      </w:r>
      <w:r/>
    </w:p>
    <w:p>
      <w:pPr>
        <w:pStyle w:val="ListNumber"/>
        <w:spacing w:line="240" w:lineRule="auto"/>
        <w:ind w:left="720"/>
      </w:pPr>
      <w:r/>
      <w:hyperlink r:id="rId12">
        <w:r>
          <w:rPr>
            <w:color w:val="0000EE"/>
            <w:u w:val="single"/>
          </w:rPr>
          <w:t>https://www.leftnews.net/bishop-odowd-removes-pride-flags-after-more-than-30-years-2026/</w:t>
        </w:r>
      </w:hyperlink>
      <w:r>
        <w:t xml:space="preserve"> - Bishop O'Dowd High School, a 75-year-old Catholic college-preparatory school in East Oakland, has removed LGBTQ+ Pride flags ahead of the 2026–2027 school year to comply with a directive from the Oakland Catholic diocese. The flags, some of which had been displayed for over 30 years, were taken down without formal communication to students or families. The move has been publicly criticised by alumni and LGBTQ+ advocates, who view it as a reversal of the school's decades-long support for the LGBTQ+ community.</w:t>
      </w:r>
      <w:r/>
    </w:p>
    <w:p>
      <w:pPr>
        <w:pStyle w:val="ListNumber"/>
        <w:spacing w:line="240" w:lineRule="auto"/>
        <w:ind w:left="720"/>
      </w:pPr>
      <w:r/>
      <w:hyperlink r:id="rId13">
        <w:r>
          <w:rPr>
            <w:color w:val="0000EE"/>
            <w:u w:val="single"/>
          </w:rPr>
          <w:t>https://zeale.co/news/articles/california-catholic-high-school-replaces-pride-flags-after-diocese-asks-for-removal</w:t>
        </w:r>
      </w:hyperlink>
      <w:r>
        <w:t xml:space="preserve"> - After the Diocese of Oakland requested the removal of Pride flags, Bishop O'Dowd High School in Oakland introduced the 'Inclusive O', a rainbow-coloured emblem, to affirm its LGBTQ+ community. The school engaged in a year-long process with faculty, staff, parents, and LGBTQ+ community members to develop this new symbol, aiming to represent and support LGBTQ+ students, families, faculty, and staff.</w:t>
      </w:r>
      <w:r/>
    </w:p>
    <w:p>
      <w:pPr>
        <w:pStyle w:val="ListNumber"/>
        <w:spacing w:line="240" w:lineRule="auto"/>
        <w:ind w:left="720"/>
      </w:pPr>
      <w:r/>
      <w:hyperlink r:id="rId14">
        <w:r>
          <w:rPr>
            <w:color w:val="0000EE"/>
            <w:u w:val="single"/>
          </w:rPr>
          <w:t>https://www.crbcnews.com/articles/6a77721839f0ccd5cd6dbde4</w:t>
        </w:r>
      </w:hyperlink>
      <w:r>
        <w:t xml:space="preserve"> - Bishop O'Dowd High School in Oakland has replaced Pride and Progress flags with a school-designed emblem called the 'Inclusive O' for the 2026–2027 year. President Kim Walsh stated that the symbol reflects a year-long consultation and affirms the school's support for LGBTQ+ students and families. Supporters view it as a unifying, school-specific identity, while critics, including an alumni Instagram account, argue that removing the flags diminishes visible representation.</w:t>
      </w:r>
      <w:r/>
    </w:p>
    <w:p>
      <w:pPr>
        <w:pStyle w:val="ListNumber"/>
        <w:spacing w:line="240" w:lineRule="auto"/>
        <w:ind w:left="720"/>
      </w:pPr>
      <w:r/>
      <w:hyperlink r:id="rId15">
        <w:r>
          <w:rPr>
            <w:color w:val="0000EE"/>
            <w:u w:val="single"/>
          </w:rPr>
          <w:t>https://www.bodparents.org/</w:t>
        </w:r>
      </w:hyperlink>
      <w:r>
        <w:t xml:space="preserve"> - Bishop O'Dowd Parents is a group expressing concern over the Diocese of Oakland's pressure on the school's leadership to remove Pride flags from the campus. The group believes this decision was made without input from the regents, faculty, student body, or parents and guardians, and is at odds with the school's stated objective of creating a culture of equity and belonging. They are demanding answers and accountability for this decision.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catholic-school-pride-flags-removed/" TargetMode="External"/><Relationship Id="rId10" Type="http://schemas.openxmlformats.org/officeDocument/2006/relationships/hyperlink" Target="https://www.sfchronicle.com/bayarea/article/bishop-odowd-oakland-pride-flag-22379767.php" TargetMode="External"/><Relationship Id="rId11" Type="http://schemas.openxmlformats.org/officeDocument/2006/relationships/hyperlink" Target="https://www.kqed.org/news/12094507/east-bay-catholic-high-school-removes-and-replaces-pride-flag-with-new-symbol" TargetMode="External"/><Relationship Id="rId12" Type="http://schemas.openxmlformats.org/officeDocument/2006/relationships/hyperlink" Target="https://www.leftnews.net/bishop-odowd-removes-pride-flags-after-more-than-30-years-2026/" TargetMode="External"/><Relationship Id="rId13" Type="http://schemas.openxmlformats.org/officeDocument/2006/relationships/hyperlink" Target="https://zeale.co/news/articles/california-catholic-high-school-replaces-pride-flags-after-diocese-asks-for-removal" TargetMode="External"/><Relationship Id="rId14" Type="http://schemas.openxmlformats.org/officeDocument/2006/relationships/hyperlink" Target="https://www.crbcnews.com/articles/6a77721839f0ccd5cd6dbde4" TargetMode="External"/><Relationship Id="rId15" Type="http://schemas.openxmlformats.org/officeDocument/2006/relationships/hyperlink" Target="https://www.bodparent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