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Bronx Black Pride: Why the Inaugural Event Mattered for Local LGBTQ+ 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community celebrations like Bronx Black Pride, which took place at the Bronx Museum of the Arts and put Black LGBTQ+ stories centre stage; organisers, elected officials and performers gathered to honour history, spotlight trans-led leadership, and signal that Pride in the Bronx is here to stay.</w:t>
      </w:r>
      <w:r/>
    </w:p>
    <w:p>
      <w:r/>
      <w:r>
        <w:t>Essential Takeaways</w:t>
      </w:r>
      <w:r/>
      <w:r/>
    </w:p>
    <w:p>
      <w:pPr>
        <w:pStyle w:val="ListBullet"/>
        <w:spacing w:line="240" w:lineRule="auto"/>
        <w:ind w:left="720"/>
      </w:pPr>
      <w:r/>
      <w:r>
        <w:rPr>
          <w:b/>
        </w:rPr>
        <w:t>Historic first:</w:t>
      </w:r>
      <w:r>
        <w:t xml:space="preserve"> The Bronx hosted its inaugural Black Pride at the Bronx Museum of the Arts, a ceremony that felt ceremonial and celebratory.</w:t>
      </w:r>
      <w:r/>
    </w:p>
    <w:p>
      <w:pPr>
        <w:pStyle w:val="ListBullet"/>
        <w:spacing w:line="240" w:lineRule="auto"/>
        <w:ind w:left="720"/>
      </w:pPr>
      <w:r/>
      <w:r>
        <w:rPr>
          <w:b/>
        </w:rPr>
        <w:t>Community-led:</w:t>
      </w:r>
      <w:r>
        <w:t xml:space="preserve"> Destination Tomorrow, a trans-led Bronx organisation, organised the event with local council members and borough support.</w:t>
      </w:r>
      <w:r/>
    </w:p>
    <w:p>
      <w:pPr>
        <w:pStyle w:val="ListBullet"/>
        <w:spacing w:line="240" w:lineRule="auto"/>
        <w:ind w:left="720"/>
      </w:pPr>
      <w:r/>
      <w:r>
        <w:rPr>
          <w:b/>
        </w:rPr>
        <w:t>Emotional moments:</w:t>
      </w:r>
      <w:r>
        <w:t xml:space="preserve"> Speakers and performers shared personal stories and tributes, giving the evening a heartfelt, lived-in atmosphere.</w:t>
      </w:r>
      <w:r/>
    </w:p>
    <w:p>
      <w:pPr>
        <w:pStyle w:val="ListBullet"/>
        <w:spacing w:line="240" w:lineRule="auto"/>
        <w:ind w:left="720"/>
      </w:pPr>
      <w:r/>
      <w:r>
        <w:rPr>
          <w:b/>
        </w:rPr>
        <w:t>Policy and visibility:</w:t>
      </w:r>
      <w:r>
        <w:t xml:space="preserve"> Council motions and plans for a City Hall Ball were announced, signalling political recognition alongside cultural celebration.</w:t>
      </w:r>
      <w:r/>
    </w:p>
    <w:p>
      <w:pPr>
        <w:pStyle w:val="ListBullet"/>
        <w:spacing w:line="240" w:lineRule="auto"/>
        <w:ind w:left="720"/>
      </w:pPr>
      <w:r/>
      <w:r>
        <w:rPr>
          <w:b/>
        </w:rPr>
        <w:t>Cultural continuity:</w:t>
      </w:r>
      <w:r>
        <w:t xml:space="preserve"> The event linked local Black queer history, ballroom culture and ongoing citywide Black Pride programming.</w:t>
      </w:r>
      <w:r/>
      <w:r/>
    </w:p>
    <w:p>
      <w:pPr>
        <w:pStyle w:val="Heading2"/>
      </w:pPr>
      <w:r>
        <w:t>A landmark night with a local, soulful feel</w:t>
      </w:r>
      <w:r/>
    </w:p>
    <w:p>
      <w:r/>
      <w:r>
        <w:t>The Bronx Museum of the Arts felt like home for the evening , intimate, warm and intentionally local. According to Destination Tomorrow and event listings, the space hosted performances, panel discussions and recognitions that highlighted both struggling histories and joyous survival. Attendees said the night had that rare mix of party and purpose: music and movement threaded through personal testimony.</w:t>
      </w:r>
      <w:r/>
    </w:p>
    <w:p>
      <w:r/>
      <w:r>
        <w:t>The celebration didn’t appear out of nowhere. Organisers framed it as filling a gap , a chance to centre Black LGBTQ+ Bronx stories outside the larger, citywide calendar. If you were there, you could feel the room shift when speakers honoured elders and trailblazers, a reminder that visibility is built on history.</w:t>
      </w:r>
      <w:r/>
    </w:p>
    <w:p>
      <w:pPr>
        <w:pStyle w:val="Heading2"/>
      </w:pPr>
      <w:r>
        <w:t>Why a trans-led nonprofit changed the tone</w:t>
      </w:r>
      <w:r/>
    </w:p>
    <w:p>
      <w:r/>
      <w:r>
        <w:t>Destination Tomorrow steered the event and that matters. The organisation is known for LGBTQ+ services across boroughs and states, and, crucially, for being led by Black and brown trans and queer people. That leadership shaped the program: decisions, honourees and priorities reflected lived experience rather than outside assumptions.</w:t>
      </w:r>
      <w:r/>
    </w:p>
    <w:p>
      <w:r/>
      <w:r>
        <w:t>CBS News coverage of Destination Tomorrow highlights its client-facing work and advocacy, which helps explain why the Bronx event mixed community support with celebration. For anyone choosing where to volunteer or donate, supporting groups with trans leadership means funds and attention reach those most impacted.</w:t>
      </w:r>
      <w:r/>
    </w:p>
    <w:p>
      <w:pPr>
        <w:pStyle w:val="Heading2"/>
      </w:pPr>
      <w:r>
        <w:t>Policy meets pageantry: political backing and new initiatives</w:t>
      </w:r>
      <w:r/>
    </w:p>
    <w:p>
      <w:r/>
      <w:r>
        <w:t>Elected officials used the night to say more than “well done.” Council Member Althea Stevens introduced a resolution declaring August Black Pride Month in the City Council, an acknowledgement of the particular barriers Black LGBTQ+ people face. Council Member Justin Sanchez announced plans for an annual City Hall Ball , a bold, symbolic move that turns civic space into a site of celebration.</w:t>
      </w:r>
      <w:r/>
    </w:p>
    <w:p>
      <w:r/>
      <w:r>
        <w:t>These announcements matter on two levels. First, they offer concrete gestures that can lead to more funding and safer spaces. Second, they make visibility municipal, not just cultural: when City Hall is invited to dance, it signals inclusion in practice, not just in photo ops.</w:t>
      </w:r>
      <w:r/>
    </w:p>
    <w:p>
      <w:pPr>
        <w:pStyle w:val="Heading2"/>
      </w:pPr>
      <w:r>
        <w:t>Stories that landed: survivors, ballroom community, and generational memory</w:t>
      </w:r>
      <w:r/>
    </w:p>
    <w:p>
      <w:r/>
      <w:r>
        <w:t>Speakers brought the history into the room. Council Member Stevens’ personal story about her uncle, who survived hate and migrated to New York for safety, made the stakes clear: Pride is threaded through family survival and everyday courage. Ballroom and house representatives were honoured for cultural labour that often goes unrecognised outside the community, yet sustains identity and joy.</w:t>
      </w:r>
      <w:r/>
    </w:p>
    <w:p>
      <w:r/>
      <w:r>
        <w:t>Panel discussions placed Black Pride as part of a broader Black struggle, framing celebration as resistance. That framing helps explain why many felt the timing , outside the usual Pride month surge , was deliberate and strategic, a reminder that community care isn’t seasonal.</w:t>
      </w:r>
      <w:r/>
    </w:p>
    <w:p>
      <w:pPr>
        <w:pStyle w:val="Heading2"/>
      </w:pPr>
      <w:r>
        <w:t>How this fits into wider Pride in New York and what to expect next</w:t>
      </w:r>
      <w:r/>
    </w:p>
    <w:p>
      <w:r/>
      <w:r>
        <w:t>The Bronx’s inaugural Black Pride sits alongside the 29th Annual NYC Black Pride and Destination Tomorrow’s other programming, like its annual Bronx Pride Week and community events listed on the museum’s calendar. Together, they form a patchwork: local rituals feeding into citywide momentum, and vice versa.</w:t>
      </w:r>
      <w:r/>
    </w:p>
    <w:p>
      <w:r/>
      <w:r>
        <w:t>If you want to get involved next year, look for volunteer listings from Destination Tomorrow, keep an eye on the Bronx Museum events page, and follow city council announcements about the City Hall Ball. For residents, showing up to smaller, local celebrations often has more impact than attending big-ticket parades.</w:t>
      </w:r>
      <w:r/>
    </w:p>
    <w:p>
      <w:r/>
      <w:r>
        <w:t>It's a small change that can make every celebration safer and more rooted.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9">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https://www.bxtimes.com/inaugural-bronx-black-pride-honors-lgbt-residents/</w:t>
        </w:r>
      </w:hyperlink>
      <w:r>
        <w:t xml:space="preserve"> - Please view link - unable to able to access data</w:t>
      </w:r>
      <w:r/>
    </w:p>
    <w:p>
      <w:pPr>
        <w:pStyle w:val="ListNumber"/>
        <w:spacing w:line="240" w:lineRule="auto"/>
        <w:ind w:left="720"/>
      </w:pPr>
      <w:r/>
      <w:hyperlink r:id="rId10">
        <w:r>
          <w:rPr>
            <w:color w:val="0000EE"/>
            <w:u w:val="single"/>
          </w:rPr>
          <w:t>https://bronxmuseum.org/event/bronx-black-pride/</w:t>
        </w:r>
      </w:hyperlink>
      <w:r>
        <w:t xml:space="preserve"> - The Bronx Museum of the Arts hosted the inaugural Bronx Black Pride event on August 18, 2026, celebrating Black LGBTQIA+ voices and traditions. The event featured community engagement and was presented in partnership with the Bronx Museum, Bronx Borough President Vanessa L. Gibson, City Council Members Justin Sanchez and Althea Stevens, and Destination Tomorrow, the Bronx LGBTQ+ center.</w:t>
      </w:r>
      <w:r/>
    </w:p>
    <w:p>
      <w:pPr>
        <w:pStyle w:val="ListNumber"/>
        <w:spacing w:line="240" w:lineRule="auto"/>
        <w:ind w:left="720"/>
      </w:pPr>
      <w:r/>
      <w:hyperlink r:id="rId9">
        <w:r>
          <w:rPr>
            <w:color w:val="0000EE"/>
            <w:u w:val="single"/>
          </w:rPr>
          <w:t>https://www.bxtimes.com/inaugural-bronx-black-pride-honors-lgbt-residents/</w:t>
        </w:r>
      </w:hyperlink>
      <w:r>
        <w:t xml:space="preserve"> - The inaugural Bronx Black Pride event took place on August 18, 2026, at the Bronx Museum of Arts. Hosted by LGBTQ+ nonprofit Destination Tomorrow, in collaboration with City Council Members Althea Stevens and Justin Sanchez, and supported by Bronx Borough President Vanessa Gibson, the event celebrated queer icons and honoured the traditions, history, and successes of Black LGBTQ+ New Yorkers.</w:t>
      </w:r>
      <w:r/>
    </w:p>
    <w:p>
      <w:pPr>
        <w:pStyle w:val="ListNumber"/>
        <w:spacing w:line="240" w:lineRule="auto"/>
        <w:ind w:left="720"/>
      </w:pPr>
      <w:r/>
      <w:hyperlink r:id="rId11">
        <w:r>
          <w:rPr>
            <w:color w:val="0000EE"/>
            <w:u w:val="single"/>
          </w:rPr>
          <w:t>https://destinationtomorrow.org/</w:t>
        </w:r>
      </w:hyperlink>
      <w:r>
        <w:t xml:space="preserve"> - Destination Tomorrow is a grassroots agency and the LGBTQ+ center of the Bronx borough. The organisation provides a range of holistic services to LGBTQ+ individuals, including educational, financial, housing, health, and personal support programs. As the first Black Trans-led LGBTQ+ center in New York State, Destination Tomorrow focuses on economic, social, and mental empowerment for the community.</w:t>
      </w:r>
      <w:r/>
    </w:p>
    <w:p>
      <w:pPr>
        <w:pStyle w:val="ListNumber"/>
        <w:spacing w:line="240" w:lineRule="auto"/>
        <w:ind w:left="720"/>
      </w:pPr>
      <w:r/>
      <w:hyperlink r:id="rId12">
        <w:r>
          <w:rPr>
            <w:color w:val="0000EE"/>
            <w:u w:val="single"/>
          </w:rPr>
          <w:t>https://www.cbsnews.com/newyork/news/lgbtq-center-destination-tomorrow-working-to-empower-clients-communities-in-bronx/</w:t>
        </w:r>
      </w:hyperlink>
      <w:r>
        <w:t xml:space="preserve"> - Destination Tomorrow, the only LGBTQ+ center in the Bronx, serves over 5,000 people annually. The centre focuses on empowering clients within themselves and their communities, offering a range of services to support the LGBTQ+ population in the borough.</w:t>
      </w:r>
      <w:r/>
    </w:p>
    <w:p>
      <w:pPr>
        <w:pStyle w:val="ListNumber"/>
        <w:spacing w:line="240" w:lineRule="auto"/>
        <w:ind w:left="720"/>
      </w:pPr>
      <w:r/>
      <w:hyperlink r:id="rId13">
        <w:r>
          <w:rPr>
            <w:color w:val="0000EE"/>
            <w:u w:val="single"/>
          </w:rPr>
          <w:t>https://www.prnewswire.com/news-releases/destination-tomorrow-announces-annual-bronx-pride-week-from-june-13-to-june-17-301847840.html</w:t>
        </w:r>
      </w:hyperlink>
      <w:r>
        <w:t xml:space="preserve"> - Destination Tomorrow announced its annual Bronx Pride Week from June 13 to June 17, 2023. The event, themed 'Investing in Us,' celebrated LGBTQ+ individuals and highlighted the programs, resources, and allyship needed by the community. The week aimed to provide a space for LGBTQ+ individuals to feel supported and valued amid ongoing political challenges.</w:t>
      </w:r>
      <w:r/>
    </w:p>
    <w:p>
      <w:pPr>
        <w:pStyle w:val="ListNumber"/>
        <w:spacing w:line="240" w:lineRule="auto"/>
        <w:ind w:left="720"/>
      </w:pPr>
      <w:r/>
      <w:hyperlink r:id="rId14">
        <w:r>
          <w:rPr>
            <w:color w:val="0000EE"/>
            <w:u w:val="single"/>
          </w:rPr>
          <w:t>https://www.prnewswire.com/news-releases/destination-tomorrow-hosts-annual-da-bronx-pride-festival-from-da-bronx-to-da-world-302805585.html</w:t>
        </w:r>
      </w:hyperlink>
      <w:r>
        <w:t xml:space="preserve"> - Destination Tomorrow hosted its annual Da Bronx Pride Festival on June 20, 2026, with the theme 'From Da Bronx to Da World.' The festival celebrated the global impact of Bronx culture and highlighted the resilience, visibility, and contributions of the LGBTQ+ community in New York City and worldwide.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xtimes.com/inaugural-bronx-black-pride-honors-lgbt-residents/" TargetMode="External"/><Relationship Id="rId10" Type="http://schemas.openxmlformats.org/officeDocument/2006/relationships/hyperlink" Target="https://bronxmuseum.org/event/bronx-black-pride/" TargetMode="External"/><Relationship Id="rId11" Type="http://schemas.openxmlformats.org/officeDocument/2006/relationships/hyperlink" Target="https://destinationtomorrow.org/" TargetMode="External"/><Relationship Id="rId12" Type="http://schemas.openxmlformats.org/officeDocument/2006/relationships/hyperlink" Target="https://www.cbsnews.com/newyork/news/lgbtq-center-destination-tomorrow-working-to-empower-clients-communities-in-bronx/" TargetMode="External"/><Relationship Id="rId13" Type="http://schemas.openxmlformats.org/officeDocument/2006/relationships/hyperlink" Target="https://www.prnewswire.com/news-releases/destination-tomorrow-announces-annual-bronx-pride-week-from-june-13-to-june-17-301847840.html" TargetMode="External"/><Relationship Id="rId14" Type="http://schemas.openxmlformats.org/officeDocument/2006/relationships/hyperlink" Target="https://www.prnewswire.com/news-releases/destination-tomorrow-hosts-annual-da-bronx-pride-festival-from-da-bronx-to-da-world-30280558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