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Austin Pride Festival 2026 Guide: What to Expect, Who’s Headlining,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August when Pride season usually winds down, Austin Pride 2026 promises a loud, proud weekend of music, comedy, and visibility at Fiesta Gardens , a timely pushback against anti-LGBTQ pressures and a chance for locals and visitors to celebrate together.</w:t>
      </w:r>
      <w:r/>
    </w:p>
    <w:p>
      <w:r/>
      <w:r>
        <w:t>Essential Takeaways</w:t>
      </w:r>
      <w:r/>
      <w:r/>
    </w:p>
    <w:p>
      <w:pPr>
        <w:pStyle w:val="ListBullet"/>
        <w:spacing w:line="240" w:lineRule="auto"/>
        <w:ind w:left="720"/>
      </w:pPr>
      <w:r/>
      <w:r>
        <w:rPr>
          <w:b/>
        </w:rPr>
        <w:t>When and where:</w:t>
      </w:r>
      <w:r>
        <w:t xml:space="preserve"> Austin Pride Festival and Parade take place Saturday 22 August at Fiesta Gardens, with events from 11am and a parade at 8pm.</w:t>
      </w:r>
      <w:r/>
    </w:p>
    <w:p>
      <w:pPr>
        <w:pStyle w:val="ListBullet"/>
        <w:spacing w:line="240" w:lineRule="auto"/>
        <w:ind w:left="720"/>
      </w:pPr>
      <w:r/>
      <w:r>
        <w:rPr>
          <w:b/>
        </w:rPr>
        <w:t>Theme and tone:</w:t>
      </w:r>
      <w:r>
        <w:t xml:space="preserve"> Viva La Resistencia , a theme rooted in visibility, resilience and momentum; expect unapologetic, high-energy programming.</w:t>
      </w:r>
      <w:r/>
    </w:p>
    <w:p>
      <w:pPr>
        <w:pStyle w:val="ListBullet"/>
        <w:spacing w:line="240" w:lineRule="auto"/>
        <w:ind w:left="720"/>
      </w:pPr>
      <w:r/>
      <w:r>
        <w:rPr>
          <w:b/>
        </w:rPr>
        <w:t>Lineup highlights:</w:t>
      </w:r>
      <w:r>
        <w:t xml:space="preserve"> DJs, musical acts and a comedy show headline a full day of acts; grand marshals include trans advocate Kelly Kline and two-spirit poet-organiser Maxochitl Cortez.</w:t>
      </w:r>
      <w:r/>
    </w:p>
    <w:p>
      <w:pPr>
        <w:pStyle w:val="ListBullet"/>
        <w:spacing w:line="240" w:lineRule="auto"/>
        <w:ind w:left="720"/>
      </w:pPr>
      <w:r/>
      <w:r>
        <w:rPr>
          <w:b/>
        </w:rPr>
        <w:t>Practical vibe:</w:t>
      </w:r>
      <w:r>
        <w:t xml:space="preserve"> Outdoor festival atmosphere, easy to wander between stages, food and merch booths; bring water and a sun hat, it’s Austin in August.</w:t>
      </w:r>
      <w:r/>
    </w:p>
    <w:p>
      <w:pPr>
        <w:pStyle w:val="ListBullet"/>
        <w:spacing w:line="240" w:lineRule="auto"/>
        <w:ind w:left="720"/>
      </w:pPr>
      <w:r/>
      <w:r>
        <w:rPr>
          <w:b/>
        </w:rPr>
        <w:t>Why it matters:</w:t>
      </w:r>
      <w:r>
        <w:t xml:space="preserve"> Organisers say rising costs and political pressure haven’t stopped them , the festival is also a deliberate act of public visibility in a state with growing anti-LGBTQ actions.</w:t>
      </w:r>
      <w:r/>
      <w:r/>
    </w:p>
    <w:p>
      <w:r/>
      <w:r>
        <w:t>Opening Hook: Viva La Resistencia hits Fiesta Gardens</w:t>
      </w:r>
      <w:r/>
    </w:p>
    <w:p>
      <w:r/>
      <w:r>
        <w:t>This edition of Austin Pride leans into a defiant, celebratory energy , imagine a colourful, sweaty summer day with a steady beat and people refusing to be quiet. According to Austin Pride, the festival kicks off at 11am at East Austin’s Fiesta Gardens and builds into an evening parade at 8pm, with DJs, bands and even comedy on the docket. The visual is classic Austin: outdoor stages, food trailers, and a crowd that’s here to make some noise.</w:t>
      </w:r>
      <w:r/>
    </w:p>
    <w:p>
      <w:r/>
      <w:r>
        <w:t>Backstory: why Austin waits until August and what’s driving the theme</w:t>
      </w:r>
      <w:r/>
    </w:p>
    <w:p>
      <w:r/>
      <w:r>
        <w:t>Austin’s Pride season deliberately lands after June, organisers explain, so performers and students returning to campus can join in , and so the city can be its own moment on the calendar. The Viva La Resistencia theme is rooted in staying visible and persistent. Jamal Crier, outreach director for the Austin Pride Foundation, has spoken publicly about rising costs , roughly a five per cent increase this year , and the team’s commitment to adapt so the festival can continue. It’s practical logistics meeting political purpose.</w:t>
      </w:r>
      <w:r/>
    </w:p>
    <w:p>
      <w:r/>
      <w:r>
        <w:t>Who’s on the roster and who’s leading the parade</w:t>
      </w:r>
      <w:r/>
    </w:p>
    <w:p>
      <w:r/>
      <w:r>
        <w:t>Expect a mixed programme of DJs, musical acts and live comedy that aims to keep energy high from day into night. On social media Austin Pride named grand marshals including trans advocate Kelly Kline and two-spirit poet and organiser Maxochitl Cortez, signalling the event’s focus on representation across the community. If you want the exact set times and stage locations, the official Austin Pride website and event pages list full schedules and maps.</w:t>
      </w:r>
      <w:r/>
    </w:p>
    <w:p>
      <w:r/>
      <w:r>
        <w:t>How it fits into the wider picture , Austin as a visible outpost in Texas</w:t>
      </w:r>
      <w:r/>
    </w:p>
    <w:p>
      <w:r/>
      <w:r>
        <w:t>Being visible in Austin right now has extra meaning. Organisers have framed the festival as a response to recent efforts in Texas to reduce public queer visibility, including controversies around rainbow crossings and other civic symbols. Holding a big, public Pride in a major Texan city sends a message: resiliency and presence matter. For tourists, it’s also an attractive late-summer escape , a way to squeeze one more big Pride moment into the calendar.</w:t>
      </w:r>
      <w:r/>
    </w:p>
    <w:p>
      <w:r/>
      <w:r>
        <w:t>Practical tips: plan like a local, enjoy like a visitor</w:t>
      </w:r>
      <w:r/>
      <w:r/>
    </w:p>
    <w:p>
      <w:pPr>
        <w:pStyle w:val="ListBullet"/>
        <w:spacing w:line="240" w:lineRule="auto"/>
        <w:ind w:left="720"/>
      </w:pPr>
      <w:r/>
      <w:r>
        <w:t>Bring sun protection and refillable water; August in Austin is hot and bright.</w:t>
      </w:r>
      <w:r/>
    </w:p>
    <w:p>
      <w:pPr>
        <w:pStyle w:val="ListBullet"/>
        <w:spacing w:line="240" w:lineRule="auto"/>
        <w:ind w:left="720"/>
      </w:pPr>
      <w:r/>
      <w:r>
        <w:t>Wear comfortable shoes , Fiesta Gardens is parkland and you’ll be on your feet.</w:t>
      </w:r>
      <w:r/>
    </w:p>
    <w:p>
      <w:pPr>
        <w:pStyle w:val="ListBullet"/>
        <w:spacing w:line="240" w:lineRule="auto"/>
        <w:ind w:left="720"/>
      </w:pPr>
      <w:r/>
      <w:r>
        <w:t>Check Austin Pride’s event page for accessibility details, lost-and-found, and any bag policies before you arrive.</w:t>
      </w:r>
      <w:r/>
    </w:p>
    <w:p>
      <w:pPr>
        <w:pStyle w:val="ListBullet"/>
        <w:spacing w:line="240" w:lineRule="auto"/>
        <w:ind w:left="720"/>
      </w:pPr>
      <w:r/>
      <w:r>
        <w:t>If you’re travelling, consider midweek or flexible bookings; the city hosts students and returning talent in late August.</w:t>
      </w:r>
      <w:r/>
    </w:p>
    <w:p>
      <w:pPr>
        <w:pStyle w:val="ListBullet"/>
        <w:spacing w:line="240" w:lineRule="auto"/>
        <w:ind w:left="720"/>
      </w:pPr>
      <w:r/>
      <w:r>
        <w:t>Pack a small flag or banner if you want to stay visible, but respect parade guidelines and marshal directions.</w:t>
      </w:r>
      <w:r/>
      <w:r/>
    </w:p>
    <w:p>
      <w:r/>
      <w:r>
        <w:t>Reaction and outlook: loud, proud, and looking ahead</w:t>
      </w:r>
      <w:r/>
    </w:p>
    <w:p>
      <w:r/>
      <w:r>
        <w:t>Organisers are keeping a cheeky confidence about this edition , “THIS is Austin Pride,” they declared on social media , and community voices have rallied around the idea of persistent celebration. With other US cities staging Pride events later in the year, Austin’s decision to own an August slot feels smart and surprisingly timely. Expect a festival that’s part party, part protest, and wholly Austin.</w:t>
      </w:r>
      <w:r/>
    </w:p>
    <w:p>
      <w:r/>
      <w:r>
        <w:t>It’s a small change to the calendar that makes a big difference to visibility and vibes.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https://www.gaycities.com/articles/106893/coming-in-hot-pride-is-just-beginning-in-austin-as-city-preps-for-parade-festival-this-weekend/</w:t>
        </w:r>
      </w:hyperlink>
      <w:r>
        <w:t xml:space="preserve"> - Please view link - unable to able to access data</w:t>
      </w:r>
      <w:r/>
    </w:p>
    <w:p>
      <w:pPr>
        <w:pStyle w:val="ListNumber"/>
        <w:spacing w:line="240" w:lineRule="auto"/>
        <w:ind w:left="720"/>
      </w:pPr>
      <w:r/>
      <w:hyperlink r:id="rId10">
        <w:r>
          <w:rPr>
            <w:color w:val="0000EE"/>
            <w:u w:val="single"/>
          </w:rPr>
          <w:t>https://austinpride.org/event/pride-2026/</w:t>
        </w:r>
      </w:hyperlink>
      <w:r>
        <w:t xml:space="preserve"> - The Austin Pride Foundation's official page for the 2026 Pride Festival and Parade, scheduled for August 22, 2026, at Fiesta Gardens. The event promises a full day of live music, community engagement, and celebration, featuring a parade through downtown Austin and a festival with vendors, performers, and local organisations. The theme for 2026 is 'Viva la Resistencia', emphasising strength, presence, and momentum. The page provides details on the event's schedule, location, and participation opportunities for vendors and sponsors.</w:t>
      </w:r>
      <w:r/>
    </w:p>
    <w:p>
      <w:pPr>
        <w:pStyle w:val="ListNumber"/>
        <w:spacing w:line="240" w:lineRule="auto"/>
        <w:ind w:left="720"/>
      </w:pPr>
      <w:r/>
      <w:hyperlink r:id="rId12">
        <w:r>
          <w:rPr>
            <w:color w:val="0000EE"/>
            <w:u w:val="single"/>
          </w:rPr>
          <w:t>https://austinpride.org/pride2026/</w:t>
        </w:r>
      </w:hyperlink>
      <w:r>
        <w:t xml:space="preserve"> - An announcement from the Austin Pride Foundation detailing the 2026 Pride event, set for August 22, 2026. The theme, 'Viva la Resistencia', is rooted in strength, presence, and momentum, encouraging attendees to show up, stay visible, and refuse to disappear. The page includes a promotional video and information on the parade and festival, highlighting the event's significance as a movement and a celebration of the LGBTQIA+ community.</w:t>
      </w:r>
      <w:r/>
    </w:p>
    <w:p>
      <w:pPr>
        <w:pStyle w:val="ListNumber"/>
        <w:spacing w:line="240" w:lineRule="auto"/>
        <w:ind w:left="720"/>
      </w:pPr>
      <w:r/>
      <w:hyperlink r:id="rId11">
        <w:r>
          <w:rPr>
            <w:color w:val="0000EE"/>
            <w:u w:val="single"/>
          </w:rPr>
          <w:t>https://austinpride.org/events/2026-08-22/</w:t>
        </w:r>
      </w:hyperlink>
      <w:r>
        <w:t xml:space="preserve"> - A listing of events by the Austin Pride Foundation for August 22, 2026, featuring the Austin Pride Festival and Parade. The page provides details on the event's schedule, location, and additional activities, including the RAW Party on August 21. It also highlights the significance of the event as a one-day, citywide celebration bringing together the full spectrum of Austin’s LGBTQIA+ community and allies.</w:t>
      </w:r>
      <w:r/>
    </w:p>
    <w:p>
      <w:pPr>
        <w:pStyle w:val="ListNumber"/>
        <w:spacing w:line="240" w:lineRule="auto"/>
        <w:ind w:left="720"/>
      </w:pPr>
      <w:r/>
      <w:hyperlink r:id="rId13">
        <w:r>
          <w:rPr>
            <w:color w:val="0000EE"/>
            <w:u w:val="single"/>
          </w:rPr>
          <w:t>https://www.austintexas.gov/ace/events/austin-pride-festival</w:t>
        </w:r>
      </w:hyperlink>
      <w:r>
        <w:t xml:space="preserve"> - The City of Austin's official page for the Austin Pride Festival, scheduled for August 22, 2026, at Fiesta Gardens. The page provides event information, including the schedule, location, and contact details. It also includes information on street closures, transportation, and parking, advising attendees on public transportation options and parking facilities in downtown Austin.</w:t>
      </w:r>
      <w:r/>
    </w:p>
    <w:p>
      <w:pPr>
        <w:pStyle w:val="ListNumber"/>
        <w:spacing w:line="240" w:lineRule="auto"/>
        <w:ind w:left="720"/>
      </w:pPr>
      <w:r/>
      <w:hyperlink r:id="rId14">
        <w:r>
          <w:rPr>
            <w:color w:val="0000EE"/>
            <w:u w:val="single"/>
          </w:rPr>
          <w:t>https://www.austintexas.gov/ace/events/austin-pride-parade</w:t>
        </w:r>
      </w:hyperlink>
      <w:r>
        <w:t xml:space="preserve"> - The City of Austin's official page for the Austin Pride Parade, set for August 22, 2026, along Congress Avenue in downtown Austin. The page offers event details, including the schedule, location, and contact information. It also provides information on street closures, transportation, and parking, advising attendees on public transportation options and parking facilities in downtown Austin.</w:t>
      </w:r>
      <w:r/>
    </w:p>
    <w:p>
      <w:pPr>
        <w:pStyle w:val="ListNumber"/>
        <w:spacing w:line="240" w:lineRule="auto"/>
        <w:ind w:left="720"/>
      </w:pPr>
      <w:r/>
      <w:hyperlink r:id="rId15">
        <w:r>
          <w:rPr>
            <w:color w:val="0000EE"/>
            <w:u w:val="single"/>
          </w:rPr>
          <w:t>https://www.eventim.com/event/eden-austin-pride-queer-party-the-courtyard-atx-21540642/</w:t>
        </w:r>
      </w:hyperlink>
      <w:r>
        <w:t xml:space="preserve"> - Eventim's listing for the Eden Austin Pride Queer Party, scheduled for August 22, 2026, at The Courtyard ATX in downtown Austin. The event is presented by Eden Entertainment Group and is described as Austin's largest party of the year for queer, lesbian, wlw, nonbinary, and trans friends. The page provides event details, including the schedule, location, and ticket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893/coming-in-hot-pride-is-just-beginning-in-austin-as-city-preps-for-parade-festival-this-weekend/" TargetMode="External"/><Relationship Id="rId10" Type="http://schemas.openxmlformats.org/officeDocument/2006/relationships/hyperlink" Target="https://austinpride.org/event/pride-2026/" TargetMode="External"/><Relationship Id="rId11" Type="http://schemas.openxmlformats.org/officeDocument/2006/relationships/hyperlink" Target="https://austinpride.org/events/2026-08-22/" TargetMode="External"/><Relationship Id="rId12" Type="http://schemas.openxmlformats.org/officeDocument/2006/relationships/hyperlink" Target="https://austinpride.org/pride2026/" TargetMode="External"/><Relationship Id="rId13" Type="http://schemas.openxmlformats.org/officeDocument/2006/relationships/hyperlink" Target="https://www.austintexas.gov/ace/events/austin-pride-festival" TargetMode="External"/><Relationship Id="rId14" Type="http://schemas.openxmlformats.org/officeDocument/2006/relationships/hyperlink" Target="https://www.austintexas.gov/ace/events/austin-pride-parade" TargetMode="External"/><Relationship Id="rId15" Type="http://schemas.openxmlformats.org/officeDocument/2006/relationships/hyperlink" Target="https://www.eventim.com/event/eden-austin-pride-queer-party-the-courtyard-atx-215406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