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West End Glamour Comes to Southampton Pride: Moulin Rouge! Live in Guildhall Square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revellers are gearing up for a sparkling surprise as Ann Sophie, who plays Satine in Moulin Rouge! The Musical, brings the show's show-stopping number "Firework" to the Pride Stage in Guildhall Square on Saturday 29 August, tying the theatre's September run to Southampton Pride's 10th anniversary.</w:t>
      </w:r>
      <w:r/>
    </w:p>
    <w:p>
      <w:r/>
      <w:r>
        <w:t>Essential Takeaways</w:t>
      </w:r>
      <w:r/>
      <w:r/>
    </w:p>
    <w:p>
      <w:pPr>
        <w:pStyle w:val="ListBullet"/>
        <w:spacing w:line="240" w:lineRule="auto"/>
        <w:ind w:left="720"/>
      </w:pPr>
      <w:r/>
      <w:r>
        <w:rPr>
          <w:b/>
        </w:rPr>
        <w:t>Star performance:</w:t>
      </w:r>
      <w:r>
        <w:t xml:space="preserve"> Ann Sophie will sing "Firework" live on the Pride Stage, a taste of the West End in the city centre.</w:t>
      </w:r>
      <w:r/>
    </w:p>
    <w:p>
      <w:pPr>
        <w:pStyle w:val="ListBullet"/>
        <w:spacing w:line="240" w:lineRule="auto"/>
        <w:ind w:left="720"/>
      </w:pPr>
      <w:r/>
      <w:r>
        <w:rPr>
          <w:b/>
        </w:rPr>
        <w:t>Event date and place:</w:t>
      </w:r>
      <w:r>
        <w:t xml:space="preserve"> The free performance is scheduled for Saturday 29 August at Guildhall Square, coinciding with Southampton Pride festivities.</w:t>
      </w:r>
      <w:r/>
    </w:p>
    <w:p>
      <w:pPr>
        <w:pStyle w:val="ListBullet"/>
        <w:spacing w:line="240" w:lineRule="auto"/>
        <w:ind w:left="720"/>
      </w:pPr>
      <w:r/>
      <w:r>
        <w:rPr>
          <w:b/>
        </w:rPr>
        <w:t>Local partnership:</w:t>
      </w:r>
      <w:r>
        <w:t xml:space="preserve"> Mayflower Theatre is a bronze partner of Southampton Pride, deepening ties between the venue and the LGBTQ+ community.</w:t>
      </w:r>
      <w:r/>
    </w:p>
    <w:p>
      <w:pPr>
        <w:pStyle w:val="ListBullet"/>
        <w:spacing w:line="240" w:lineRule="auto"/>
        <w:ind w:left="720"/>
      </w:pPr>
      <w:r/>
      <w:r>
        <w:rPr>
          <w:b/>
        </w:rPr>
        <w:t>Anniversary celebration:</w:t>
      </w:r>
      <w:r>
        <w:t xml:space="preserve"> The appearance marks part of Southampton Pride Trust's 10th anniversary programming, aimed at bringing glamour and spectacle to the festival.</w:t>
      </w:r>
      <w:r/>
    </w:p>
    <w:p>
      <w:pPr>
        <w:pStyle w:val="ListBullet"/>
        <w:spacing w:line="240" w:lineRule="auto"/>
        <w:ind w:left="720"/>
      </w:pPr>
      <w:r/>
      <w:r>
        <w:rPr>
          <w:b/>
        </w:rPr>
        <w:t>Preview of a run:</w:t>
      </w:r>
      <w:r>
        <w:t xml:space="preserve"> The pop-up performance promotes Moulin Rouge! The Musical’s upcoming run at the Mayflower Theatre in September, helping build buzz.</w:t>
      </w:r>
      <w:r/>
      <w:r/>
    </w:p>
    <w:p>
      <w:pPr>
        <w:pStyle w:val="Heading2"/>
      </w:pPr>
      <w:r>
        <w:t>A show-stopping tease for Pride weekend</w:t>
      </w:r>
      <w:r/>
    </w:p>
    <w:p>
      <w:r/>
      <w:r>
        <w:t>Ann Sophie’s arrival on the Pride Stage promises a bright, theatrical moment , think glitter, big vocals and that unmistakable Moulin Rouge! energy. According to event organisers, the piece is intended as a high-glamour taster ahead of the Mayflower Theatre run in September. It’s the sort of theatrical stunt that makes you stop, watch and grin, and it’s bound to be one of those local moments people share across their socials.</w:t>
      </w:r>
      <w:r/>
    </w:p>
    <w:p>
      <w:pPr>
        <w:pStyle w:val="Heading2"/>
      </w:pPr>
      <w:r>
        <w:t>Why the Mayflower and Southampton Pride are leaning in together</w:t>
      </w:r>
      <w:r/>
    </w:p>
    <w:p>
      <w:r/>
      <w:r>
        <w:t>The Mayflower Theatre has supported Southampton Pride for several years, and now the partnership is stepping up as a bronze sponsor and event collaborator. Julianne Watling-McCarthy, director of Southampton Pride Trust, has described the tie-up as a natural fit for the festival’s tenth anniversary , bringing professional theatre resources and star power into a community celebration. For the Mayflower, it’s also a tidy way to showcase forthcoming programming to new audiences.</w:t>
      </w:r>
      <w:r/>
    </w:p>
    <w:p>
      <w:pPr>
        <w:pStyle w:val="Heading2"/>
      </w:pPr>
      <w:r>
        <w:t>What this means for the city's cultural calendar</w:t>
      </w:r>
      <w:r/>
    </w:p>
    <w:p>
      <w:r/>
      <w:r>
        <w:t>This pop-up performance underlines a broader trend of theatres taking shows outside the auditorium to reach people where they are. For Southampton, that means Guildhall Square becomes a stage and the Pride weekend gains a centrepiece that’s both accessible and theatrical. If you’re scouting for what to catch this autumn, consider this a low-effort, high-reward preview before booking a seat at the Mayflower.</w:t>
      </w:r>
      <w:r/>
    </w:p>
    <w:p>
      <w:pPr>
        <w:pStyle w:val="Heading2"/>
      </w:pPr>
      <w:r>
        <w:t>Practical tips if you’re going</w:t>
      </w:r>
      <w:r/>
    </w:p>
    <w:p>
      <w:r/>
      <w:r>
        <w:t>Arrive early for a good view , Guildhall Square fills up fast during Pride. Expect lively crowds, a festive atmosphere and quick-moving performances, so bring water and wear comfortable shoes. If you’re planning to see the full musical in September, treat this as a teaser: the outdoor number will be shorter than the stage show but should give a clear flavour of the production’s glamour.</w:t>
      </w:r>
      <w:r/>
    </w:p>
    <w:p>
      <w:pPr>
        <w:pStyle w:val="Heading2"/>
      </w:pPr>
      <w:r>
        <w:t>A bit of spectacle with community heart</w:t>
      </w:r>
      <w:r/>
    </w:p>
    <w:p>
      <w:r/>
      <w:r>
        <w:t>This is theatre doing what it does best: making a public moment feel special. The collaboration between the Mayflower and Southampton Pride is a reminder that big-stage entertainment can amplify community events and help local festivals feel celebratory and inclusive. For Pride organisers and theatre fans alike, it’s a neat win.</w:t>
      </w:r>
      <w:r/>
    </w:p>
    <w:p>
      <w:r/>
      <w:r>
        <w:t>It's a small theatrical flourish that should make the weekend sparkle.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1">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https://www.dailyecho.co.uk/news/26474640.moulin-rouge-performance-dazzle-southampton-pride/?ref=rss</w:t>
        </w:r>
      </w:hyperlink>
      <w:r>
        <w:t xml:space="preserve"> - Please view link - unable to able to access data</w:t>
      </w:r>
      <w:r/>
    </w:p>
    <w:p>
      <w:pPr>
        <w:pStyle w:val="ListNumber"/>
        <w:spacing w:line="240" w:lineRule="auto"/>
        <w:ind w:left="720"/>
      </w:pPr>
      <w:r/>
      <w:hyperlink r:id="rId10">
        <w:r>
          <w:rPr>
            <w:color w:val="0000EE"/>
            <w:u w:val="single"/>
          </w:rPr>
          <w:t>https://www.southamptonpride.org/partnerships/</w:t>
        </w:r>
      </w:hyperlink>
      <w:r>
        <w:t xml:space="preserve"> - Southampton Pride's official website outlines its partnerships, highlighting the support from various sponsors, partners, and allies committed to equality, inclusion, and community. The page details the benefits of partnering with Pride, including amplifying diversity, gaining brand awareness, and reaching diverse age groups within the LGBTQIA+ community. It also provides contact information for potential partners to get in touch with Julianne Watling-McCarthy, the director of Southampton Pride Trust.</w:t>
      </w:r>
      <w:r/>
    </w:p>
    <w:p>
      <w:pPr>
        <w:pStyle w:val="ListNumber"/>
        <w:spacing w:line="240" w:lineRule="auto"/>
        <w:ind w:left="720"/>
      </w:pPr>
      <w:r/>
      <w:hyperlink r:id="rId12">
        <w:r>
          <w:rPr>
            <w:color w:val="0000EE"/>
            <w:u w:val="single"/>
          </w:rPr>
          <w:t>https://www.mayflower.org.uk/about/our-story/</w:t>
        </w:r>
      </w:hyperlink>
      <w:r>
        <w:t xml:space="preserve"> - The Mayflower Theatre's 'Our Story' page provides a detailed history of the venue, from its opening in 1928 as The Empire Theatre to its reopening in 1987 after being purchased by Southampton City Council. The page highlights the theatre's mission to bring a diverse range of shows to Southampton, including musicals, dance, opera, drama, ballet, and comedy. It also mentions the establishment of Mayflower Studios in 2021, which operates under the Mayflower brand alongside the main theatre.</w:t>
      </w:r>
      <w:r/>
    </w:p>
    <w:p>
      <w:pPr>
        <w:pStyle w:val="ListNumber"/>
        <w:spacing w:line="240" w:lineRule="auto"/>
        <w:ind w:left="720"/>
      </w:pPr>
      <w:r/>
      <w:hyperlink r:id="rId11">
        <w:r>
          <w:rPr>
            <w:color w:val="0000EE"/>
            <w:u w:val="single"/>
          </w:rPr>
          <w:t>https://www.mayflower.org.uk/about/our-impact/</w:t>
        </w:r>
      </w:hyperlink>
      <w:r>
        <w:t xml:space="preserve"> - The 'Our Impact' page on the Mayflower Theatre's website discusses the theatre's contributions to the local community. It emphasizes the venue's role as an authentic, Grade-II listed Art Deco establishment in the heart of Southampton, with a capacity of 2,270 seats. The page also mentions the theatre's recent major renovation in 2018, restoring it to its former glory, and its mission to present a diverse range of shows to the local audience.</w:t>
      </w:r>
      <w:r/>
    </w:p>
    <w:p>
      <w:pPr>
        <w:pStyle w:val="ListNumber"/>
        <w:spacing w:line="240" w:lineRule="auto"/>
        <w:ind w:left="720"/>
      </w:pPr>
      <w:r/>
      <w:hyperlink r:id="rId14">
        <w:r>
          <w:rPr>
            <w:color w:val="0000EE"/>
            <w:u w:val="single"/>
          </w:rPr>
          <w:t>https://www.southamptonpride.org/</w:t>
        </w:r>
      </w:hyperlink>
      <w:r>
        <w:t xml:space="preserve"> - Southampton Pride's official website provides information about the annual event celebrating equality and community. The site features details about the event's history, mission, and impact, as well as information on how to get involved, including volunteering, trading, and participating in the march. It also highlights the support from various partners and sponsors who contribute to the success of the event.</w:t>
      </w:r>
      <w:r/>
    </w:p>
    <w:p>
      <w:pPr>
        <w:pStyle w:val="ListNumber"/>
        <w:spacing w:line="240" w:lineRule="auto"/>
        <w:ind w:left="720"/>
      </w:pPr>
      <w:r/>
      <w:hyperlink r:id="rId13">
        <w:r>
          <w:rPr>
            <w:color w:val="0000EE"/>
            <w:u w:val="single"/>
          </w:rPr>
          <w:t>https://www.broadway.com/shows/moulin-rouge-musical/event/21759245/08-29-2026/1400/</w:t>
        </w:r>
      </w:hyperlink>
      <w:r>
        <w:t xml:space="preserve"> - Broadway.com's event page for 'Moulin Rouge! The Musical' provides details about the performance scheduled for August 29, 2026, at the Al Hirschfeld Theatre in New York City. The page includes information about the cast, ticket prices, and the show's schedule, highlighting the production's extension until August 30, 2026. It also provides a brief overview of the musical's plot and creative team.</w:t>
      </w:r>
      <w:r/>
    </w:p>
    <w:p>
      <w:pPr>
        <w:pStyle w:val="ListNumber"/>
        <w:spacing w:line="240" w:lineRule="auto"/>
        <w:ind w:left="720"/>
      </w:pPr>
      <w:r/>
      <w:hyperlink r:id="rId15">
        <w:r>
          <w:rPr>
            <w:color w:val="0000EE"/>
            <w:u w:val="single"/>
          </w:rPr>
          <w:t>https://www.liverpool-theatre.co.uk/shows/liverpool-empire/moulin-rouge-the-musical</w:t>
        </w:r>
      </w:hyperlink>
      <w:r>
        <w:t xml:space="preserve"> - Liverpool Theatre's page for 'Moulin Rouge! The Musical' provides information about the show's run at the Liverpool Empire Theatre, including performance dates, times, and ticket prices. The page lists the cast members, with Verity Thompson as Satine and Nate Landskroner as Christian. It also mentions the show's age recommendation (12+) and run time (two hours and 25 minutes with an interval).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echo.co.uk/news/26474640.moulin-rouge-performance-dazzle-southampton-pride/?ref=rss" TargetMode="External"/><Relationship Id="rId10" Type="http://schemas.openxmlformats.org/officeDocument/2006/relationships/hyperlink" Target="https://www.southamptonpride.org/partnerships/" TargetMode="External"/><Relationship Id="rId11" Type="http://schemas.openxmlformats.org/officeDocument/2006/relationships/hyperlink" Target="https://www.mayflower.org.uk/about/our-impact/" TargetMode="External"/><Relationship Id="rId12" Type="http://schemas.openxmlformats.org/officeDocument/2006/relationships/hyperlink" Target="https://www.mayflower.org.uk/about/our-story/" TargetMode="External"/><Relationship Id="rId13" Type="http://schemas.openxmlformats.org/officeDocument/2006/relationships/hyperlink" Target="https://www.broadway.com/shows/moulin-rouge-musical/event/21759245/08-29-2026/1400/" TargetMode="External"/><Relationship Id="rId14" Type="http://schemas.openxmlformats.org/officeDocument/2006/relationships/hyperlink" Target="https://www.southamptonpride.org/" TargetMode="External"/><Relationship Id="rId15" Type="http://schemas.openxmlformats.org/officeDocument/2006/relationships/hyperlink" Target="https://www.liverpool-theatre.co.uk/shows/liverpool-empire/moulin-rouge-the-music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