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Texas Latino Pride Weekend Guide: What to Expect in Dallas This September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city-goers are already circling calendars , Texas Latino Pride is expanding into a full weekend of celebrations in Dallas, a multi-day festival designed to spotlight Latino and LGBTQ culture, community services and creative performances across the city. Here’s what to know, who’s involved, and why it matters.</w:t>
      </w:r>
      <w:r/>
    </w:p>
    <w:p>
      <w:r/>
      <w:r>
        <w:t>Essential Takeaways</w:t>
      </w:r>
      <w:r/>
      <w:r/>
    </w:p>
    <w:p>
      <w:pPr>
        <w:pStyle w:val="ListBullet"/>
        <w:spacing w:line="240" w:lineRule="auto"/>
        <w:ind w:left="720"/>
      </w:pPr>
      <w:r/>
      <w:r>
        <w:rPr>
          <w:b/>
        </w:rPr>
        <w:t>When and where:</w:t>
      </w:r>
      <w:r>
        <w:t xml:space="preserve"> The main festival takes place Saturday 12 September at Reverchon Park, with a weekend of events beginning Thursday 10 September. </w:t>
      </w:r>
      <w:r/>
    </w:p>
    <w:p>
      <w:pPr>
        <w:pStyle w:val="ListBullet"/>
        <w:spacing w:line="240" w:lineRule="auto"/>
        <w:ind w:left="720"/>
      </w:pPr>
      <w:r/>
      <w:r>
        <w:rPr>
          <w:b/>
        </w:rPr>
        <w:t>Community-first:</w:t>
      </w:r>
      <w:r>
        <w:t xml:space="preserve"> Organisers emphasise programming that mixes celebration with services, including voter outreach, immigration help and trans healthcare resources. </w:t>
      </w:r>
      <w:r/>
    </w:p>
    <w:p>
      <w:pPr>
        <w:pStyle w:val="ListBullet"/>
        <w:spacing w:line="240" w:lineRule="auto"/>
        <w:ind w:left="720"/>
      </w:pPr>
      <w:r/>
      <w:r>
        <w:rPr>
          <w:b/>
        </w:rPr>
        <w:t>Partners and sponsors:</w:t>
      </w:r>
      <w:r>
        <w:t xml:space="preserve"> Premier sponsors include SomosLOUD, the AIDS Healthcare Foundation and Caven Enterprises, adding muscle and reach. </w:t>
      </w:r>
      <w:r/>
    </w:p>
    <w:p>
      <w:pPr>
        <w:pStyle w:val="ListBullet"/>
        <w:spacing w:line="240" w:lineRule="auto"/>
        <w:ind w:left="720"/>
      </w:pPr>
      <w:r/>
      <w:r>
        <w:rPr>
          <w:b/>
        </w:rPr>
        <w:t>Vibe and highlights:</w:t>
      </w:r>
      <w:r>
        <w:t xml:space="preserve"> Expect live music, dance, surprise performances, and street-festival energy , food and drink options likely plentiful, with a family-friendly feel during daytime hours. </w:t>
      </w:r>
      <w:r/>
    </w:p>
    <w:p>
      <w:pPr>
        <w:pStyle w:val="ListBullet"/>
        <w:spacing w:line="240" w:lineRule="auto"/>
        <w:ind w:left="720"/>
      </w:pPr>
      <w:r/>
      <w:r>
        <w:rPr>
          <w:b/>
        </w:rPr>
        <w:t>Practical note:</w:t>
      </w:r>
      <w:r>
        <w:t xml:space="preserve"> Launch events include a free party at JR’s Bar &amp; Grill on Cedar Springs; check official channels for tickets, times and accessibility info.</w:t>
      </w:r>
      <w:r/>
      <w:r/>
    </w:p>
    <w:p>
      <w:pPr>
        <w:pStyle w:val="Heading2"/>
      </w:pPr>
      <w:r>
        <w:t>A bolder weekend , not just one day of parties</w:t>
      </w:r>
      <w:r/>
    </w:p>
    <w:p>
      <w:r/>
      <w:r>
        <w:t>Texas Latino Pride is turning a single festival into Texas Latino Pride Weekend, and you’ll notice a livelier, more layered programme because of it. The extra days let organisers combine big cultural moments with practical community services, so it’s equal parts fiesta and support hub. The launch party at JR’s Bar &amp; Grill on Thursday promises dance, drink specials and surprise acts , a compact, warm-up flavour before the main park day.</w:t>
      </w:r>
      <w:r/>
    </w:p>
    <w:p>
      <w:pPr>
        <w:pStyle w:val="Heading2"/>
      </w:pPr>
      <w:r>
        <w:t>Why the expansion matters: community services meet celebration</w:t>
      </w:r>
      <w:r/>
    </w:p>
    <w:p>
      <w:r/>
      <w:r>
        <w:t>This isn’t festival fluff. According to the organisers, recent programming included a Queer &amp; Trans Liberation March and events focused on voter outreach, immigration help and transgender healthcare. That blend matters in Texas, where advocacy and celebration often go hand in hand. If you’re attending, look out for booths and pop-ups offering real resources alongside music and food , it’s a model that keeps joy and utility in balance.</w:t>
      </w:r>
      <w:r/>
    </w:p>
    <w:p>
      <w:pPr>
        <w:pStyle w:val="Heading2"/>
      </w:pPr>
      <w:r>
        <w:t>Who’s backing it , and why that’s a good sign</w:t>
      </w:r>
      <w:r/>
    </w:p>
    <w:p>
      <w:r/>
      <w:r>
        <w:t>Big-name partners like SomosLOUD and the AIDS Healthcare Foundation bring both funding and credibility, so expect sturdy logistics and meaningful outreach. Sponsors can help pay for stages, security and accessibility measures, which makes a difference for families and attendees with mobility needs. Organisers say the festival’s focus is on community impact, and those partners suggest they’re putting money where their message is.</w:t>
      </w:r>
      <w:r/>
    </w:p>
    <w:p>
      <w:pPr>
        <w:pStyle w:val="Heading2"/>
      </w:pPr>
      <w:r>
        <w:t>What the festival feels like , sounds, tastes and textures</w:t>
      </w:r>
      <w:r/>
    </w:p>
    <w:p>
      <w:r/>
      <w:r>
        <w:t>If you’ve been to Reverchon Park festivals before, picture lawn blankets, colourful stalls, and a steady beat from a main stage. Food will likely range from classic Tex-Mex to contemporary Latino street eats, with vendors usually offering sharable plates and quick bites. There’s a communal warmth to these events: people chatting, kids playing, performers mixing traditional and modern sounds. Bring a hat, a refillable bottle and comfy shoes.</w:t>
      </w:r>
      <w:r/>
    </w:p>
    <w:p>
      <w:pPr>
        <w:pStyle w:val="Heading2"/>
      </w:pPr>
      <w:r>
        <w:t>How to plan your weekend: tips and common-sense advice</w:t>
      </w:r>
      <w:r/>
    </w:p>
    <w:p>
      <w:r/>
      <w:r>
        <w:t>Aim to arrive early on Saturday to claim a good spot and to visit resource booths before crowds swell. Check Texas Latino Pride’s official site and social feeds for updated schedules, volunteer opportunities, and accessibility info. If you need services like immigration advice or healthcare signposting, visit the information tents mid-morning when staff tend to be less rushed. And if you’re going to the Thursday launch, remember it’s free but popular , early arrival helps.</w:t>
      </w:r>
      <w:r/>
    </w:p>
    <w:p>
      <w:r/>
      <w:r>
        <w:t>It’s a small change that can make a big week of difference for attendees and the wider community.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0">
        <w:r>
          <w:rPr>
            <w:color w:val="0000EE"/>
            <w:u w:val="single"/>
          </w:rPr>
          <w:t>[3]</w:t>
        </w:r>
      </w:hyperlink>
      <w:r>
        <w:t xml:space="preserve">, </w:t>
      </w:r>
      <w:hyperlink r:id="rId12">
        <w:r>
          <w:rPr>
            <w:color w:val="0000EE"/>
            <w:u w:val="single"/>
          </w:rPr>
          <w:t>[6]</w:t>
        </w:r>
      </w:hyperlink>
      <w:r>
        <w:t xml:space="preserve">- Paragraph 5: </w:t>
      </w:r>
      <w:hyperlink r:id="rId11">
        <w:r>
          <w:rPr>
            <w:color w:val="0000EE"/>
            <w:u w:val="single"/>
          </w:rPr>
          <w:t>[5]</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https://meaws.com/news/texas-latino-pride-announces-expansion-of/104871</w:t>
        </w:r>
      </w:hyperlink>
      <w:r>
        <w:t xml:space="preserve"> - Please view link - unable to able to access data</w:t>
      </w:r>
      <w:r/>
    </w:p>
    <w:p>
      <w:pPr>
        <w:pStyle w:val="ListNumber"/>
        <w:spacing w:line="240" w:lineRule="auto"/>
        <w:ind w:left="720"/>
      </w:pPr>
      <w:r/>
      <w:hyperlink r:id="rId9">
        <w:r>
          <w:rPr>
            <w:color w:val="0000EE"/>
            <w:u w:val="single"/>
          </w:rPr>
          <w:t>https://meaws.com/news/texas-latino-pride-announces-expansion-of/104871</w:t>
        </w:r>
      </w:hyperlink>
      <w:r>
        <w:t xml:space="preserve"> - Texas Latino Pride, a nonprofit organisation celebrating the cultural heritage of the Latino and LGBTQ communities in Texas, has announced the expansion of its annual festival with the introduction of Texas Latino Pride Weekend. The festival is scheduled for Saturday, September 12, from 3-10 p.m. at Reverchon Park, with collaborative events featuring premier sponsor SomosLOUD, the AIDS Healthcare Foundation, and Caven Enterprises. In 2025, TXLP empowered the voices of LGBTQ and Latino Texans through various events, including the second annual Queer &amp; Trans Liberation March in Fort Worth and the inaugural Selena 4ever event at Station 4. The organisation's president, Juan Contreras, emphasised the importance of community impact and resilience, stating that celebrating their identity is essential despite challenges. Vice President Jacob Reyes highlighted the commitment to community and the act of resilience through celebrating traditions. The Texas Latino Pride Weekend schedule includes the Launch Celebration on Thursday, September 10, at JR’s Bar &amp; Grill, featuring dance, drink specials, and surprise performances.</w:t>
      </w:r>
      <w:r/>
    </w:p>
    <w:p>
      <w:pPr>
        <w:pStyle w:val="ListNumber"/>
        <w:spacing w:line="240" w:lineRule="auto"/>
        <w:ind w:left="720"/>
      </w:pPr>
      <w:r/>
      <w:hyperlink r:id="rId10">
        <w:r>
          <w:rPr>
            <w:color w:val="0000EE"/>
            <w:u w:val="single"/>
          </w:rPr>
          <w:t>https://texaslatinopride.org/</w:t>
        </w:r>
      </w:hyperlink>
      <w:r>
        <w:t xml:space="preserve"> - Texas Latino Pride is a nonprofit organisation dedicated to celebrating the cultural heritage of the Latino and LGBTQ communities in Texas. Established in 2014, it hosts the annual Texas Latino Pride Festival at Reverchon Park in Dallas. The 2026 festival is scheduled for Saturday, September 12, from 3:00 PM to 10:00 PM, featuring music, drag performances, food, and community pride. The weekend also includes a Launch Party on Thursday, September 10, at JR's Bar &amp; Grill, offering dance, drink specials, and surprise performances. The organisation's mission is to foster unity and solidarity among the Latino and LGBTQ communities by celebrating shared experiences and identities.</w:t>
      </w:r>
      <w:r/>
    </w:p>
    <w:p>
      <w:pPr>
        <w:pStyle w:val="ListNumber"/>
        <w:spacing w:line="240" w:lineRule="auto"/>
        <w:ind w:left="720"/>
      </w:pPr>
      <w:r/>
      <w:hyperlink r:id="rId13">
        <w:r>
          <w:rPr>
            <w:color w:val="0000EE"/>
            <w:u w:val="single"/>
          </w:rPr>
          <w:t>https://www.misterpicoso.com/events/tx-latino-pride-bw6pe-wwajk</w:t>
        </w:r>
      </w:hyperlink>
      <w:r>
        <w:t xml:space="preserve"> - Mister Picoso, a Dallas-based business, is participating in the TX Latino Pride Festival 2025, scheduled for Saturday, September 13, from 3:00 PM to 10:00 PM at Reverchon Park. The festival is one of the largest celebrations of Latinx LGBTQ+ pride in Texas, featuring performances by artists such as Mistress Isabelle Brooks, Valentina, Gustoso, Vanita Leo, and others. The event also includes live DJs, food, drinks, local vendors, and a vibrant, inclusive community celebration. Mister Picoso will have a booth offering chamoy candies, rim paste, and pickle kits to enhance the Pride experience.</w:t>
      </w:r>
      <w:r/>
    </w:p>
    <w:p>
      <w:pPr>
        <w:pStyle w:val="ListNumber"/>
        <w:spacing w:line="240" w:lineRule="auto"/>
        <w:ind w:left="720"/>
      </w:pPr>
      <w:r/>
      <w:hyperlink r:id="rId11">
        <w:r>
          <w:rPr>
            <w:color w:val="0000EE"/>
            <w:u w:val="single"/>
          </w:rPr>
          <w:t>https://www.festivalsinamerica.com/festival/texas-latino-pride-festival-dallas</w:t>
        </w:r>
      </w:hyperlink>
      <w:r>
        <w:t xml:space="preserve"> - The Texas Latino Pride Festival is an annual event celebrating Latinx LGBTQ+ culture in Dallas, Texas. Founded in 2014 by Juan Contreras, the free festival has grown from a gathering of about 100 people to one that draws thousands. The festival features cumbias and live music, drag performances, local vendors, and nonprofit organisations sharing resources and support for the LGBTQ+ community. The 2026 edition is anticipated to return to Reverchon Park in September 2026, continuing its tradition as one of the largest Latinx LGBTQ+ pride celebrations in Texas.</w:t>
      </w:r>
      <w:r/>
    </w:p>
    <w:p>
      <w:pPr>
        <w:pStyle w:val="ListNumber"/>
        <w:spacing w:line="240" w:lineRule="auto"/>
        <w:ind w:left="720"/>
      </w:pPr>
      <w:r/>
      <w:hyperlink r:id="rId12">
        <w:r>
          <w:rPr>
            <w:color w:val="0000EE"/>
            <w:u w:val="single"/>
          </w:rPr>
          <w:t>https://www.unation.com/event/texas-latino-pride-festival-2026-65503961/</w:t>
        </w:r>
      </w:hyperlink>
      <w:r>
        <w:t xml:space="preserve"> - The Texas Latino Pride Festival 2026 is scheduled for Saturday, September 12, 2026, from 4:00 PM to 10:00 PM at Reverchon Park in Dallas, Texas. The event is free and open to all, celebrating Latinx LGBTQ+ pride and culture. Further details about the festival can be accessed through the provided website link.</w:t>
      </w:r>
      <w:r/>
    </w:p>
    <w:p>
      <w:pPr>
        <w:pStyle w:val="ListNumber"/>
        <w:spacing w:line="240" w:lineRule="auto"/>
        <w:ind w:left="720"/>
      </w:pPr>
      <w:r/>
      <w:hyperlink r:id="rId14">
        <w:r>
          <w:rPr>
            <w:color w:val="0000EE"/>
            <w:u w:val="single"/>
          </w:rPr>
          <w:t>https://www.colorsofpride.org/</w:t>
        </w:r>
      </w:hyperlink>
      <w:r>
        <w:t xml:space="preserve"> - Colors of Pride Gatherings is an initiative celebrating pride with other LGBTQIA+ people of colour. The 2025 gathering is scheduled for August 9th, 2025, and is free, indoors, air-conditioned, wheelchair accessible, and offers ASL interpreters. The event includes mocktail and cocktail bars, a free community meal, and speed-friending activities. The initiative is supported by Austin Latinx Pride, Austin Queer Asians, and Qwell Community Foundation.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texas-latino-pride-announces-expansion-of/104871" TargetMode="External"/><Relationship Id="rId10" Type="http://schemas.openxmlformats.org/officeDocument/2006/relationships/hyperlink" Target="https://texaslatinopride.org/" TargetMode="External"/><Relationship Id="rId11" Type="http://schemas.openxmlformats.org/officeDocument/2006/relationships/hyperlink" Target="https://www.festivalsinamerica.com/festival/texas-latino-pride-festival-dallas" TargetMode="External"/><Relationship Id="rId12" Type="http://schemas.openxmlformats.org/officeDocument/2006/relationships/hyperlink" Target="https://www.unation.com/event/texas-latino-pride-festival-2026-65503961/" TargetMode="External"/><Relationship Id="rId13" Type="http://schemas.openxmlformats.org/officeDocument/2006/relationships/hyperlink" Target="https://www.misterpicoso.com/events/tx-latino-pride-bw6pe-wwajk" TargetMode="External"/><Relationship Id="rId14" Type="http://schemas.openxmlformats.org/officeDocument/2006/relationships/hyperlink" Target="https://www.colorsof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