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Sziget Festival Guide for LGBTQ+ Visitors: Magic Mirror, Parties, and Pride on the Island of Freedom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noise, Sziget on Budapest’s Danube island remains one of Europe’s most exuberant summer gatherings , and for LGBTQ+ visitors the festival’s Magic Mirror venue is a magnetic, must-visit hideaway offering talks, voguing, drag circus and all-night discos that feel like a home from home.</w:t>
      </w:r>
      <w:r/>
    </w:p>
    <w:p>
      <w:r/>
      <w:r>
        <w:t>Essential Takeaways</w:t>
      </w:r>
      <w:r/>
      <w:r/>
    </w:p>
    <w:p>
      <w:pPr>
        <w:pStyle w:val="ListBullet"/>
        <w:spacing w:line="240" w:lineRule="auto"/>
        <w:ind w:left="720"/>
      </w:pPr>
      <w:r/>
      <w:r>
        <w:rPr>
          <w:b/>
        </w:rPr>
        <w:t>Dedicated queer hub:</w:t>
      </w:r>
      <w:r>
        <w:t xml:space="preserve"> Magic Mirror is Sziget’s long-running LGBTQ+ pavilion, with talks, workshops and late-night parties that feel intentionally welcoming.</w:t>
      </w:r>
      <w:r/>
    </w:p>
    <w:p>
      <w:pPr>
        <w:pStyle w:val="ListBullet"/>
        <w:spacing w:line="240" w:lineRule="auto"/>
        <w:ind w:left="720"/>
      </w:pPr>
      <w:r/>
      <w:r>
        <w:rPr>
          <w:b/>
        </w:rPr>
        <w:t>Rich programming:</w:t>
      </w:r>
      <w:r>
        <w:t xml:space="preserve"> Expect Mirror Talks by activists and performers, daily voguing workshops, genre-bending gigs and a packed drag and cabaret schedule.</w:t>
      </w:r>
      <w:r/>
    </w:p>
    <w:p>
      <w:pPr>
        <w:pStyle w:val="ListBullet"/>
        <w:spacing w:line="240" w:lineRule="auto"/>
        <w:ind w:left="720"/>
      </w:pPr>
      <w:r/>
      <w:r>
        <w:rPr>
          <w:b/>
        </w:rPr>
        <w:t>Standout show:</w:t>
      </w:r>
      <w:r>
        <w:t xml:space="preserve"> Carnivale Royale, from House of Circus, blends drag, circus and cabaret into a theatrical hour that often sells out.</w:t>
      </w:r>
      <w:r/>
    </w:p>
    <w:p>
      <w:pPr>
        <w:pStyle w:val="ListBullet"/>
        <w:spacing w:line="240" w:lineRule="auto"/>
        <w:ind w:left="720"/>
      </w:pPr>
      <w:r/>
      <w:r>
        <w:rPr>
          <w:b/>
        </w:rPr>
        <w:t>A sanctuary in context:</w:t>
      </w:r>
      <w:r>
        <w:t xml:space="preserve"> Magic Mirror’s inclusivity is especially meaningful given Hungary’s fraught political climate around LGBTQ+ rights.</w:t>
      </w:r>
      <w:r/>
    </w:p>
    <w:p>
      <w:pPr>
        <w:pStyle w:val="ListBullet"/>
        <w:spacing w:line="240" w:lineRule="auto"/>
        <w:ind w:left="720"/>
      </w:pPr>
      <w:r/>
      <w:r>
        <w:rPr>
          <w:b/>
        </w:rPr>
        <w:t>Practical tip:</w:t>
      </w:r>
      <w:r>
        <w:t xml:space="preserve"> Arrive early for daytime panels and workshops, and head back late for ballroom and disco , the vibe shifts deliciously from reflective to riotous.</w:t>
      </w:r>
      <w:r/>
      <w:r/>
    </w:p>
    <w:p>
      <w:pPr>
        <w:pStyle w:val="Heading2"/>
      </w:pPr>
      <w:r>
        <w:t>Why Magic Mirror still feels essential , sensory and political</w:t>
      </w:r>
      <w:r/>
    </w:p>
    <w:p>
      <w:r/>
      <w:r>
        <w:t>The first thing you notice about Magic Mirror is the neon and the chatter, a warm, electric hum that makes the wooden pavilion feel like a beacon. According to Sziget’s site, the stage is a permanent part of the festival’s map and has built a reputation over decades as a queer-friendly space. That sense of welcome matters: with Hungary’s recent politics often hostile to LGBTQ+ expression, a corner of the island where you can dance, talk and perform without edging for safety feels both joyous and politically resonant. If you care about atmosphere, Magic Mirror’s daytime light and nighttime heat are worth planning around.</w:t>
      </w:r>
      <w:r/>
    </w:p>
    <w:p>
      <w:pPr>
        <w:pStyle w:val="Heading2"/>
      </w:pPr>
      <w:r>
        <w:t>What actually happens there , talks, voguing and late-night raves</w:t>
      </w:r>
      <w:r/>
    </w:p>
    <w:p>
      <w:r/>
      <w:r>
        <w:t>Magic Mirror’s schedule mixes Mirror Talks , panels on gender, drag and online activism , with practical workshops, like voguing classes, and a dense calendar of performances. Frontstage Magazine and other programme previews list a wide slate of acts, from experimental pop to contemporary circus. Practically, that means you can spend an afternoon at a thoughtful panel and an evening learning to vogue, then stay up for a ballroom set that leaves you breathless. For festival planning, block out slots: daytime for panels and skill-building, early evening for cabaret, and the small hours for disco.</w:t>
      </w:r>
      <w:r/>
    </w:p>
    <w:p>
      <w:pPr>
        <w:pStyle w:val="Heading2"/>
      </w:pPr>
      <w:r>
        <w:t>Carnivale Royale and the rise of drag-circus theatre</w:t>
      </w:r>
      <w:r/>
    </w:p>
    <w:p>
      <w:r/>
      <w:r>
        <w:t>One of Magic Mirror’s headline pieces this year was Carnivale Royale from House of Circus, a show that stitches aerials, acrobatics and drag into something cinematic and communal. Reviews and audience chatter suggest the production pulled crowds every night, with many people returning for repeat viewings. For queer festival-goers hunting for theatrical spectacle, this is the kind of show that feels immersive rather than passive , expect audience participation, bold costuming and moments that stay with you long after the lights go down. If you’re choosing must-sees, put Carnivale Royale near the top.</w:t>
      </w:r>
      <w:r/>
    </w:p>
    <w:p>
      <w:pPr>
        <w:pStyle w:val="Heading2"/>
      </w:pPr>
      <w:r>
        <w:t>How Sziget became “The Island of Freedom” , a quick history</w:t>
      </w:r>
      <w:r/>
    </w:p>
    <w:p>
      <w:r/>
      <w:r>
        <w:t>Sziget began in 1993 as a student-driven post-communist event and has since grown into a multi-stage festival with thousands of performances across an island in the Danube. The festival’s branding as an “Island of Freedom” isn’t marketing fluff: it grew from a youthful desire for open expression into a practical refuge for marginalised communities. Local and international outlets covering the Magic Mirror programme note how the venue’s continued presence has provided recurring space for queer culture throughout the festival’s expansion. For visitors, that history gives the present-day Magic Mirror a little extra gravitas.</w:t>
      </w:r>
      <w:r/>
    </w:p>
    <w:p>
      <w:pPr>
        <w:pStyle w:val="Heading2"/>
      </w:pPr>
      <w:r>
        <w:t>Practical tips: how to make the most of Magic Mirror and Sziget generally</w:t>
      </w:r>
      <w:r/>
    </w:p>
    <w:p>
      <w:r/>
      <w:r>
        <w:t>Plan your days around transitions: morning and afternoon for panels and workshops; dusk for cabaret; late night for ballroom and DJ sets. Pre-register for priority tickets where available, and check the official Sziget programme in advance for exact times. Bring cash for small vendors and dress for layers , the island can be sun-hot in the afternoon and surprisingly cool after midnight. If you’re travelling from abroad, remember Budapest’s wider climate around LGBTQ+ rights; many festivalgoers say Sziget feels uniquely freeing, so savour that safe space while you can. And if a show sells out, ask around , festival communities often share tips for last-minute entries.</w:t>
      </w:r>
      <w:r/>
    </w:p>
    <w:p>
      <w:r/>
      <w:r>
        <w:t>It's a small change to your itinerary that can make the festival feel like a home away from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https://www.thepinknews.com/2026/08/19/sziget-festival-review-lgbtq-queer-hungary-budapest/</w:t>
        </w:r>
      </w:hyperlink>
      <w:r>
        <w:t xml:space="preserve"> - Please view link - unable to able to access data</w:t>
      </w:r>
      <w:r/>
    </w:p>
    <w:p>
      <w:pPr>
        <w:pStyle w:val="ListNumber"/>
        <w:spacing w:line="240" w:lineRule="auto"/>
        <w:ind w:left="720"/>
      </w:pPr>
      <w:r/>
      <w:hyperlink r:id="rId10">
        <w:r>
          <w:rPr>
            <w:color w:val="0000EE"/>
            <w:u w:val="single"/>
          </w:rPr>
          <w:t>https://szigetfestival.com/en/stages/magic-mirror</w:t>
        </w:r>
      </w:hyperlink>
      <w:r>
        <w:t xml:space="preserve"> - The Magic Mirror is a dedicated LGBTQ+ venue at Sziget Festival, offering a diverse programme of performances, workshops, panels, and parties. Celebrating over two decades, it serves as a vibrant hub for the LGBTQ+ community and allies, featuring daily 'Mirror Talks' on queer identity, activism, and culture, as well as various artistic showcases. The venue embodies Sziget's commitment to openness, freedom, and respect for everyone, providing a space for connection, celebration, and fearless self-expression.</w:t>
      </w:r>
      <w:r/>
    </w:p>
    <w:p>
      <w:pPr>
        <w:pStyle w:val="ListNumber"/>
        <w:spacing w:line="240" w:lineRule="auto"/>
        <w:ind w:left="720"/>
      </w:pPr>
      <w:r/>
      <w:hyperlink r:id="rId11">
        <w:r>
          <w:rPr>
            <w:color w:val="0000EE"/>
            <w:u w:val="single"/>
          </w:rPr>
          <w:t>https://www.thepinknews.com/2026/06/16/sziget-festival-2026-lgbtq-hungary-magic-mirror/</w:t>
        </w:r>
      </w:hyperlink>
      <w:r>
        <w:t xml:space="preserve"> - Sziget Festival's CEO, Tamás Kádár, emphasises the festival's dedication to inclusion, stating that it is 'not a marketing campaign for us: it’s part of our DNA.' He highlights the festival's role in providing a space where attendees can be themselves, reflecting Sziget's values of openness, freedom, and respect. The Magic Mirror venue, a cornerstone of the festival, showcases performances, drag, cabaret, dance, and conversations that bring people together across cultures and identities.</w:t>
      </w:r>
      <w:r/>
    </w:p>
    <w:p>
      <w:pPr>
        <w:pStyle w:val="ListNumber"/>
        <w:spacing w:line="240" w:lineRule="auto"/>
        <w:ind w:left="720"/>
      </w:pPr>
      <w:r/>
      <w:hyperlink r:id="rId12">
        <w:r>
          <w:rPr>
            <w:color w:val="0000EE"/>
            <w:u w:val="single"/>
          </w:rPr>
          <w:t>https://frontstage-magazine.de/2026/06/01/das-sziget-festival-veroeffentlicht-das-magic-mirror-programm-2026/</w:t>
        </w:r>
      </w:hyperlink>
      <w:r>
        <w:t xml:space="preserve"> - The Sziget Festival has announced the 2026 Magic Mirror programme, focusing on queerness, self-determination, love, and inclusion. The Magic Mirror, a renowned venue at the festival, brings together artists, performers, and visitors from around the world in the heart of Budapest. This year, a Hungarian production by the ballroom collective Anybody Walking will be featured as one of the daily main events, marking a significant addition to the programme.</w:t>
      </w:r>
      <w:r/>
    </w:p>
    <w:p>
      <w:pPr>
        <w:pStyle w:val="ListNumber"/>
        <w:spacing w:line="240" w:lineRule="auto"/>
        <w:ind w:left="720"/>
      </w:pPr>
      <w:r/>
      <w:hyperlink r:id="rId15">
        <w:r>
          <w:rPr>
            <w:color w:val="0000EE"/>
            <w:u w:val="single"/>
          </w:rPr>
          <w:t>https://wyspa.fm/news/121310/znamy-program-kultowej-sceny-magic-mirror-na-sziget-2026/</w:t>
        </w:r>
      </w:hyperlink>
      <w:r>
        <w:t xml:space="preserve"> - The Magic Mirror, a beloved LGBTQIA+ space at Sziget Festival, returns with an exciting programme celebrating queer joy, expression, love, and inclusivity. From 11 to 15 August, festival-goers in Budapest can enjoy performances by artists from around the world. This year's edition introduces a Hungarian main production by the ballroom collective Anybody Walking, marking a historic moment for the venue. Magic Mirror will be open daily during the festival.</w:t>
      </w:r>
      <w:r/>
    </w:p>
    <w:p>
      <w:pPr>
        <w:pStyle w:val="ListNumber"/>
        <w:spacing w:line="240" w:lineRule="auto"/>
        <w:ind w:left="720"/>
      </w:pPr>
      <w:r/>
      <w:hyperlink r:id="rId14">
        <w:r>
          <w:rPr>
            <w:color w:val="0000EE"/>
            <w:u w:val="single"/>
          </w:rPr>
          <w:t>https://www.budapest.com/en/news/sziget-festival-in-2026-day-zero-szociety-movement</w:t>
        </w:r>
      </w:hyperlink>
      <w:r>
        <w:t xml:space="preserve"> - Sziget Festival's Wonderland district emphasises artistic productions, self-expression, and free experimentation. The Magic Mirror, a key venue within Wonderland, will host sparkling queer productions and parties, including performances by the Dutch House of Circus with their show 'Carnivale Royale' every night at 8 pm, Brazilian circus artist Diana Salles with her solo production 'Delusional: I Killed a Man', the YAV – Movement of Soul performance, and Palestinian pop icon Bashar Murad.</w:t>
      </w:r>
      <w:r/>
    </w:p>
    <w:p>
      <w:pPr>
        <w:pStyle w:val="ListNumber"/>
        <w:spacing w:line="240" w:lineRule="auto"/>
        <w:ind w:left="720"/>
      </w:pPr>
      <w:r/>
      <w:hyperlink r:id="rId13">
        <w:r>
          <w:rPr>
            <w:color w:val="0000EE"/>
            <w:u w:val="single"/>
          </w:rPr>
          <w:t>https://port.hu/esemeny/egyeb/anybody-walking-ballroom-magic-hu/event-6266796</w:t>
        </w:r>
      </w:hyperlink>
      <w:r>
        <w:t xml:space="preserve"> - Anybody Walking is a ballroom event where members of the domestic and international ballroom scene gather to celebrate and promote the culture and community. The event will take place on 11 August 2026 at 11:00 pm at the Magic Mirror stage during the Sziget Festival in Budapest. The ballroom scene originated in the underground Harlem nights of the 1960s and 1970s, responding to social oppression, racism, and transphobia faced by Black and Latinx transgender women.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19/sziget-festival-review-lgbtq-queer-hungary-budapest/" TargetMode="External"/><Relationship Id="rId10" Type="http://schemas.openxmlformats.org/officeDocument/2006/relationships/hyperlink" Target="https://szigetfestival.com/en/stages/magic-mirror" TargetMode="External"/><Relationship Id="rId11" Type="http://schemas.openxmlformats.org/officeDocument/2006/relationships/hyperlink" Target="https://www.thepinknews.com/2026/06/16/sziget-festival-2026-lgbtq-hungary-magic-mirror/" TargetMode="External"/><Relationship Id="rId12" Type="http://schemas.openxmlformats.org/officeDocument/2006/relationships/hyperlink" Target="https://frontstage-magazine.de/2026/06/01/das-sziget-festival-veroeffentlicht-das-magic-mirror-programm-2026/" TargetMode="External"/><Relationship Id="rId13" Type="http://schemas.openxmlformats.org/officeDocument/2006/relationships/hyperlink" Target="https://port.hu/esemeny/egyeb/anybody-walking-ballroom-magic-hu/event-6266796" TargetMode="External"/><Relationship Id="rId14" Type="http://schemas.openxmlformats.org/officeDocument/2006/relationships/hyperlink" Target="https://www.budapest.com/en/news/sziget-festival-in-2026-day-zero-szociety-movement" TargetMode="External"/><Relationship Id="rId15" Type="http://schemas.openxmlformats.org/officeDocument/2006/relationships/hyperlink" Target="https://wyspa.fm/news/121310/znamy-program-kultowej-sceny-magic-mirror-na-szige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