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Signs of Change: Why More Black Lesbian Couples Are Choosing to Marry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the shift: rising numbers of Black women in same-sex unions are saying “I do,” reshaping conversations about marriage. Census and research data show growing married Black lesbian households, increased visibility on social media, and changing community meanings , and it matters for how we understand Black women’s relationships.</w:t>
      </w:r>
      <w:r/>
    </w:p>
    <w:p>
      <w:r/>
      <w:r>
        <w:t>Essential Takeaways</w:t>
      </w:r>
      <w:r/>
      <w:r/>
    </w:p>
    <w:p>
      <w:pPr>
        <w:pStyle w:val="ListBullet"/>
        <w:spacing w:line="240" w:lineRule="auto"/>
        <w:ind w:left="720"/>
      </w:pPr>
      <w:r/>
      <w:r>
        <w:rPr>
          <w:b/>
        </w:rPr>
        <w:t>Clear growth:</w:t>
      </w:r>
      <w:r>
        <w:t xml:space="preserve"> Census counts show a roughly 48% rise in married Black lesbian households between 2015 and 2019, signalling a meaningful upward trend.</w:t>
      </w:r>
      <w:r/>
    </w:p>
    <w:p>
      <w:pPr>
        <w:pStyle w:val="ListBullet"/>
        <w:spacing w:line="240" w:lineRule="auto"/>
        <w:ind w:left="720"/>
      </w:pPr>
      <w:r/>
      <w:r>
        <w:rPr>
          <w:b/>
        </w:rPr>
        <w:t>Visibility helps:</w:t>
      </w:r>
      <w:r>
        <w:t xml:space="preserve"> Instagram communities and wedding-focused pages for Black lesbian brides are making marriage feel possible and familiar.</w:t>
      </w:r>
      <w:r/>
    </w:p>
    <w:p>
      <w:pPr>
        <w:pStyle w:val="ListBullet"/>
        <w:spacing w:line="240" w:lineRule="auto"/>
        <w:ind w:left="720"/>
      </w:pPr>
      <w:r/>
      <w:r>
        <w:rPr>
          <w:b/>
        </w:rPr>
        <w:t>Social recognition:</w:t>
      </w:r>
      <w:r>
        <w:t xml:space="preserve"> For many couples, marriage brings legitimacy and public acknowledgement within families and communities.</w:t>
      </w:r>
      <w:r/>
    </w:p>
    <w:p>
      <w:pPr>
        <w:pStyle w:val="ListBullet"/>
        <w:spacing w:line="240" w:lineRule="auto"/>
        <w:ind w:left="720"/>
      </w:pPr>
      <w:r/>
      <w:r>
        <w:rPr>
          <w:b/>
        </w:rPr>
        <w:t>Geography and data:</w:t>
      </w:r>
      <w:r>
        <w:t xml:space="preserve"> Census and Pew research highlight both where same-sex couples live and how marriage patterns among LGBTQ+ households are evolving nationally.</w:t>
      </w:r>
      <w:r/>
    </w:p>
    <w:p>
      <w:pPr>
        <w:pStyle w:val="ListBullet"/>
        <w:spacing w:line="240" w:lineRule="auto"/>
        <w:ind w:left="720"/>
      </w:pPr>
      <w:r/>
      <w:r>
        <w:rPr>
          <w:b/>
        </w:rPr>
        <w:t>Practical impact:</w:t>
      </w:r>
      <w:r>
        <w:t xml:space="preserve"> Growing numbers affect legal, social and economic support systems , from spousal benefits to community services.</w:t>
      </w:r>
      <w:r/>
      <w:r/>
    </w:p>
    <w:p>
      <w:pPr>
        <w:pStyle w:val="Heading2"/>
      </w:pPr>
      <w:r>
        <w:t>What the numbers actually say about marriage among Black lesbian couples</w:t>
      </w:r>
      <w:r/>
    </w:p>
    <w:p>
      <w:r/>
      <w:r>
        <w:t>The strongest signal is plain: official counts show more married Black lesbian households than in the recent past, and that’s not trivial. Census releases from 2019 and other surveys document increases in married same-sex households, and researchers note a near 50% jump for Black women in lesbian marriages in one four-year span. That rise adds a textured layer to headlines about declining marriage rates among Black women, because those often focus only on heterosexual unions.</w:t>
      </w:r>
      <w:r/>
    </w:p>
    <w:p>
      <w:r/>
      <w:r>
        <w:t>Context matters here. According to census storytelling and press releases, improvements in how same-sex households are counted and broader social acceptance have meant more accurate snapshots. So the increase reflects both real growth and a changing data landscape.</w:t>
      </w:r>
      <w:r/>
    </w:p>
    <w:p>
      <w:pPr>
        <w:pStyle w:val="Heading2"/>
      </w:pPr>
      <w:r>
        <w:t>Why visibility on social media changes expectations</w:t>
      </w:r>
      <w:r/>
    </w:p>
    <w:p>
      <w:r/>
      <w:r>
        <w:t>Scroll through Instagram and you’ll find dedicated pages celebrating Black lesbian brides, and that matters. Platforms like Bride Navy have gathered thousands of followers and given couples public templates for their weddings. Wedding officiants and counsellors in cities such as Atlanta report that seeing real couples plan ceremonies inspires others to imagine a future with marriage.</w:t>
      </w:r>
      <w:r/>
    </w:p>
    <w:p>
      <w:r/>
      <w:r>
        <w:t>And it’s not just glossy photos. Visibility normalises rituals , engagement announcements, family introductions, legal paperwork , so marriage becomes a lived, repeatable possibility rather than an abstract idea.</w:t>
      </w:r>
      <w:r/>
    </w:p>
    <w:p>
      <w:pPr>
        <w:pStyle w:val="Heading2"/>
      </w:pPr>
      <w:r>
        <w:t>Marriage as recognition: what it does for relationships</w:t>
      </w:r>
      <w:r/>
    </w:p>
    <w:p>
      <w:r/>
      <w:r>
        <w:t>For many Black lesbian and bisexual women, marriage is less about a certificate and more about recognition. Academic work on Black LGBTQ+ relationships argues that marriage can lend legitimacy within circles where non-heterosexual unions have historically been unseen or questioned. That recognition can be emotional , families treating the couple as real partners , and practical, via legal protections and benefits.</w:t>
      </w:r>
      <w:r/>
    </w:p>
    <w:p>
      <w:r/>
      <w:r>
        <w:t>Researchers who study Black queer lives say marriage can alter how couples are treated by institutions, from healthcare to housing, and that symbolic validation can be powerful in day-to-day life.</w:t>
      </w:r>
      <w:r/>
    </w:p>
    <w:p>
      <w:pPr>
        <w:pStyle w:val="Heading2"/>
      </w:pPr>
      <w:r>
        <w:t>How broader trends in same-sex marriage affect Black lesbian couples</w:t>
      </w:r>
      <w:r/>
    </w:p>
    <w:p>
      <w:r/>
      <w:r>
        <w:t>National studies from Pew and multiple Census reports show married same-sex households are rising across the US, and married couples now compose a bigger share of same-sex households than before. Location patterns matter too: Census analysis maps where same-sex couples live, which helps explain why some metro areas see stronger wedding markets and more supportive services.</w:t>
      </w:r>
      <w:r/>
    </w:p>
    <w:p>
      <w:r/>
      <w:r>
        <w:t>For Black lesbian couples, those broader shifts open up infrastructure , more officiants familiar with same-sex ceremonies, planners, venues that welcome LGBTQ+ celebrations , which in turn makes marriage practically easier to pursue.</w:t>
      </w:r>
      <w:r/>
    </w:p>
    <w:p>
      <w:pPr>
        <w:pStyle w:val="Heading2"/>
      </w:pPr>
      <w:r>
        <w:t>Choosing marriage today: practical tips and things to consider</w:t>
      </w:r>
      <w:r/>
    </w:p>
    <w:p>
      <w:r/>
      <w:r>
        <w:t>If you’re thinking of marrying, consider the basics: check local marriage laws and benefits, look into premarital counselling and legal advice about finances and parental rights, and lean on community networks that specialise in Black LGBTQ+ weddings. Visibility means resources exist, but not every area has the same level of support, so plan for the practical bits early.</w:t>
      </w:r>
      <w:r/>
    </w:p>
    <w:p>
      <w:r/>
      <w:r>
        <w:t>Also, remember that marriage is a personal choice. For some couples it’s legal protection and social recognition; for others it’s not the goal at all. Either way, the rising numbers reflect more options and more agency.</w:t>
      </w:r>
      <w:r/>
    </w:p>
    <w:p>
      <w:r/>
      <w:r>
        <w:t>It's a small but meaningful change that shifts how we see Black women’s relationships and opens new options for recognition.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13">
        <w:r>
          <w:rPr>
            <w:color w:val="0000EE"/>
            <w:u w:val="single"/>
          </w:rPr>
          <w:t>[5]</w:t>
        </w:r>
      </w:hyperlink>
      <w:r>
        <w:t xml:space="preserve">, </w:t>
      </w:r>
      <w:hyperlink r:id="rId12">
        <w:r>
          <w:rPr>
            <w:color w:val="0000EE"/>
            <w:u w:val="single"/>
          </w:rPr>
          <w:t>[3]</w:t>
        </w:r>
      </w:hyperlink>
      <w:r>
        <w:t xml:space="preserve">- Paragraph 5: </w:t>
      </w:r>
      <w:hyperlink r:id="rId15">
        <w:r>
          <w:rPr>
            <w:color w:val="0000EE"/>
            <w:u w:val="single"/>
          </w:rPr>
          <w:t>[6]</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https://eurweb.com/black-lesbian-marriage-rising-black-women-marriage-trends/</w:t>
        </w:r>
      </w:hyperlink>
      <w:r>
        <w:t xml:space="preserve"> - Please view link - unable to able to access data</w:t>
      </w:r>
      <w:r/>
    </w:p>
    <w:p>
      <w:pPr>
        <w:pStyle w:val="ListNumber"/>
        <w:spacing w:line="240" w:lineRule="auto"/>
        <w:ind w:left="720"/>
      </w:pPr>
      <w:r/>
      <w:hyperlink r:id="rId10">
        <w:r>
          <w:rPr>
            <w:color w:val="0000EE"/>
            <w:u w:val="single"/>
          </w:rPr>
          <w:t>https://www.census.gov/newsroom/press-releases/2019/same-sex-households.html</w:t>
        </w:r>
      </w:hyperlink>
      <w:r>
        <w:t xml:space="preserve"> - In 2019, the U.S. Census Bureau released data indicating that there were 543,000 same-sex married couple households and 469,000 households with same-sex unmarried partners. This marked a significant increase from previous years, reflecting a growing recognition and acceptance of same-sex relationships in the United States. The data also highlighted that 191,000 children were living with same-sex parents, underscoring the expanding diversity of family structures in the country.</w:t>
      </w:r>
      <w:r/>
    </w:p>
    <w:p>
      <w:pPr>
        <w:pStyle w:val="ListNumber"/>
        <w:spacing w:line="240" w:lineRule="auto"/>
        <w:ind w:left="720"/>
      </w:pPr>
      <w:r/>
      <w:hyperlink r:id="rId12">
        <w:r>
          <w:rPr>
            <w:color w:val="0000EE"/>
            <w:u w:val="single"/>
          </w:rPr>
          <w:t>https://www.pewresearch.org/social-trends/2025/06/12/rising-number-of-u-s-households-are-headed-by-married-same-sex-couples/</w:t>
        </w:r>
      </w:hyperlink>
      <w:r>
        <w:t xml:space="preserve"> - A Pew Research Center survey found that, since the 2015 Supreme Court ruling legalizing same-sex marriage nationwide, the number of households headed by same-sex married couples in the U.S. has steadily increased from 425,357 in 2015 to 774,553 in 2023. Despite this growth, same-sex married couples still represent a small fraction of all married couples, accounting for just 1.3% in 2023, while same-sex cohabiting couples make up 5.6% of all cohabiting couples.</w:t>
      </w:r>
      <w:r/>
    </w:p>
    <w:p>
      <w:pPr>
        <w:pStyle w:val="ListNumber"/>
        <w:spacing w:line="240" w:lineRule="auto"/>
        <w:ind w:left="720"/>
      </w:pPr>
      <w:r/>
      <w:hyperlink r:id="rId11">
        <w:r>
          <w:rPr>
            <w:color w:val="0000EE"/>
            <w:u w:val="single"/>
          </w:rPr>
          <w:t>https://www.census.gov/library/stories/2019/11/first-time-same-sex-couples-in-current-population-survey-tables.html</w:t>
        </w:r>
      </w:hyperlink>
      <w:r>
        <w:t xml:space="preserve"> - The U.S. Census Bureau's 2019 data revealed that there were 543,000 same-sex married households and 469,000 same-sex unmarried partner households. Additionally, 191,000 children were living with same-sex parents. This data provides a more comprehensive understanding of the diverse family structures in the U.S., highlighting the increasing visibility and acceptance of same-sex couples and their families.</w:t>
      </w:r>
      <w:r/>
    </w:p>
    <w:p>
      <w:pPr>
        <w:pStyle w:val="ListNumber"/>
        <w:spacing w:line="240" w:lineRule="auto"/>
        <w:ind w:left="720"/>
      </w:pPr>
      <w:r/>
      <w:hyperlink r:id="rId13">
        <w:r>
          <w:rPr>
            <w:color w:val="0000EE"/>
            <w:u w:val="single"/>
          </w:rPr>
          <w:t>https://www.census.gov/library/stories/2019/09/where-same-sex-couples-live.html</w:t>
        </w:r>
      </w:hyperlink>
      <w:r>
        <w:t xml:space="preserve"> - An analysis by the Census Bureau indicated that, in 2017, married same-sex couples comprised about 59.4% of all same-sex households, a significant increase from 26.6% in 2008. This trend reflects a growing acceptance and recognition of same-sex marriages across the United States, with varying prevalence across different regions and demographics.</w:t>
      </w:r>
      <w:r/>
    </w:p>
    <w:p>
      <w:pPr>
        <w:pStyle w:val="ListNumber"/>
        <w:spacing w:line="240" w:lineRule="auto"/>
        <w:ind w:left="720"/>
      </w:pPr>
      <w:r/>
      <w:hyperlink r:id="rId15">
        <w:r>
          <w:rPr>
            <w:color w:val="0000EE"/>
            <w:u w:val="single"/>
          </w:rPr>
          <w:t>https://www.test.census.gov/library/stories/2024/06/same-sex-marriages.html</w:t>
        </w:r>
      </w:hyperlink>
      <w:r>
        <w:t xml:space="preserve"> - A 2024 U.S. Census Bureau report highlighted that same-sex marriages peaked between 2015 and 2019, following the Supreme Court's 2015 decision to legalize same-sex marriage nationwide. The report found that about 41% of same-sex spouses married between 2015 and 2019, compared to 14% of those in opposite-sex marriages, indicating a significant shift in societal attitudes and legal recognition of same-sex relationships.</w:t>
      </w:r>
      <w:r/>
    </w:p>
    <w:p>
      <w:pPr>
        <w:pStyle w:val="ListNumber"/>
        <w:spacing w:line="240" w:lineRule="auto"/>
        <w:ind w:left="720"/>
      </w:pPr>
      <w:r/>
      <w:hyperlink r:id="rId14">
        <w:r>
          <w:rPr>
            <w:color w:val="0000EE"/>
            <w:u w:val="single"/>
          </w:rPr>
          <w:t>https://www.census.gov/newsroom/press-releases/2021/same-sex-couple-households.html</w:t>
        </w:r>
      </w:hyperlink>
      <w:r>
        <w:t xml:space="preserve"> - In 2021, the U.S. Census Bureau released a report examining the characteristics and geographic distribution of the nation's estimated 980,000 same-sex couple households. The report provided insights into the demographics, living arrangements, and regional variations of same-sex couples, contributing to a deeper understanding of the evolving family structures in the United States.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urweb.com/black-lesbian-marriage-rising-black-women-marriage-trends/" TargetMode="External"/><Relationship Id="rId10" Type="http://schemas.openxmlformats.org/officeDocument/2006/relationships/hyperlink" Target="https://www.census.gov/newsroom/press-releases/2019/same-sex-households.html" TargetMode="External"/><Relationship Id="rId11" Type="http://schemas.openxmlformats.org/officeDocument/2006/relationships/hyperlink" Target="https://www.census.gov/library/stories/2019/11/first-time-same-sex-couples-in-current-population-survey-tables.html" TargetMode="External"/><Relationship Id="rId12" Type="http://schemas.openxmlformats.org/officeDocument/2006/relationships/hyperlink" Target="https://www.pewresearch.org/social-trends/2025/06/12/rising-number-of-u-s-households-are-headed-by-married-same-sex-couples/" TargetMode="External"/><Relationship Id="rId13" Type="http://schemas.openxmlformats.org/officeDocument/2006/relationships/hyperlink" Target="https://www.census.gov/library/stories/2019/09/where-same-sex-couples-live.html" TargetMode="External"/><Relationship Id="rId14" Type="http://schemas.openxmlformats.org/officeDocument/2006/relationships/hyperlink" Target="https://www.census.gov/newsroom/press-releases/2021/same-sex-couple-households.html" TargetMode="External"/><Relationship Id="rId15" Type="http://schemas.openxmlformats.org/officeDocument/2006/relationships/hyperlink" Target="https://www.test.census.gov/library/stories/2024/06/same-sex-marriage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