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Seattle Leo Party Moments: How a Birthday Bash Raised $16,000 for Queer Latinos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out in glitter and high spirits as Seattle’s Leo Party returned to Neighbours Nightclub, packing the dance floor while raising more than $16,000 for Entre Hermanos , a lively, long-running mix of drag, go-go dancers, DJs and community-centred fundraising that still feels essential after 24 years.</w:t>
      </w:r>
      <w:r/>
    </w:p>
    <w:p>
      <w:r/>
      <w:r>
        <w:t>Essential Takeaways</w:t>
      </w:r>
      <w:r/>
      <w:r/>
    </w:p>
    <w:p>
      <w:pPr>
        <w:pStyle w:val="ListBullet"/>
        <w:spacing w:line="240" w:lineRule="auto"/>
        <w:ind w:left="720"/>
      </w:pPr>
      <w:r/>
      <w:r>
        <w:rPr>
          <w:b/>
        </w:rPr>
        <w:t>Big turnout:</w:t>
      </w:r>
      <w:r>
        <w:t xml:space="preserve"> Neighbours Nightclub was packed for the Leo Party, signalling strong community support and a festive, electric atmosphere. </w:t>
      </w:r>
      <w:r/>
    </w:p>
    <w:p>
      <w:pPr>
        <w:pStyle w:val="ListBullet"/>
        <w:spacing w:line="240" w:lineRule="auto"/>
        <w:ind w:left="720"/>
      </w:pPr>
      <w:r/>
      <w:r>
        <w:rPr>
          <w:b/>
        </w:rPr>
        <w:t>Headline talent:</w:t>
      </w:r>
      <w:r>
        <w:t xml:space="preserve"> RuPaul’s Drag Race alum Jorgeous led a stacked bill of local and visiting performers, delivering high-energy sets and costume moments. </w:t>
      </w:r>
      <w:r/>
    </w:p>
    <w:p>
      <w:pPr>
        <w:pStyle w:val="ListBullet"/>
        <w:spacing w:line="240" w:lineRule="auto"/>
        <w:ind w:left="720"/>
      </w:pPr>
      <w:r/>
      <w:r>
        <w:rPr>
          <w:b/>
        </w:rPr>
        <w:t>Fundraising win:</w:t>
      </w:r>
      <w:r>
        <w:t xml:space="preserve"> The event raised over $16,000 for Entre Hermanos, supporting services for Queer Latinos across Washington. </w:t>
      </w:r>
      <w:r/>
    </w:p>
    <w:p>
      <w:pPr>
        <w:pStyle w:val="ListBullet"/>
        <w:spacing w:line="240" w:lineRule="auto"/>
        <w:ind w:left="720"/>
      </w:pPr>
      <w:r/>
      <w:r>
        <w:rPr>
          <w:b/>
        </w:rPr>
        <w:t>Longstanding tradition:</w:t>
      </w:r>
      <w:r>
        <w:t xml:space="preserve"> Now in its 24th year, the Leo Party remains a reunion, fundraiser and cultural touchstone for Seattle’s LGBTQIA+ nightlife. </w:t>
      </w:r>
      <w:r/>
      <w:r/>
    </w:p>
    <w:p>
      <w:pPr>
        <w:pStyle w:val="Heading2"/>
      </w:pPr>
      <w:r>
        <w:t>A birthday party that feels like a homecoming</w:t>
      </w:r>
      <w:r/>
    </w:p>
    <w:p>
      <w:r/>
      <w:r>
        <w:t>The Leo Party still lands with a roar , colourful, loud and warm , the moment you step inside Neighbours Nightclub. You could smell the glitter, hear the bass, and see friends greeting friends like distant relatives reunited. According to coverage in the Seattle Gay News, hosts Joe Torres and Aleksa Manila turned Joe’s birthday into a citywide celebration that mixes spectacle with solidarity. For many, it’s less about one night and more about an annual ritual that knits the community together.</w:t>
      </w:r>
      <w:r/>
    </w:p>
    <w:p>
      <w:pPr>
        <w:pStyle w:val="Heading2"/>
      </w:pPr>
      <w:r>
        <w:t>Drag, go-go and DJs: the formula that keeps working</w:t>
      </w:r>
      <w:r/>
    </w:p>
    <w:p>
      <w:r/>
      <w:r>
        <w:t>This year’s line-up leaned on big names and local talent alike, with Jorgeous from RuPaul’s Drag Race leading the roster alongside Versace Doll, Jackie Hell and a long list of beloved performers. Nightlife regulars will tell you that variety matters , slick choreography, surprise drops and the odd costume reveal keep the energy high. Neighbours continues to be the right-sized room for that mix: intimate enough to feel up close, roomy enough to let the party breathe.</w:t>
      </w:r>
      <w:r/>
    </w:p>
    <w:p>
      <w:pPr>
        <w:pStyle w:val="Heading2"/>
      </w:pPr>
      <w:r>
        <w:t>When partying meets purpose: Entre Hermanos in the spotlight</w:t>
      </w:r>
      <w:r/>
    </w:p>
    <w:p>
      <w:r/>
      <w:r>
        <w:t>What makes the Leo Party more than a spectacular night out is its commitment to giving back. This edition raised more than $16,000 for Entre Hermanos, the Seattle group that supports Queer Latinos across the state. Executive Director Edgar Mack-Longoria used the platform to mark 35 years of advocacy and services, tying a message of joy to the harder work of resistance and community care. It’s a reminder that nightlife spaces often double as vital engines for funding and visibility.</w:t>
      </w:r>
      <w:r/>
    </w:p>
    <w:p>
      <w:pPr>
        <w:pStyle w:val="Heading2"/>
      </w:pPr>
      <w:r>
        <w:t>A microcosm of Seattle’s changing nightlife</w:t>
      </w:r>
      <w:r/>
    </w:p>
    <w:p>
      <w:r/>
      <w:r>
        <w:t>Seattle’s club scene has shifted a lot over the past 24 years, yet the Leo Party’s recipe , big performances, familiar hosts, and a clear charitable aim , has proven durable. Industry observers and regulars say events that offer both celebration and purpose age well because they answer social and emotional needs. If you’re picking which summer nights to keep, add this one: it’s where friends of all ages cross paths, and where younger attendees learn the traditions that built today’s scene.</w:t>
      </w:r>
      <w:r/>
    </w:p>
    <w:p>
      <w:pPr>
        <w:pStyle w:val="Heading2"/>
      </w:pPr>
      <w:r>
        <w:t>How to enjoy the next Leo Party (and support the cause)</w:t>
      </w:r>
      <w:r/>
    </w:p>
    <w:p>
      <w:r/>
      <w:r>
        <w:t>If you’re planning to go next year, arrive early, dress to have fun and bring a little extra for the fundraiser. Neighbours Nightclub’s website is the best place to track dates and ticket info, and Entre Hermanos accepts donations year-round for those who can’t make the party. For performers and promoters, the takeaway is simple: pair spectacle with service, and you’ll create an event people want to return to.</w:t>
      </w:r>
      <w:r/>
    </w:p>
    <w:p>
      <w:r/>
      <w:r>
        <w:t>It's a small change that makes every night out matter.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[5]</w:t>
        </w:r>
      </w:hyperlink>
      <w:r>
        <w:t xml:space="preserve">- Paragraph 3: </w:t>
      </w:r>
      <w:hyperlink r:id="rId12">
        <w:r>
          <w:rPr>
            <w:color w:val="0000EE"/>
            <w:u w:val="single"/>
          </w:rPr>
          <w:t>[4]</w:t>
        </w:r>
      </w:hyperlink>
      <w:r>
        <w:t xml:space="preserve">, </w:t>
      </w:r>
      <w:hyperlink r:id="rId9">
        <w:r>
          <w:rPr>
            <w:color w:val="0000EE"/>
            <w:u w:val="single"/>
          </w:rPr>
          <w:t>[2]</w:t>
        </w:r>
      </w:hyperlink>
      <w:r>
        <w:t xml:space="preserve">- Paragraph 4: </w:t>
      </w:r>
      <w:hyperlink r:id="rId13">
        <w:r>
          <w:rPr>
            <w:color w:val="0000EE"/>
            <w:u w:val="single"/>
          </w:rPr>
          <w:t>[6]</w:t>
        </w:r>
      </w:hyperlink>
      <w:r>
        <w:t xml:space="preserve">, </w:t>
      </w:r>
      <w:hyperlink r:id="rId9">
        <w:r>
          <w:rPr>
            <w:color w:val="0000EE"/>
            <w:u w:val="single"/>
          </w:rPr>
          <w:t>[2]</w:t>
        </w:r>
      </w:hyperlink>
      <w:r>
        <w:t xml:space="preserve">- Paragraph 5: </w:t>
      </w:r>
      <w:hyperlink r:id="rId10">
        <w:r>
          <w:rPr>
            <w:color w:val="0000EE"/>
            <w:u w:val="single"/>
          </w:rPr>
          <w:t>[3]</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https://www.sgn.org/story/169451/</w:t>
        </w:r>
      </w:hyperlink>
      <w:r>
        <w:t xml:space="preserve"> - Please view link - unable to able to access data</w:t>
      </w:r>
      <w:r/>
    </w:p>
    <w:p>
      <w:pPr>
        <w:pStyle w:val="ListNumber"/>
        <w:spacing w:line="240" w:lineRule="auto"/>
        <w:ind w:left="720"/>
      </w:pPr>
      <w:r/>
      <w:hyperlink r:id="rId9">
        <w:r>
          <w:rPr>
            <w:color w:val="0000EE"/>
            <w:u w:val="single"/>
          </w:rPr>
          <w:t>https://www.sgn.org/story/169451/</w:t>
        </w:r>
      </w:hyperlink>
      <w:r>
        <w:t xml:space="preserve"> - Seattle's annual Leo Party returned to Neighbours Nightclub on August 9, 2026, marking its 24th year. Hosted by Joe Torres and Aleksa Manila, the event featured performances by RuPaul's Drag Race star Jorgeous and local artists, raising over $16,000 for Entre Hermanos, a Seattle-based organisation supporting Queer Latinos across Washington. Executive Director Edgar Mack-Longoria highlighted the organisation's 35 years of advocacy and community building, emphasising unity and joy in the face of challenges. The Leo Party continues to be a significant event in Seattle's LGBTQIA+ calendar, combining celebration with activism.</w:t>
      </w:r>
      <w:r/>
    </w:p>
    <w:p>
      <w:pPr>
        <w:pStyle w:val="ListNumber"/>
        <w:spacing w:line="240" w:lineRule="auto"/>
        <w:ind w:left="720"/>
      </w:pPr>
      <w:r/>
      <w:hyperlink r:id="rId10">
        <w:r>
          <w:rPr>
            <w:color w:val="0000EE"/>
            <w:u w:val="single"/>
          </w:rPr>
          <w:t>https://www.neighboursnightclub.com/</w:t>
        </w:r>
      </w:hyperlink>
      <w:r>
        <w:t xml:space="preserve"> - Neighbours Nightclub, located at 1509 Broadway in Seattle's Capitol Hill, is the city's oldest LGBTQ+ club currently operating. Known for its vibrant dance floor and regular drag performances, Neighbours has been a cornerstone of Seattle's LGBTQ+ nightlife scene, offering a welcoming space for the community to gather and celebrate.</w:t>
      </w:r>
      <w:r/>
    </w:p>
    <w:p>
      <w:pPr>
        <w:pStyle w:val="ListNumber"/>
        <w:spacing w:line="240" w:lineRule="auto"/>
        <w:ind w:left="720"/>
      </w:pPr>
      <w:r/>
      <w:hyperlink r:id="rId12">
        <w:r>
          <w:rPr>
            <w:color w:val="0000EE"/>
            <w:u w:val="single"/>
          </w:rPr>
          <w:t>https://entrehermanos.org/</w:t>
        </w:r>
      </w:hyperlink>
      <w:r>
        <w:t xml:space="preserve"> - Entre Hermanos is a Seattle-based organisation dedicated to promoting the health and well-being of the Latino LGBTQ+ community. Established in 1991, it offers services such as disease prevention, education, support, advocacy, and community building. The organisation recently celebrated its 35th anniversary, reflecting over three decades of commitment to the community.</w:t>
      </w:r>
      <w:r/>
    </w:p>
    <w:p>
      <w:pPr>
        <w:pStyle w:val="ListNumber"/>
        <w:spacing w:line="240" w:lineRule="auto"/>
        <w:ind w:left="720"/>
      </w:pPr>
      <w:r/>
      <w:hyperlink r:id="rId11">
        <w:r>
          <w:rPr>
            <w:color w:val="0000EE"/>
            <w:u w:val="single"/>
          </w:rPr>
          <w:t>https://www.rupaulsdragrace.fandom.com/wiki/Jorgeous</w:t>
        </w:r>
      </w:hyperlink>
      <w:r>
        <w:t xml:space="preserve"> - Jorgeous is a drag performer who gained prominence on 'RuPaul's Drag Race'. Known for her energetic performances and charismatic presence, she has become a notable figure in the drag community, captivating audiences with her talent and stage presence.</w:t>
      </w:r>
      <w:r/>
    </w:p>
    <w:p>
      <w:pPr>
        <w:pStyle w:val="ListNumber"/>
        <w:spacing w:line="240" w:lineRule="auto"/>
        <w:ind w:left="720"/>
      </w:pPr>
      <w:r/>
      <w:hyperlink r:id="rId13">
        <w:r>
          <w:rPr>
            <w:color w:val="0000EE"/>
            <w:u w:val="single"/>
          </w:rPr>
          <w:t>https://www.sgn.org/</w:t>
        </w:r>
      </w:hyperlink>
      <w:r>
        <w:t xml:space="preserve"> - The Seattle Gay News (SGN) is the third-oldest LGBTQIA+ newspaper in the United States, serving Seattle and the Pacific Northwest since 1974. It provides news, entertainment, and a platform for LGBTQIA+ voices, playing a vital role in the community's dialogue and information dissemination.</w:t>
      </w:r>
      <w:r/>
    </w:p>
    <w:p>
      <w:pPr>
        <w:pStyle w:val="ListNumber"/>
        <w:spacing w:line="240" w:lineRule="auto"/>
        <w:ind w:left="720"/>
      </w:pPr>
      <w:r/>
      <w:hyperlink r:id="rId14">
        <w:r>
          <w:rPr>
            <w:color w:val="0000EE"/>
            <w:u w:val="single"/>
          </w:rPr>
          <w:t>https://www.givebutter.com/6lZnDB</w:t>
        </w:r>
      </w:hyperlink>
      <w:r>
        <w:t xml:space="preserve"> - The Seattle Gay News is seeking support to continue its mission of providing news and entertainment for the LGBTQIA+ community. Contributions can be made through their donation page, ensuring the newspaper remains a beacon of truth and a gathering place for community dialogue.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gn.org/story/169451/" TargetMode="External"/><Relationship Id="rId10" Type="http://schemas.openxmlformats.org/officeDocument/2006/relationships/hyperlink" Target="https://www.neighboursnightclub.com/" TargetMode="External"/><Relationship Id="rId11" Type="http://schemas.openxmlformats.org/officeDocument/2006/relationships/hyperlink" Target="https://www.rupaulsdragrace.fandom.com/wiki/Jorgeous" TargetMode="External"/><Relationship Id="rId12" Type="http://schemas.openxmlformats.org/officeDocument/2006/relationships/hyperlink" Target="https://entrehermanos.org/" TargetMode="External"/><Relationship Id="rId13" Type="http://schemas.openxmlformats.org/officeDocument/2006/relationships/hyperlink" Target="https://www.sgn.org/" TargetMode="External"/><Relationship Id="rId14" Type="http://schemas.openxmlformats.org/officeDocument/2006/relationships/hyperlink" Target="https://www.givebutter.com/6lZnDB"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