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Reasons to Embrace Being Single in Your Twenties: a Practical Guide</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Watch how singlehood can feel less like a waiting room and more like a launch pad , young people across cities are choosing solo years to learn, travel, work and test who they want to be, and it’s quietly reshaping how relationships fit into a life.</w:t>
      </w:r>
      <w:r/>
    </w:p>
    <w:p>
      <w:r/>
      <w:r>
        <w:t>Essential Takeaways</w:t>
      </w:r>
      <w:r/>
      <w:r/>
    </w:p>
    <w:p>
      <w:pPr>
        <w:pStyle w:val="ListBullet"/>
        <w:spacing w:line="240" w:lineRule="auto"/>
        <w:ind w:left="720"/>
      </w:pPr>
      <w:r/>
      <w:r>
        <w:rPr>
          <w:b/>
        </w:rPr>
        <w:t>Freedom to experiment:</w:t>
      </w:r>
      <w:r>
        <w:t xml:space="preserve"> Being single gives you time to try careers, cities and hobbies without compromise, and it often feels exhilarating.</w:t>
      </w:r>
      <w:r/>
    </w:p>
    <w:p>
      <w:pPr>
        <w:pStyle w:val="ListBullet"/>
        <w:spacing w:line="240" w:lineRule="auto"/>
        <w:ind w:left="720"/>
      </w:pPr>
      <w:r/>
      <w:r>
        <w:rPr>
          <w:b/>
        </w:rPr>
        <w:t>Self-knowledge grows:</w:t>
      </w:r>
      <w:r>
        <w:t xml:space="preserve"> You learn what you like and don’t, from music to values, which makes future partnerships clearer and healthier.</w:t>
      </w:r>
      <w:r/>
    </w:p>
    <w:p>
      <w:pPr>
        <w:pStyle w:val="ListBullet"/>
        <w:spacing w:line="240" w:lineRule="auto"/>
        <w:ind w:left="720"/>
      </w:pPr>
      <w:r/>
      <w:r>
        <w:rPr>
          <w:b/>
        </w:rPr>
        <w:t>Social richness:</w:t>
      </w:r>
      <w:r>
        <w:t xml:space="preserve"> Friendships, casual dates and community ties can be deeply satisfying and emotionally nourishing.</w:t>
      </w:r>
      <w:r/>
    </w:p>
    <w:p>
      <w:pPr>
        <w:pStyle w:val="ListBullet"/>
        <w:spacing w:line="240" w:lineRule="auto"/>
        <w:ind w:left="720"/>
      </w:pPr>
      <w:r/>
      <w:r>
        <w:rPr>
          <w:b/>
        </w:rPr>
        <w:t>Selectivity advantage:</w:t>
      </w:r>
      <w:r>
        <w:t xml:space="preserve"> When you’re content alone, you tend to choose partners who genuinely add to your life rather than fill a void.</w:t>
      </w:r>
      <w:r/>
    </w:p>
    <w:p>
      <w:pPr>
        <w:pStyle w:val="ListBullet"/>
        <w:spacing w:line="240" w:lineRule="auto"/>
        <w:ind w:left="720"/>
      </w:pPr>
      <w:r/>
      <w:r>
        <w:rPr>
          <w:b/>
        </w:rPr>
        <w:t>Not one-size-fits-all:</w:t>
      </w:r>
      <w:r>
        <w:t xml:space="preserve"> Some people find lasting joy in early marriage or long-term partnerships , singlehood is an option, not a rule.</w:t>
      </w:r>
      <w:r/>
      <w:r/>
    </w:p>
    <w:p>
      <w:pPr>
        <w:pStyle w:val="Heading2"/>
      </w:pPr>
      <w:r>
        <w:t>Why being single in your twenties feels like permission to experiment</w:t>
      </w:r>
      <w:r/>
    </w:p>
    <w:p>
      <w:r/>
      <w:r>
        <w:t>There’s a particular looseness to your twenties that’s hard to describe: clothes change, jobs change, friends move, and everything feels a little more malleable. That malleability is a gift if you use it to test things out , short-term jobs, gap-year travel, or living alone for the first time all teach you sensory lessons about what feels right and what doesn’t. According to lifestyle pieces and personal essays, many young people report that those small experiments add up to big self-knowledge, and that’s the kind of clarity that benefits future relationships.</w:t>
      </w:r>
      <w:r/>
    </w:p>
    <w:p>
      <w:pPr>
        <w:pStyle w:val="Heading2"/>
      </w:pPr>
      <w:r>
        <w:t>Dating without the pressure: how casual dating actually helps</w:t>
      </w:r>
      <w:r/>
    </w:p>
    <w:p>
      <w:r/>
      <w:r>
        <w:t>Dating in your twenties doesn’t need to follow a script. Treating a date as a date , going out, talking properly, trying a meal instead of defaulting to streaming , can be romantic in a low-key way and useful in another: it helps you find out whether you actually enjoy someone’s company. Relationship commentators note that casual, honest dating can teach you boundaries, communication and what you value in a partner , fast lessons that are worth having before you sign up for permanence.</w:t>
      </w:r>
      <w:r/>
    </w:p>
    <w:p>
      <w:pPr>
        <w:pStyle w:val="Heading2"/>
      </w:pPr>
      <w:r>
        <w:t>Stability versus growth: when an anchor becomes an anchor you can’t lift</w:t>
      </w:r>
      <w:r/>
    </w:p>
    <w:p>
      <w:r/>
      <w:r>
        <w:t>Relationships can provide comfort and routine during years of upheaval, and there’s nothing wrong with that , many people appreciate the steadying effect of a partner. But some sociopsychological reporting points out a trade-off: anchors can also limit exploration. The practical takeaway is simple: if you want to move cities, start a new job or switch friend groups, being single makes those choices logistically and emotionally easier. If you do choose a relationship, pick one that supports the life you’re trying to build, not one that becomes the only life you know.</w:t>
      </w:r>
      <w:r/>
    </w:p>
    <w:p>
      <w:pPr>
        <w:pStyle w:val="Heading2"/>
      </w:pPr>
      <w:r>
        <w:t>The psychology of self-reliance: why being comfortable alone matters</w:t>
      </w:r>
      <w:r/>
    </w:p>
    <w:p>
      <w:r/>
      <w:r>
        <w:t>You don’t need to be solitary to be self-reliant, but getting used to your own company is instructive. Therapists and lifestyle writers agree that the relationship you have with yourself sets the tone for every other relationship you’ll have. Practically, that means learning to tolerate boredom, solve your own problems and celebrate small wins solo. When you’re secure in yourself, you’re more likely to be selective and to bring a healthier version of you to any future partnership.</w:t>
      </w:r>
      <w:r/>
    </w:p>
    <w:p>
      <w:pPr>
        <w:pStyle w:val="Heading2"/>
      </w:pPr>
      <w:r>
        <w:t>The social benefits you might underestimate</w:t>
      </w:r>
      <w:r/>
    </w:p>
    <w:p>
      <w:r/>
      <w:r>
        <w:t>Single life isn’t a social vacuum , it often expands your social life in unexpected ways. You meet more types of people through friends, work, and interest groups, and you have the time to deepen those friendships. Studies and cultural pieces highlight that social networks formed during single years can be a source of joy, support and sometimes even creative collaboration. So if your feed is full of engagement photos, remember that your nights of games, late dinners and long conversations are building a life all their own.</w:t>
      </w:r>
      <w:r/>
    </w:p>
    <w:p>
      <w:r/>
      <w:r>
        <w:t>Closing line</w:t>
      </w:r>
      <w:r/>
    </w:p>
    <w:p>
      <w:r/>
      <w:r>
        <w:t>It’s not about declaring singlehood forever, it’s about using your twenties to become someone you’ll recognise and like when you do decide to share your life.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12">
        <w:r>
          <w:rPr>
            <w:color w:val="0000EE"/>
            <w:u w:val="single"/>
          </w:rPr>
          <w:t>[3]</w:t>
        </w:r>
      </w:hyperlink>
      <w:r>
        <w:t xml:space="preserve">, </w:t>
      </w:r>
      <w:hyperlink r:id="rId13">
        <w:r>
          <w:rPr>
            <w:color w:val="0000EE"/>
            <w:u w:val="single"/>
          </w:rPr>
          <w:t>[7]</w:t>
        </w:r>
      </w:hyperlink>
      <w:r>
        <w:t xml:space="preserve">- Paragraph 3: </w:t>
      </w:r>
      <w:hyperlink r:id="rId14">
        <w:r>
          <w:rPr>
            <w:color w:val="0000EE"/>
            <w:u w:val="single"/>
          </w:rPr>
          <w:t>[5]</w:t>
        </w:r>
      </w:hyperlink>
      <w:r>
        <w:t xml:space="preserve">, </w:t>
      </w:r>
      <w:hyperlink r:id="rId15">
        <w:r>
          <w:rPr>
            <w:color w:val="0000EE"/>
            <w:u w:val="single"/>
          </w:rPr>
          <w:t>[4]</w:t>
        </w:r>
      </w:hyperlink>
      <w:r>
        <w:t xml:space="preserve">- Paragraph 4: </w:t>
      </w:r>
      <w:hyperlink r:id="rId12">
        <w:r>
          <w:rPr>
            <w:color w:val="0000EE"/>
            <w:u w:val="single"/>
          </w:rPr>
          <w:t>[3]</w:t>
        </w:r>
      </w:hyperlink>
      <w:r>
        <w:t xml:space="preserve">, </w:t>
      </w:r>
      <w:hyperlink r:id="rId11">
        <w:r>
          <w:rPr>
            <w:color w:val="0000EE"/>
            <w:u w:val="single"/>
          </w:rPr>
          <w:t>[6]</w:t>
        </w:r>
      </w:hyperlink>
      <w:r>
        <w:t xml:space="preserve">- Paragraph 5: </w:t>
      </w:r>
      <w:hyperlink r:id="rId10">
        <w:r>
          <w:rPr>
            <w:color w:val="0000EE"/>
            <w:u w:val="single"/>
          </w:rPr>
          <w:t>[2]</w:t>
        </w:r>
      </w:hyperlink>
      <w:r>
        <w:t xml:space="preserve">, </w:t>
      </w:r>
      <w:hyperlink r:id="rId15">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https://qburgh.com/22-single-not-waiting-for-life/</w:t>
        </w:r>
      </w:hyperlink>
      <w:r>
        <w:t xml:space="preserve"> - Please view link - unable to able to access data</w:t>
      </w:r>
      <w:r/>
    </w:p>
    <w:p>
      <w:pPr>
        <w:pStyle w:val="ListNumber"/>
        <w:spacing w:line="240" w:lineRule="auto"/>
        <w:ind w:left="720"/>
      </w:pPr>
      <w:r/>
      <w:hyperlink r:id="rId10">
        <w:r>
          <w:rPr>
            <w:color w:val="0000EE"/>
            <w:u w:val="single"/>
          </w:rPr>
          <w:t>https://www.hercampus.com/school/western/perks-being-single-your-twenties/</w:t>
        </w:r>
      </w:hyperlink>
      <w:r>
        <w:t xml:space="preserve"> - This article discusses the advantages of being single in your twenties, highlighting how it allows for self-exploration and personal growth. It emphasizes that without the constraints of a committed relationship, individuals have the freedom to discover their true selves and pursue their passions, leading to a more fulfilling and independent life.</w:t>
      </w:r>
      <w:r/>
    </w:p>
    <w:p>
      <w:pPr>
        <w:pStyle w:val="ListNumber"/>
        <w:spacing w:line="240" w:lineRule="auto"/>
        <w:ind w:left="720"/>
      </w:pPr>
      <w:r/>
      <w:hyperlink r:id="rId12">
        <w:r>
          <w:rPr>
            <w:color w:val="0000EE"/>
            <w:u w:val="single"/>
          </w:rPr>
          <w:t>https://www.psychologytoday.com/us/blog/a-funny-bone-to-pick/202402/14-benefits-of-being-single</w:t>
        </w:r>
      </w:hyperlink>
      <w:r>
        <w:t xml:space="preserve"> - Psychology Today outlines fourteen benefits of singlehood, including increased personal freedom, self-discovery, and the opportunity to focus on personal goals. The article suggests that being single can lead to greater happiness and life satisfaction, as individuals have the space to develop their own identities and pursue their interests without compromise.</w:t>
      </w:r>
      <w:r/>
    </w:p>
    <w:p>
      <w:pPr>
        <w:pStyle w:val="ListNumber"/>
        <w:spacing w:line="240" w:lineRule="auto"/>
        <w:ind w:left="720"/>
      </w:pPr>
      <w:r/>
      <w:hyperlink r:id="rId15">
        <w:r>
          <w:rPr>
            <w:color w:val="0000EE"/>
            <w:u w:val="single"/>
          </w:rPr>
          <w:t>https://www.theknot.com/content/benefits-of-being-single</w:t>
        </w:r>
      </w:hyperlink>
      <w:r>
        <w:t xml:space="preserve"> - The Knot explores the top benefits of being single, such as the ability to grow into the best version of oneself and the opportunity to cultivate self-love. The article highlights that being intentionally single can lay the groundwork for future healthy and meaningful relationships by allowing individuals to focus on personal development and well-being.</w:t>
      </w:r>
      <w:r/>
    </w:p>
    <w:p>
      <w:pPr>
        <w:pStyle w:val="ListNumber"/>
        <w:spacing w:line="240" w:lineRule="auto"/>
        <w:ind w:left="720"/>
      </w:pPr>
      <w:r/>
      <w:hyperlink r:id="rId14">
        <w:r>
          <w:rPr>
            <w:color w:val="0000EE"/>
            <w:u w:val="single"/>
          </w:rPr>
          <w:t>https://www.psypost.org/remaining-single-in-your-twenties-is-linked-to-lower-life-satisfaction/</w:t>
        </w:r>
      </w:hyperlink>
      <w:r>
        <w:t xml:space="preserve"> - This study examines the impact of remaining single in one's twenties on life satisfaction, revealing that individuals who stay single during this period experience declines in happiness and increased feelings of loneliness compared to those who enter romantic relationships. The findings suggest that early romantic experiences may play a role in psychological adjustment and overall well-being.</w:t>
      </w:r>
      <w:r/>
    </w:p>
    <w:p>
      <w:pPr>
        <w:pStyle w:val="ListNumber"/>
        <w:spacing w:line="240" w:lineRule="auto"/>
        <w:ind w:left="720"/>
      </w:pPr>
      <w:r/>
      <w:hyperlink r:id="rId11">
        <w:r>
          <w:rPr>
            <w:color w:val="0000EE"/>
            <w:u w:val="single"/>
          </w:rPr>
          <w:t>https://www.mic.com/articles/138273/5-reasons-why-being-single-in-your-20s-is-awesome</w:t>
        </w:r>
      </w:hyperlink>
      <w:r>
        <w:t xml:space="preserve"> - Mic presents five reasons why being single in your twenties is advantageous, including financial independence, career focus, and the ability to be self-sufficient. The article emphasizes that singlehood during this stage allows individuals to concentrate on personal growth and self-discovery without the distractions of a relationship.</w:t>
      </w:r>
      <w:r/>
    </w:p>
    <w:p>
      <w:pPr>
        <w:pStyle w:val="ListNumber"/>
        <w:spacing w:line="240" w:lineRule="auto"/>
        <w:ind w:left="720"/>
      </w:pPr>
      <w:r/>
      <w:hyperlink r:id="rId13">
        <w:r>
          <w:rPr>
            <w:color w:val="0000EE"/>
            <w:u w:val="single"/>
          </w:rPr>
          <w:t>https://www.elitedaily.com/dating/being-single-in-20s-prepares-forever-person/1855989</w:t>
        </w:r>
      </w:hyperlink>
      <w:r>
        <w:t xml:space="preserve"> - Elite Daily discusses how being single in your twenties can prepare individuals for future relationships by fostering self-awareness and personal growth. The article suggests that this period allows for the development of a confident sense of self, which is essential for building healthy and lasting partnerships in the future.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qburgh.com/22-single-not-waiting-for-life/" TargetMode="External"/><Relationship Id="rId10" Type="http://schemas.openxmlformats.org/officeDocument/2006/relationships/hyperlink" Target="https://www.hercampus.com/school/western/perks-being-single-your-twenties/" TargetMode="External"/><Relationship Id="rId11" Type="http://schemas.openxmlformats.org/officeDocument/2006/relationships/hyperlink" Target="https://www.mic.com/articles/138273/5-reasons-why-being-single-in-your-20s-is-awesome" TargetMode="External"/><Relationship Id="rId12" Type="http://schemas.openxmlformats.org/officeDocument/2006/relationships/hyperlink" Target="https://www.psychologytoday.com/us/blog/a-funny-bone-to-pick/202402/14-benefits-of-being-single" TargetMode="External"/><Relationship Id="rId13" Type="http://schemas.openxmlformats.org/officeDocument/2006/relationships/hyperlink" Target="https://www.elitedaily.com/dating/being-single-in-20s-prepares-forever-person/1855989" TargetMode="External"/><Relationship Id="rId14" Type="http://schemas.openxmlformats.org/officeDocument/2006/relationships/hyperlink" Target="https://www.psypost.org/remaining-single-in-your-twenties-is-linked-to-lower-life-satisfaction/" TargetMode="External"/><Relationship Id="rId15" Type="http://schemas.openxmlformats.org/officeDocument/2006/relationships/hyperlink" Target="https://www.theknot.com/content/benefits-of-being-singl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