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Punk Anthems: Why "Queer as in Fuck You" Still Packs a Punch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it loud: listeners are turning back to Dog Park Dissidents’ “Queer as in Fuck You,” a short, furious queer punk blast that refuses easy celebration and instead serves radical honesty , why it matters, where to hear it, and how this kind of song still cuts through mainstream pride noise.</w:t>
      </w:r>
      <w:r/>
    </w:p>
    <w:p>
      <w:r/>
      <w:r>
        <w:t>Essential Takeaways</w:t>
      </w:r>
      <w:r/>
      <w:r/>
    </w:p>
    <w:p>
      <w:pPr>
        <w:pStyle w:val="ListBullet"/>
        <w:spacing w:line="240" w:lineRule="auto"/>
        <w:ind w:left="720"/>
      </w:pPr>
      <w:r/>
      <w:r>
        <w:rPr>
          <w:b/>
        </w:rPr>
        <w:t>Short and savage:</w:t>
      </w:r>
      <w:r>
        <w:t xml:space="preserve"> The track is a brief punk salvo with distorted guitars and raw vocals that hit immediately.</w:t>
      </w:r>
      <w:r/>
    </w:p>
    <w:p>
      <w:pPr>
        <w:pStyle w:val="ListBullet"/>
        <w:spacing w:line="240" w:lineRule="auto"/>
        <w:ind w:left="720"/>
      </w:pPr>
      <w:r/>
      <w:r>
        <w:rPr>
          <w:b/>
        </w:rPr>
        <w:t>Queer perspective:</w:t>
      </w:r>
      <w:r>
        <w:t xml:space="preserve"> Lyrics reject heteronormative frames and corporate pride, offering a confrontational, lived experience.</w:t>
      </w:r>
      <w:r/>
    </w:p>
    <w:p>
      <w:pPr>
        <w:pStyle w:val="ListBullet"/>
        <w:spacing w:line="240" w:lineRule="auto"/>
        <w:ind w:left="720"/>
      </w:pPr>
      <w:r/>
      <w:r>
        <w:rPr>
          <w:b/>
        </w:rPr>
        <w:t>Where to listen:</w:t>
      </w:r>
      <w:r>
        <w:t xml:space="preserve"> Available on Bandcamp, Spotify and YouTube for easy streaming or purchase.</w:t>
      </w:r>
      <w:r/>
    </w:p>
    <w:p>
      <w:pPr>
        <w:pStyle w:val="ListBullet"/>
        <w:spacing w:line="240" w:lineRule="auto"/>
        <w:ind w:left="720"/>
      </w:pPr>
      <w:r/>
      <w:r>
        <w:rPr>
          <w:b/>
        </w:rPr>
        <w:t>Visceral delivery:</w:t>
      </w:r>
      <w:r>
        <w:t xml:space="preserve"> Lead vocals are rough, urgent and unapologetic , they feel honest, not glossy.</w:t>
      </w:r>
      <w:r/>
    </w:p>
    <w:p>
      <w:pPr>
        <w:pStyle w:val="ListBullet"/>
        <w:spacing w:line="240" w:lineRule="auto"/>
        <w:ind w:left="720"/>
      </w:pPr>
      <w:r/>
      <w:r>
        <w:rPr>
          <w:b/>
        </w:rPr>
        <w:t>Community echo:</w:t>
      </w:r>
      <w:r>
        <w:t xml:space="preserve"> The song connects to grassroots queer scenes and venues that host similarly politicised punk acts.</w:t>
      </w:r>
      <w:r/>
      <w:r/>
    </w:p>
    <w:p>
      <w:pPr>
        <w:pStyle w:val="Heading2"/>
      </w:pPr>
      <w:r>
        <w:t>A punk line that makes you grin and wince</w:t>
      </w:r>
      <w:r/>
    </w:p>
    <w:p>
      <w:r/>
      <w:r>
        <w:t>The opening line , not gay as in happy but queer as in fuck you , lands like a slap and a wink at once, gritty and gleeful. Dog Park Dissidents use that bite to set the tone: guitars buzz, drums push, and the vocal delivery is satisfyingly raw. It’s the kind of song that smells faintly of sweat and cheap beer, and that’s part of the point.</w:t>
      </w:r>
      <w:r/>
    </w:p>
    <w:p>
      <w:r/>
      <w:r>
        <w:t>According to the band’s releases on Bandcamp and streams on Spotify and YouTube, this track’s brevity is punk-orthodox; it doesn’t waste time building a soft landing. Instead, it throws ideas and images at you , exclusion, hypocrisy, survival , and expects you to catch them. If you prefer polished pop-pride anthems, this one will feel deliciously abrasive.</w:t>
      </w:r>
      <w:r/>
    </w:p>
    <w:p>
      <w:pPr>
        <w:pStyle w:val="Heading2"/>
      </w:pPr>
      <w:r>
        <w:t>Why the lyrics sting , and why that’s necessary</w:t>
      </w:r>
      <w:r/>
    </w:p>
    <w:p>
      <w:r/>
      <w:r>
        <w:t>The verses call out the gap between corporate pride moments and the harsher realities many queer people face. Lines about public visibility for a few and survival for others aren’t subtle, and that bluntness is intentional. It’s not seeking empathy so much as asserting existence and anger.</w:t>
      </w:r>
      <w:r/>
    </w:p>
    <w:p>
      <w:r/>
      <w:r>
        <w:t>Music commentary and grassroots scenes have long celebrated songs that refuse assimilation, and this is a modern example. If you’re choosing what to play at a house party or to introduce friends to political queer punk, pick this to start a conversation , and maybe a debate.</w:t>
      </w:r>
      <w:r/>
    </w:p>
    <w:p>
      <w:pPr>
        <w:pStyle w:val="Heading2"/>
      </w:pPr>
      <w:r>
        <w:t>Where to find the track and how to support the band</w:t>
      </w:r>
      <w:r/>
    </w:p>
    <w:p>
      <w:r/>
      <w:r>
        <w:t>You can stream or buy the song via Bandcamp, cue it on Spotify or watch a performance on YouTube. Bandcamp purchases matter: they send more money to artists and support DIY scenes. So if the lyrics sting and the music moves you, buy the track rather than only streaming it.</w:t>
      </w:r>
      <w:r/>
    </w:p>
    <w:p>
      <w:r/>
      <w:r>
        <w:t>If you’re heading to a gig, venues that champion underground queer acts , like the kinds that book Dog Park Dissidents , are where this energy lives loudest. Bringing cash for merch and dropping a tip at shows keeps that ecosystem healthy.</w:t>
      </w:r>
      <w:r/>
    </w:p>
    <w:p>
      <w:pPr>
        <w:pStyle w:val="Heading2"/>
      </w:pPr>
      <w:r>
        <w:t>Choosing punk for pride: who this song speaks to</w:t>
      </w:r>
      <w:r/>
    </w:p>
    <w:p>
      <w:r/>
      <w:r>
        <w:t>This isn’t a feel-good parade float; it’s a middle-finger manifesto for people who found mainstream pride insufficient. It’ll resonate with listeners who crave political teeth in their music, who want songs that reflect hardship and anger alongside joy.</w:t>
      </w:r>
      <w:r/>
    </w:p>
    <w:p>
      <w:r/>
      <w:r>
        <w:t>For newcomers, listen once for the hook, twice for the lyrics, and then let the band’s other tracks show whether you want more of that abrasive honesty. And if you’re curating a playlist, balance this with softer queer artists to give the ear space to breathe.</w:t>
      </w:r>
      <w:r/>
    </w:p>
    <w:p>
      <w:pPr>
        <w:pStyle w:val="Heading2"/>
      </w:pPr>
      <w:r>
        <w:t>What it means going forward</w:t>
      </w:r>
      <w:r/>
    </w:p>
    <w:p>
      <w:r/>
      <w:r>
        <w:t>Songs like this keep punk’s confrontational spirit alive within queer music, reminding us that visibility without structural change can feel hollow. As long as there are artists willing to call out hypocrisy and amplify marginalised voices, that kind of music will matter.</w:t>
      </w:r>
      <w:r/>
    </w:p>
    <w:p>
      <w:r/>
      <w:r>
        <w:t>Give it a listen, and if it sparks something, pass it on , loudly.</w:t>
      </w:r>
      <w:r/>
    </w:p>
    <w:p>
      <w:r/>
      <w:r>
        <w:t>It's a small, fierce track that makes every moment of anger and pride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[7]</w:t>
        </w:r>
      </w:hyperlink>
      <w:r>
        <w:t xml:space="preserve">- Paragraph 6: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https://themusicalhype.com/dog-park-dissidents-queer-as-in-fuck-you-beaming-with-pride/</w:t>
        </w:r>
      </w:hyperlink>
      <w:r>
        <w:t xml:space="preserve"> - Please view link - unable to able to access data</w:t>
      </w:r>
      <w:r/>
    </w:p>
    <w:p>
      <w:pPr>
        <w:pStyle w:val="ListNumber"/>
        <w:spacing w:line="240" w:lineRule="auto"/>
        <w:ind w:left="720"/>
      </w:pPr>
      <w:r/>
      <w:hyperlink r:id="rId10">
        <w:r>
          <w:rPr>
            <w:color w:val="0000EE"/>
            <w:u w:val="single"/>
          </w:rPr>
          <w:t>https://dogparkdissidents.bandcamp.com/track/queer-as-in-fuck-you</w:t>
        </w:r>
      </w:hyperlink>
      <w:r>
        <w:t xml:space="preserve"> - This is the Bandcamp page for 'Queer as in Fuck You' by Dog Park Dissidents, released in 2017. The track is available for streaming and download, with lyrics provided. The song critiques societal norms and advocates for queer liberation, reflecting the band's anarcho-punk ethos. The page also includes credits for the song's creation and production.</w:t>
      </w:r>
      <w:r/>
    </w:p>
    <w:p>
      <w:pPr>
        <w:pStyle w:val="ListNumber"/>
        <w:spacing w:line="240" w:lineRule="auto"/>
        <w:ind w:left="720"/>
      </w:pPr>
      <w:r/>
      <w:hyperlink r:id="rId14">
        <w:r>
          <w:rPr>
            <w:color w:val="0000EE"/>
            <w:u w:val="single"/>
          </w:rPr>
          <w:t>https://dogparkdissidents.bandcamp.com/track/queer-as-in-fuck-you-2</w:t>
        </w:r>
      </w:hyperlink>
      <w:r>
        <w:t xml:space="preserve"> - This Bandcamp page features 'Queer as in Fuck You' by Dog Park Dissidents, released in 2018 as part of their EP 'Sexual and Violent'. The track is available for streaming and download, with lyrics provided. The song continues the band's critique of societal norms and their advocacy for queer liberation, maintaining their anarcho-punk style.</w:t>
      </w:r>
      <w:r/>
    </w:p>
    <w:p>
      <w:pPr>
        <w:pStyle w:val="ListNumber"/>
        <w:spacing w:line="240" w:lineRule="auto"/>
        <w:ind w:left="720"/>
      </w:pPr>
      <w:r/>
      <w:hyperlink r:id="rId14">
        <w:r>
          <w:rPr>
            <w:color w:val="0000EE"/>
            <w:u w:val="single"/>
          </w:rPr>
          <w:t>https://dogparkdissidents.bandcamp.com/track/queer-as-in-fuck-you-2</w:t>
        </w:r>
      </w:hyperlink>
      <w:r>
        <w:t xml:space="preserve"> - This Bandcamp page features 'Queer as in Fuck You' by Dog Park Dissidents, released in 2018 as part of their EP 'Sexual and Violent'. The track is available for streaming and download, with lyrics provided. The song continues the band's critique of societal norms and their advocacy for queer liberation, maintaining their anarcho-punk style.</w:t>
      </w:r>
      <w:r/>
    </w:p>
    <w:p>
      <w:pPr>
        <w:pStyle w:val="ListNumber"/>
        <w:spacing w:line="240" w:lineRule="auto"/>
        <w:ind w:left="720"/>
      </w:pPr>
      <w:r/>
      <w:hyperlink r:id="rId12">
        <w:r>
          <w:rPr>
            <w:color w:val="0000EE"/>
            <w:u w:val="single"/>
          </w:rPr>
          <w:t>https://open.spotify.com/track/3WbxWKQjOtG4sLZ9kv7hIa</w:t>
        </w:r>
      </w:hyperlink>
      <w:r>
        <w:t xml:space="preserve"> - This is the Spotify page for 'Queer as in Fuck You' by Dog Park Dissidents, released in 2018 as part of their EP 'Sexual and Violent'. The track is available for streaming, with lyrics provided. The song continues the band's critique of societal norms and their advocacy for queer liberation, maintaining their anarcho-punk style.</w:t>
      </w:r>
      <w:r/>
    </w:p>
    <w:p>
      <w:pPr>
        <w:pStyle w:val="ListNumber"/>
        <w:spacing w:line="240" w:lineRule="auto"/>
        <w:ind w:left="720"/>
      </w:pPr>
      <w:r/>
      <w:hyperlink r:id="rId11">
        <w:r>
          <w:rPr>
            <w:color w:val="0000EE"/>
            <w:u w:val="single"/>
          </w:rPr>
          <w:t>https://www.youtube.com/watch?v=JN4U577VQP4</w:t>
        </w:r>
      </w:hyperlink>
      <w:r>
        <w:t xml:space="preserve"> - This is the official lyric video for 'Queer as in Fuck You' by Dog Park Dissidents, released in 2017. The video features the song's lyrics set to a static image, allowing viewers to follow along with the band's critique of societal norms and their advocacy for queer liberation, presented in their anarcho-punk style.</w:t>
      </w:r>
      <w:r/>
    </w:p>
    <w:p>
      <w:pPr>
        <w:pStyle w:val="ListNumber"/>
        <w:spacing w:line="240" w:lineRule="auto"/>
        <w:ind w:left="720"/>
      </w:pPr>
      <w:r/>
      <w:hyperlink r:id="rId13">
        <w:r>
          <w:rPr>
            <w:color w:val="0000EE"/>
            <w:u w:val="single"/>
          </w:rPr>
          <w:t>https://www.masqueradeatlanta.com/attraction/dog-park-dissidents/</w:t>
        </w:r>
      </w:hyperlink>
      <w:r>
        <w:t xml:space="preserve"> - This is the Masquerade Atlanta's page for Dog Park Dissidents, a queer punk rock band from New Orleans. The page provides a brief biography of the band, highlighting their formation, genre, and notable achievements, including their high-energy live shows and their impact on the punk rock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musicalhype.com/dog-park-dissidents-queer-as-in-fuck-you-beaming-with-pride/" TargetMode="External"/><Relationship Id="rId10" Type="http://schemas.openxmlformats.org/officeDocument/2006/relationships/hyperlink" Target="https://dogparkdissidents.bandcamp.com/track/queer-as-in-fuck-you" TargetMode="External"/><Relationship Id="rId11" Type="http://schemas.openxmlformats.org/officeDocument/2006/relationships/hyperlink" Target="https://www.youtube.com/watch?v=JN4U577VQP4" TargetMode="External"/><Relationship Id="rId12" Type="http://schemas.openxmlformats.org/officeDocument/2006/relationships/hyperlink" Target="https://open.spotify.com/track/3WbxWKQjOtG4sLZ9kv7hIa" TargetMode="External"/><Relationship Id="rId13" Type="http://schemas.openxmlformats.org/officeDocument/2006/relationships/hyperlink" Target="https://www.masqueradeatlanta.com/attraction/dog-park-dissidents/" TargetMode="External"/><Relationship Id="rId14" Type="http://schemas.openxmlformats.org/officeDocument/2006/relationships/hyperlink" Target="https://dogparkdissidents.bandcamp.com/track/queer-as-in-fuck-you-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