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Horror Role: Why Gillian Anderson’s Camp Miasma Moment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are noticing Gillian Anderson’s new, fearless turn in Teenage Sex and Death at Camp Miasma , a role that reconnects her punk-teen past with a queer, bloody slasher that many wish they'd seen growing up. The film’s gonzo blend of gore and identity makes Anderson’s openness about secret early relationships feel timely and deeply human.</w:t>
      </w:r>
      <w:r/>
    </w:p>
    <w:p>
      <w:r/>
      <w:r>
        <w:t>Essential takeaways</w:t>
      </w:r>
      <w:r/>
      <w:r/>
    </w:p>
    <w:p>
      <w:pPr>
        <w:pStyle w:val="ListBullet"/>
        <w:spacing w:line="240" w:lineRule="auto"/>
        <w:ind w:left="720"/>
      </w:pPr>
      <w:r/>
      <w:r>
        <w:rPr>
          <w:b/>
        </w:rPr>
        <w:t>Candour about youth:</w:t>
      </w:r>
      <w:r>
        <w:t xml:space="preserve"> Anderson has spoken about a secret same-sex relationship during her Michigan high school years, and how a boyfriend later ended things. </w:t>
      </w:r>
      <w:r/>
    </w:p>
    <w:p>
      <w:pPr>
        <w:pStyle w:val="ListBullet"/>
        <w:spacing w:line="240" w:lineRule="auto"/>
        <w:ind w:left="720"/>
      </w:pPr>
      <w:r/>
      <w:r>
        <w:rPr>
          <w:b/>
        </w:rPr>
        <w:t>Identity in flux:</w:t>
      </w:r>
      <w:r>
        <w:t xml:space="preserve"> She didn’t have the language for her sexuality as a teen and once viewed relationships with women as temporary. </w:t>
      </w:r>
      <w:r/>
    </w:p>
    <w:p>
      <w:pPr>
        <w:pStyle w:val="ListBullet"/>
        <w:spacing w:line="240" w:lineRule="auto"/>
        <w:ind w:left="720"/>
      </w:pPr>
      <w:r/>
      <w:r>
        <w:rPr>
          <w:b/>
        </w:rPr>
        <w:t>Personal resonance:</w:t>
      </w:r>
      <w:r>
        <w:t xml:space="preserve"> Her role as Billy Preston in Camp Miasma echoes themes of alienation, queerness and desire, and she says the film would have made her feel seen as a teen. </w:t>
      </w:r>
      <w:r/>
    </w:p>
    <w:p>
      <w:pPr>
        <w:pStyle w:val="ListBullet"/>
        <w:spacing w:line="240" w:lineRule="auto"/>
        <w:ind w:left="720"/>
      </w:pPr>
      <w:r/>
      <w:r>
        <w:rPr>
          <w:b/>
        </w:rPr>
        <w:t>A punk background:</w:t>
      </w:r>
      <w:r>
        <w:t xml:space="preserve"> Anderson describes feeling like a punk outsider in conservative Grand Rapids , a detail that deepens the film’s autobiographical notes. </w:t>
      </w:r>
      <w:r/>
    </w:p>
    <w:p>
      <w:pPr>
        <w:pStyle w:val="ListBullet"/>
        <w:spacing w:line="240" w:lineRule="auto"/>
        <w:ind w:left="720"/>
      </w:pPr>
      <w:r/>
      <w:r>
        <w:rPr>
          <w:b/>
        </w:rPr>
        <w:t>Film context:</w:t>
      </w:r>
      <w:r>
        <w:t xml:space="preserve"> Critics praise the movie’s seductive, gleefully queer take on slasher tropes and its daring, messy characters.</w:t>
      </w:r>
      <w:r/>
      <w:r/>
    </w:p>
    <w:p>
      <w:pPr>
        <w:pStyle w:val="Heading2"/>
      </w:pPr>
      <w:r>
        <w:t>She’s talking about a secret romance , and that matters</w:t>
      </w:r>
      <w:r/>
    </w:p>
    <w:p>
      <w:r/>
      <w:r>
        <w:t>Anderson’s recent interview about having a closeted relationship as a teen reads like a small, sharp admission that opens a window on a difficult time. The secrecy felt “illicit and wrong,” she says, and it’s easy to picture the hush and the shame, the soft panic of trying to hide who you love. For anyone who kept a romance quiet at school, that memory rings true, tactile even , the nervous texts, the borrowed meeting spots, the quiet weight of not being able to say it out loud.</w:t>
      </w:r>
      <w:r/>
    </w:p>
    <w:p>
      <w:r/>
      <w:r>
        <w:t>This confession isn’t just personal catharsis; it explains why Camp Miasma landed for her in a particular way. The film’s focus on queer desire, repression and monstrous mythologies mirrors a generation taught to hide. If you grew up without a template, you absorb the idea that certain loves are temporary or unnameable, and Anderson’s words capture that exact confusion.</w:t>
      </w:r>
      <w:r/>
    </w:p>
    <w:p>
      <w:pPr>
        <w:pStyle w:val="Heading2"/>
      </w:pPr>
      <w:r>
        <w:t>From punk outsider to scream queen , a lived-in role</w:t>
      </w:r>
      <w:r/>
    </w:p>
    <w:p>
      <w:r/>
      <w:r>
        <w:t>Anderson’s background as a nose-ringed punk in conservative Michigan gives her performance an edged authenticity. She’s spoken before about feeling like a misfit, and that texture , the itchiness of low self-esteem, the thrill of rebellion , feeds into her portrayal of Billy, a former scream queen with secrets to keep. The role lets her use lived experience as theatrical fuel.</w:t>
      </w:r>
      <w:r/>
    </w:p>
    <w:p>
      <w:r/>
      <w:r>
        <w:t>Film critics have noted how the movie uses camp, gore and queer longing to remix slasher tradition. That pairing of authenticity and genre playfulness elevates the film beyond a simple horror pastiche; it becomes a place where outsiders can see themselves reflected, and where actors like Anderson can turn personal history into a haunting, fierce performance.</w:t>
      </w:r>
      <w:r/>
    </w:p>
    <w:p>
      <w:pPr>
        <w:pStyle w:val="Heading2"/>
      </w:pPr>
      <w:r>
        <w:t>Why the movie’s queerness matters for audiences and culture</w:t>
      </w:r>
      <w:r/>
    </w:p>
    <w:p>
      <w:r/>
      <w:r>
        <w:t>Teenage Sex and Death at Camp Miasma doesn’t hide its queer heart. With characters who are messy, horny and complicated, the film refuses tidy closures and instead luxuriates in desire and anxiety about gender. That approach is both disarming and liberating: horror has long carried queer subtext, and here the subtext is shouted, kissed and covered in fake blood.</w:t>
      </w:r>
      <w:r/>
    </w:p>
    <w:p>
      <w:r/>
      <w:r>
        <w:t>For viewers who grew up without representation, a film like this can be corrective. Anderson herself said she would have felt seen if something like Camp Miasma existed when she was younger. That’s the cultural payoff: stories that normalise queer complexity change the inner life of teenagers who are still figuring out language and love.</w:t>
      </w:r>
      <w:r/>
    </w:p>
    <w:p>
      <w:pPr>
        <w:pStyle w:val="Heading2"/>
      </w:pPr>
      <w:r>
        <w:t>What this means for fans, parents and queer teens today</w:t>
      </w:r>
      <w:r/>
    </w:p>
    <w:p>
      <w:r/>
      <w:r>
        <w:t>If you’re a fan of Anderson, this phase of her career shows an appetite for roles that let her be raw and unpredictable. For parents or guardians, the film is a reminder that representation matters and that hiding identity can leave lasting marks on self-esteem. And for young people, the breath of frank, messy characters onscreen is a gift , it gives shape to feelings you might not yet have words for.</w:t>
      </w:r>
      <w:r/>
    </w:p>
    <w:p>
      <w:r/>
      <w:r>
        <w:t>Practical tip: if you’re watching with a teen, be ready for gore and frank sexual themes, but also for a humane exploration of identity. Use the film as a conversation starter about secrecy, language, and what it feels like to be seen.</w:t>
      </w:r>
      <w:r/>
    </w:p>
    <w:p>
      <w:pPr>
        <w:pStyle w:val="Heading2"/>
      </w:pPr>
      <w:r>
        <w:t>The outlook , more queer stories on a slasher stage</w:t>
      </w:r>
      <w:r/>
    </w:p>
    <w:p>
      <w:r/>
      <w:r>
        <w:t>Camp Miasma’s success and critical buzz suggest filmmakers are ready to mash up genre thrills with honest queer storytelling. That’s good news; combining popular forms with lived experience broadens who sees themselves on screen and how stories tackle identity. Anderson’s openness helps, too , when high-profile performers talk about awkward, hidden beginnings, it loosens the stigma for others.</w:t>
      </w:r>
      <w:r/>
    </w:p>
    <w:p>
      <w:r/>
      <w:r>
        <w:t>So while the movie is loud and bloody, its quieter effect might be a small revolution: normalising messy queer lives in places that used to code them only as fears or punchlines.</w:t>
      </w:r>
      <w:r/>
    </w:p>
    <w:p>
      <w:r/>
      <w:r>
        <w:t>It's a small change that can make every teenage secret feel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https://gayety.com/gillian-anderson-had-a-secret-romance</w:t>
        </w:r>
      </w:hyperlink>
      <w:r>
        <w:t xml:space="preserve"> - Please view link - unable to able to access data</w:t>
      </w:r>
      <w:r/>
    </w:p>
    <w:p>
      <w:pPr>
        <w:pStyle w:val="ListNumber"/>
        <w:spacing w:line="240" w:lineRule="auto"/>
        <w:ind w:left="720"/>
      </w:pPr>
      <w:r/>
      <w:hyperlink r:id="rId10">
        <w:r>
          <w:rPr>
            <w:color w:val="0000EE"/>
            <w:u w:val="single"/>
          </w:rPr>
          <w:t>https://www.thedailybeast.com/obsessed/gillian-anderson-reveals-meth-fueled-arrest-during-punk-teen-era/</w:t>
        </w:r>
      </w:hyperlink>
      <w:r>
        <w:t xml:space="preserve"> - In a candid interview on the 'Conan O'Brien Needs a Friend' podcast, Emmy-winning actress Gillian Anderson opened up about a rebellious episode from her teenage years. During her 'punk' phase, Anderson admitted to being under the influence of crystal meth when she was arrested for attempting to glue the locks of her Michigan high school shut as a prank. She described the incident, including running from a security guard and being slowed down after stepping on a nail with her thin-soled boots. O'Brien jokingly noted the intensity of the stunt, and Anderson acknowledged it as representative of her behavior at the time. Despite her arrest, Anderson said she managed to avoid more serious charges, talking authorities down from breaking and entering to trespassing. At the time, her classmates had even voted her 'Most Likely to Be Arrested.' Anderson is currently promoting her film 'Teenage Sex and Death at Camp Miasma,' co-starring Hannah Einbinder, and may appear in an upcoming reboot of 'The X-Files' by Ryan Coogler.</w:t>
      </w:r>
      <w:r/>
    </w:p>
    <w:p>
      <w:pPr>
        <w:pStyle w:val="ListNumber"/>
        <w:spacing w:line="240" w:lineRule="auto"/>
        <w:ind w:left="720"/>
      </w:pPr>
      <w:r/>
      <w:hyperlink r:id="rId11">
        <w:r>
          <w:rPr>
            <w:color w:val="0000EE"/>
            <w:u w:val="single"/>
          </w:rPr>
          <w:t>https://www.theguardian.com/film/2026/may/14/teenage-sex-and-death-at-camp-miasma-review-seductive-gillian-anderson-fulfils-a-rapturous-slasher-fan-obsession</w:t>
        </w:r>
      </w:hyperlink>
      <w:r>
        <w:t xml:space="preserve"> - This article provides a review of the film 'Teenage Sex and Death at Camp Miasma,' highlighting Gillian Anderson's performance as Billy Presley, a reclusive former scream queen. The film, directed by Jane Schoenbrun, is described as a queer slasher spectacular that blends horror with themes of identity and desire. The review praises Anderson's portrayal and the film's exploration of complex themes within the horror genre.</w:t>
      </w:r>
      <w:r/>
    </w:p>
    <w:p>
      <w:pPr>
        <w:pStyle w:val="ListNumber"/>
        <w:spacing w:line="240" w:lineRule="auto"/>
        <w:ind w:left="720"/>
      </w:pPr>
      <w:r/>
      <w:hyperlink r:id="rId12">
        <w:r>
          <w:rPr>
            <w:color w:val="0000EE"/>
            <w:u w:val="single"/>
          </w:rPr>
          <w:t>https://www.irishtimes.com/culture/film/review/2026/05/15/cannes-first-look-review-teenage-sex-and-death-at-camp-miasma-is-a-film-making-triumph/</w:t>
        </w:r>
      </w:hyperlink>
      <w:r>
        <w:t xml:space="preserve"> - The article offers a first-look review of 'Teenage Sex and Death at Camp Miasma,' directed by Jane Schoenbrun and starring Hannah Einbinder and Gillian Anderson. The film is described as a filmmaking triumph, blending elements of horror and queer cinema. The review highlights the film's unique approach to the slasher genre and its exploration of themes such as identity and desire.</w:t>
      </w:r>
      <w:r/>
    </w:p>
    <w:p>
      <w:pPr>
        <w:pStyle w:val="ListNumber"/>
        <w:spacing w:line="240" w:lineRule="auto"/>
        <w:ind w:left="720"/>
      </w:pPr>
      <w:r/>
      <w:hyperlink r:id="rId13">
        <w:r>
          <w:rPr>
            <w:color w:val="0000EE"/>
            <w:u w:val="single"/>
          </w:rPr>
          <w:t>https://www.thedailybeast.com/obsessed/teenage-sex-and-death-at-camp-miasma-kills-summers-horror-hot-streak/</w:t>
        </w:r>
      </w:hyperlink>
      <w:r>
        <w:t xml:space="preserve"> - This article discusses the film 'Teenage Sex and Death at Camp Miasma,' directed by Jane Schoenbrun and starring Hannah Einbinder and Gillian Anderson. The film is noted for blending horror with themes of identity and dysphoria, satirizing 1980s horror tropes, especially the genre's portrayals of gender and sexuality. The article also mentions the film's reception and its exploration of queer identity.</w:t>
      </w:r>
      <w:r/>
    </w:p>
    <w:p>
      <w:pPr>
        <w:pStyle w:val="ListNumber"/>
        <w:spacing w:line="240" w:lineRule="auto"/>
        <w:ind w:left="720"/>
      </w:pPr>
      <w:r/>
      <w:hyperlink r:id="rId10">
        <w:r>
          <w:rPr>
            <w:color w:val="0000EE"/>
            <w:u w:val="single"/>
          </w:rPr>
          <w:t>https://www.thedailybeast.com/obsessed/gillian-anderson-reveals-meth-fueled-arrest-during-punk-teen-era/</w:t>
        </w:r>
      </w:hyperlink>
      <w:r>
        <w:t xml:space="preserve"> - In a candid interview on the 'Conan O'Brien Needs a Friend' podcast, Emmy-winning actress Gillian Anderson opened up about a rebellious episode from her teenage years. During her 'punk' phase, Anderson admitted to being under the influence of crystal meth when she was arrested for attempting to glue the locks of her Michigan high school shut as a prank. She described the incident, including running from a security guard and being slowed down after stepping on a nail with her thin-soled boots. O'Brien jokingly noted the intensity of the stunt, and Anderson acknowledged it as representative of her behavior at the time. Despite her arrest, Anderson said she managed to avoid more serious charges, talking authorities down from breaking and entering to trespassing. At the time, her classmates had even voted her 'Most Likely to Be Arrested.' Anderson is currently promoting her film 'Teenage Sex and Death at Camp Miasma,' co-starring Hannah Einbinder, and may appear in an upcoming reboot of 'The X-Files' by Ryan Coogler.</w:t>
      </w:r>
      <w:r/>
    </w:p>
    <w:p>
      <w:pPr>
        <w:pStyle w:val="ListNumber"/>
        <w:spacing w:line="240" w:lineRule="auto"/>
        <w:ind w:left="720"/>
      </w:pPr>
      <w:r/>
      <w:hyperlink r:id="rId13">
        <w:r>
          <w:rPr>
            <w:color w:val="0000EE"/>
            <w:u w:val="single"/>
          </w:rPr>
          <w:t>https://www.thedailybeast.com/obsessed/teenage-sex-and-death-at-camp-miasma-kills-summers-horror-hot-streak/</w:t>
        </w:r>
      </w:hyperlink>
      <w:r>
        <w:t xml:space="preserve"> - This article discusses the film 'Teenage Sex and Death at Camp Miasma,' directed by Jane Schoenbrun and starring Hannah Einbinder and Gillian Anderson. The film is noted for blending horror with themes of identity and dysphoria, satirizing 1980s horror tropes, especially the genre's portrayals of gender and sexuality. The article also mentions the film's reception and its exploration of queer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gillian-anderson-had-a-secret-romance" TargetMode="External"/><Relationship Id="rId10" Type="http://schemas.openxmlformats.org/officeDocument/2006/relationships/hyperlink" Target="https://www.thedailybeast.com/obsessed/gillian-anderson-reveals-meth-fueled-arrest-during-punk-teen-era/" TargetMode="External"/><Relationship Id="rId11" Type="http://schemas.openxmlformats.org/officeDocument/2006/relationships/hyperlink" Target="https://www.theguardian.com/film/2026/may/14/teenage-sex-and-death-at-camp-miasma-review-seductive-gillian-anderson-fulfils-a-rapturous-slasher-fan-obsession" TargetMode="External"/><Relationship Id="rId12" Type="http://schemas.openxmlformats.org/officeDocument/2006/relationships/hyperlink" Target="https://www.irishtimes.com/culture/film/review/2026/05/15/cannes-first-look-review-teenage-sex-and-death-at-camp-miasma-is-a-film-making-triumph/" TargetMode="External"/><Relationship Id="rId13" Type="http://schemas.openxmlformats.org/officeDocument/2006/relationships/hyperlink" Target="https://www.thedailybeast.com/obsessed/teenage-sex-and-death-at-camp-miasma-kills-summers-horror-hot-strea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