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March Coverage: How TP in the Philippines Showed Up for LOVELAB4N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onlookers noticed a colourful, purposeful energy as TP in the Philippines joined LOVELAB4N 2026 , employees marched from UP Diliman to Quezon City, signalling solidarity, inclusion and workplace programmes that keep the conversation going year-round. Here’s what happened, why it matters, and how other companies can follow suit.</w:t>
      </w:r>
      <w:r/>
    </w:p>
    <w:p>
      <w:r/>
      <w:r>
        <w:t>Essential Takeaways</w:t>
      </w:r>
      <w:r/>
      <w:r/>
    </w:p>
    <w:p>
      <w:pPr>
        <w:pStyle w:val="ListBullet"/>
        <w:spacing w:line="240" w:lineRule="auto"/>
        <w:ind w:left="720"/>
      </w:pPr>
      <w:r/>
      <w:r>
        <w:rPr>
          <w:b/>
        </w:rPr>
        <w:t>Visible show of support:</w:t>
      </w:r>
      <w:r>
        <w:t xml:space="preserve"> TP employees joined the six-kilometre LOVELAB4N Pride March from University Avenue to Congressional Avenue, carrying a clear message of equality and dignity. </w:t>
      </w:r>
      <w:r/>
    </w:p>
    <w:p>
      <w:pPr>
        <w:pStyle w:val="ListBullet"/>
        <w:spacing w:line="240" w:lineRule="auto"/>
        <w:ind w:left="720"/>
      </w:pPr>
      <w:r/>
      <w:r>
        <w:rPr>
          <w:b/>
        </w:rPr>
        <w:t>National participation:</w:t>
      </w:r>
      <w:r>
        <w:t xml:space="preserve"> Staff from regional offices in Baguio, Cebu, Bacolod and Davao also took part in local Pride events, expanding the company’s presence beyond Metro Manila. </w:t>
      </w:r>
      <w:r/>
    </w:p>
    <w:p>
      <w:pPr>
        <w:pStyle w:val="ListBullet"/>
        <w:spacing w:line="240" w:lineRule="auto"/>
        <w:ind w:left="720"/>
      </w:pPr>
      <w:r/>
      <w:r>
        <w:rPr>
          <w:b/>
        </w:rPr>
        <w:t>Ongoing internal work:</w:t>
      </w:r>
      <w:r>
        <w:t xml:space="preserve"> TP runs sessions like Pride Forum and Queertuhan to nurture belonging and inclusive dialogue throughout the year. </w:t>
      </w:r>
      <w:r/>
    </w:p>
    <w:p>
      <w:pPr>
        <w:pStyle w:val="ListBullet"/>
        <w:spacing w:line="240" w:lineRule="auto"/>
        <w:ind w:left="720"/>
      </w:pPr>
      <w:r/>
      <w:r>
        <w:rPr>
          <w:b/>
        </w:rPr>
        <w:t>Part of a wider movement:</w:t>
      </w:r>
      <w:r>
        <w:t xml:space="preserve"> The march was one of several major Pride gatherings this season, organised with university partners and NGOs to create one of the region’s largest celebrations. </w:t>
      </w:r>
      <w:r/>
      <w:r/>
    </w:p>
    <w:p>
      <w:pPr>
        <w:pStyle w:val="Heading2"/>
      </w:pPr>
      <w:r>
        <w:t>Why TP’s march felt different: workplace solidarity that’s more than a banner</w:t>
      </w:r>
      <w:r/>
    </w:p>
    <w:p>
      <w:r/>
      <w:r>
        <w:t>The sight of employees walking six kilometres together gives the message a weight you can almost feel , a steady, collective step rather than a token placard. According to coverage of the event, TP’s contingent carried the theme “Built on Pride, United in Belonging,” and that framing matters: it positions inclusion as an organisational value, not just a marketing line. For employees, joining the march is a public, proud moment and a small, vivid way to rewrite workplace culture.</w:t>
      </w:r>
      <w:r/>
    </w:p>
    <w:p>
      <w:pPr>
        <w:pStyle w:val="Heading2"/>
      </w:pPr>
      <w:r>
        <w:t>The backstory: how LOVELAB4N became a major Pride platform</w:t>
      </w:r>
      <w:r/>
    </w:p>
    <w:p>
      <w:r/>
      <w:r>
        <w:t>LOVELAB4N has grown into one of the country’s biggest Pride events, with university partners and civil society groups helping scale it up year after year. The University of the Philippines Diliman has been central to that growth, hosting large gatherings that attract advocacy groups, health organisations and corporate allies. This year’s route and programme drew not just celebrants but also partners focused on health, rights and community building, making the march feel like both celebration and solidarity in action.</w:t>
      </w:r>
      <w:r/>
    </w:p>
    <w:p>
      <w:pPr>
        <w:pStyle w:val="Heading2"/>
      </w:pPr>
      <w:r>
        <w:t>Why regional participation matters for inclusion</w:t>
      </w:r>
      <w:r/>
    </w:p>
    <w:p>
      <w:r/>
      <w:r>
        <w:t>TP didn’t limit its visibility to Quezon City. Teams in Baguio, Cebu, Bacolod and Davao held their own marches and events, which matters for two reasons. First, it signals to staff outside the capital that inclusion is company-wide. Second, local Pride activities reach communities that may not get the same attention as Metro Manila. If your company wants genuine inclusivity, showing up where employees live and work is as important as the headline march.</w:t>
      </w:r>
      <w:r/>
    </w:p>
    <w:p>
      <w:pPr>
        <w:pStyle w:val="Heading2"/>
      </w:pPr>
      <w:r>
        <w:t>Inside the company: programmes that keep momentum after the parade</w:t>
      </w:r>
      <w:r/>
    </w:p>
    <w:p>
      <w:r/>
      <w:r>
        <w:t>A march is a moment; workplace culture is a habit. TP’s ongoing initiatives , named Pride Forum and Queertuhan sessions , create regular space for dialogue, learning and support. These kinds of programmes help turn a one-day show of solidarity into everyday practice, normalising conversations about mental health, identity and policy. Practical tip: organisations starting out should pair visible events with recurring internal forums so momentum doesn’t fade after Pride month.</w:t>
      </w:r>
      <w:r/>
    </w:p>
    <w:p>
      <w:pPr>
        <w:pStyle w:val="Heading2"/>
      </w:pPr>
      <w:r>
        <w:t>What other brands and teams can learn from this approach</w:t>
      </w:r>
      <w:r/>
    </w:p>
    <w:p>
      <w:r/>
      <w:r>
        <w:t>There’s no single blueprint, but the combination of public participation, regional reach and year-round programmes is instructive. Smaller employers can adapt by supporting local Pride plans, offering paid leave to attend, or hosting lunch-and-learns about inclusivity. Larger firms might formalise employee networks and partner with NGOs to widen impact. Ultimately, the aim is the same: make inclusion tangible, consistent and linked to real policies and support.</w:t>
      </w:r>
      <w:r/>
    </w:p>
    <w:p>
      <w:r/>
      <w:r>
        <w:t>It’s a small change that can make every march feel like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https://www.cornermagazineph.com/2026/08/19/tp-in-the-philippines-marches-in-solidarity-at-lovelab4n-pride-ph-festival-champions-inclusion-and-belonging/</w:t>
        </w:r>
      </w:hyperlink>
      <w:r>
        <w:t xml:space="preserve"> - Please view link - unable to able to access data</w:t>
      </w:r>
      <w:r/>
    </w:p>
    <w:p>
      <w:pPr>
        <w:pStyle w:val="ListNumber"/>
        <w:spacing w:line="240" w:lineRule="auto"/>
        <w:ind w:left="720"/>
      </w:pPr>
      <w:r/>
      <w:hyperlink r:id="rId10">
        <w:r>
          <w:rPr>
            <w:color w:val="0000EE"/>
            <w:u w:val="single"/>
          </w:rPr>
          <w:t>https://www.tp.com/en-ph/insights-list/press-releases/tp-in-the-philippines-celebrates-pride-2025/</w:t>
        </w:r>
      </w:hyperlink>
      <w:r>
        <w:t xml:space="preserve"> - In July 2025, TP, a global leader in digital business services, participated in nationwide Pride festivities in the Philippines. A total of 455 TP employees joined Pride Marches across the country, including events in Quezon City, Cebu, Bacolod, Cagayan de Oro, and Davao. TP's involvement included Pride Fun Runs in Cebu and Bacolod, city-wide Pride parades, and the 2025 Pride Love Laban Festival in Quezon City. These activities underscored TP's commitment to inclusion and diversity, with employees carrying banners and flags promoting unity and belonging.</w:t>
      </w:r>
      <w:r/>
    </w:p>
    <w:p>
      <w:pPr>
        <w:pStyle w:val="ListNumber"/>
        <w:spacing w:line="240" w:lineRule="auto"/>
        <w:ind w:left="720"/>
      </w:pPr>
      <w:r/>
      <w:hyperlink r:id="rId11">
        <w:r>
          <w:rPr>
            <w:color w:val="0000EE"/>
            <w:u w:val="single"/>
          </w:rPr>
          <w:t>https://upd.edu.ph/lovelab4n-brings-lgbtqia-community-together/</w:t>
        </w:r>
      </w:hyperlink>
      <w:r>
        <w:t xml:space="preserve"> - On June 27, 2026, the University of the Philippines Diliman hosted the LoveLab4n Pride PH Festival, attracting approximately 300,000 participants. The event featured performances, advocacy messages, and a grand Pride March around the Academic Oval. Various organizations, including the Commission on Human Rights and the United Nations Philippines, participated, highlighting the festival's significance in promoting equality and inclusion for the LGBTQIA+ community.</w:t>
      </w:r>
      <w:r/>
    </w:p>
    <w:p>
      <w:pPr>
        <w:pStyle w:val="ListNumber"/>
        <w:spacing w:line="240" w:lineRule="auto"/>
        <w:ind w:left="720"/>
      </w:pPr>
      <w:r/>
      <w:hyperlink r:id="rId12">
        <w:r>
          <w:rPr>
            <w:color w:val="0000EE"/>
            <w:u w:val="single"/>
          </w:rPr>
          <w:t>https://upd.edu.ph/upd-qclgu-to-host-biggest-pride-march-in-asia/</w:t>
        </w:r>
      </w:hyperlink>
      <w:r>
        <w:t xml:space="preserve"> - In June 2026, the University of the Philippines Diliman partnered with the Quezon City Local Government Unit to host the LoveLab4n Pride PH Festival. Scheduled for June 27, the event aimed to gather around 300,000 participants, making it one of Asia's largest Pride marches. The festival featured multiple stages around the Academic Oval, offering a platform for performances, discussions, and community activities centered on equality and inclusion.</w:t>
      </w:r>
      <w:r/>
    </w:p>
    <w:p>
      <w:pPr>
        <w:pStyle w:val="ListNumber"/>
        <w:spacing w:line="240" w:lineRule="auto"/>
        <w:ind w:left="720"/>
      </w:pPr>
      <w:r/>
      <w:hyperlink r:id="rId13">
        <w:r>
          <w:rPr>
            <w:color w:val="0000EE"/>
            <w:u w:val="single"/>
          </w:rPr>
          <w:t>https://www.dotdailydose.net/2026/06/30/converge-marches-for-diversity-inclusivity-at-lovelab4n-pride-2026/</w:t>
        </w:r>
      </w:hyperlink>
      <w:r>
        <w:t xml:space="preserve"> - Converge ICT Solutions Inc. participated in the LoveLab4n Pride Festival 2026 on June 27 at the University of the Philippines Diliman. Employees marched alongside thousands of advocates, carrying the Converge flag to signify support for the LGBTQIA+ community. The company also provided fiber connectivity for the festival's expo and set up a Pride-themed booth, reinforcing its commitment to diversity and inclusion.</w:t>
      </w:r>
      <w:r/>
    </w:p>
    <w:p>
      <w:pPr>
        <w:pStyle w:val="ListNumber"/>
        <w:spacing w:line="240" w:lineRule="auto"/>
        <w:ind w:left="720"/>
      </w:pPr>
      <w:r/>
      <w:hyperlink r:id="rId14">
        <w:r>
          <w:rPr>
            <w:color w:val="0000EE"/>
            <w:u w:val="single"/>
          </w:rPr>
          <w:t>https://loveyourself.ph/loveyourself-champions-health-and-equality-at-lovelab4n-pride-ph-festival-2026/</w:t>
        </w:r>
      </w:hyperlink>
      <w:r>
        <w:t xml:space="preserve"> - LoveYourself Inc. joined the LoveLab4n Pride PH Festival 2026 at the University of the Philippines Diliman. The organization participated in the Pride March and set up an interactive booth offering games, merchandise, and educational materials on HIV prevention and sexual wellness. LoveYourself reaffirmed its mission to champion health, empower individuals, and create safe spaces for the LGBTQIA+ community.</w:t>
      </w:r>
      <w:r/>
    </w:p>
    <w:p>
      <w:pPr>
        <w:pStyle w:val="ListNumber"/>
        <w:spacing w:line="240" w:lineRule="auto"/>
        <w:ind w:left="720"/>
      </w:pPr>
      <w:r/>
      <w:hyperlink r:id="rId15">
        <w:r>
          <w:rPr>
            <w:color w:val="0000EE"/>
            <w:u w:val="single"/>
          </w:rPr>
          <w:t>https://www.megabites.com.ph/converge-celebrates-inclusion-at-lovelaban-one-of-southeast-asias-largest-pride-gatherings/</w:t>
        </w:r>
      </w:hyperlink>
      <w:r>
        <w:t xml:space="preserve"> - Converge ICT Solutions Inc. celebrated Pride Month by participating in the LoveLab4n Pride Festival 2026 on June 27 at the University of the Philippines Diliman. Employees marched in one of Southeast Asia's largest Pride gatherings, carrying the Converge flag to show support for the LGBTQIA+ community. The company also provided fiber connectivity for the festival's expo and set up a Pride-themed booth to promote its products and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rnermagazineph.com/2026/08/19/tp-in-the-philippines-marches-in-solidarity-at-lovelab4n-pride-ph-festival-champions-inclusion-and-belonging/" TargetMode="External"/><Relationship Id="rId10" Type="http://schemas.openxmlformats.org/officeDocument/2006/relationships/hyperlink" Target="https://www.tp.com/en-ph/insights-list/press-releases/tp-in-the-philippines-celebrates-pride-2025/" TargetMode="External"/><Relationship Id="rId11" Type="http://schemas.openxmlformats.org/officeDocument/2006/relationships/hyperlink" Target="https://upd.edu.ph/lovelab4n-brings-lgbtqia-community-together/" TargetMode="External"/><Relationship Id="rId12" Type="http://schemas.openxmlformats.org/officeDocument/2006/relationships/hyperlink" Target="https://upd.edu.ph/upd-qclgu-to-host-biggest-pride-march-in-asia/" TargetMode="External"/><Relationship Id="rId13" Type="http://schemas.openxmlformats.org/officeDocument/2006/relationships/hyperlink" Target="https://www.dotdailydose.net/2026/06/30/converge-marches-for-diversity-inclusivity-at-lovelab4n-pride-2026/" TargetMode="External"/><Relationship Id="rId14" Type="http://schemas.openxmlformats.org/officeDocument/2006/relationships/hyperlink" Target="https://loveyourself.ph/loveyourself-champions-health-and-equality-at-lovelab4n-pride-ph-festival-2026/" TargetMode="External"/><Relationship Id="rId15" Type="http://schemas.openxmlformats.org/officeDocument/2006/relationships/hyperlink" Target="https://www.megabites.com.ph/converge-celebrates-inclusion-at-lovelaban-one-of-southeast-asias-largest-pride-gather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