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Events in Finland to See and Support in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city-goers are spotting rainbow flags more often as Pride events spread across Finland this summer; here's who’s organising the biggest festivals, what to expect, and why showing up still matters in 2026.</w:t>
      </w:r>
      <w:r/>
    </w:p>
    <w:p>
      <w:r/>
      <w:r>
        <w:t>Essential Takeaways</w:t>
      </w:r>
      <w:r/>
      <w:r/>
    </w:p>
    <w:p>
      <w:pPr>
        <w:pStyle w:val="ListBullet"/>
        <w:spacing w:line="240" w:lineRule="auto"/>
        <w:ind w:left="720"/>
      </w:pPr>
      <w:r/>
      <w:r>
        <w:rPr>
          <w:b/>
        </w:rPr>
        <w:t>Widespread calendar:</w:t>
      </w:r>
      <w:r>
        <w:t xml:space="preserve"> Pride gatherings run nationwide from Helsinki to Jyväskylä, Lahti and border regions, with parades, Pride Houses and smaller community programmes.</w:t>
      </w:r>
      <w:r/>
    </w:p>
    <w:p>
      <w:pPr>
        <w:pStyle w:val="ListBullet"/>
        <w:spacing w:line="240" w:lineRule="auto"/>
        <w:ind w:left="720"/>
      </w:pPr>
      <w:r/>
      <w:r>
        <w:rPr>
          <w:b/>
        </w:rPr>
        <w:t>Visible and local:</w:t>
      </w:r>
      <w:r>
        <w:t xml:space="preserve"> Events mix big-city spectacles like the Helsinki march with intimate neighbourhood activations , expect music, speeches and family-friendly stalls.</w:t>
      </w:r>
      <w:r/>
    </w:p>
    <w:p>
      <w:pPr>
        <w:pStyle w:val="ListBullet"/>
        <w:spacing w:line="240" w:lineRule="auto"/>
        <w:ind w:left="720"/>
      </w:pPr>
      <w:r/>
      <w:r>
        <w:rPr>
          <w:b/>
        </w:rPr>
        <w:t>Practical vibe:</w:t>
      </w:r>
      <w:r>
        <w:t xml:space="preserve"> Many venues are easy to reach, wheelchair-friendly and include clear safety info; transportation tips are usually on event sites.</w:t>
      </w:r>
      <w:r/>
    </w:p>
    <w:p>
      <w:pPr>
        <w:pStyle w:val="ListBullet"/>
        <w:spacing w:line="240" w:lineRule="auto"/>
        <w:ind w:left="720"/>
      </w:pPr>
      <w:r/>
      <w:r>
        <w:rPr>
          <w:b/>
        </w:rPr>
        <w:t>Support matters:</w:t>
      </w:r>
      <w:r>
        <w:t xml:space="preserve"> Attendance is a simple, effective way to counter lingering prejudice and make LGBT+ people feel seen and safe.</w:t>
      </w:r>
      <w:r/>
    </w:p>
    <w:p>
      <w:pPr>
        <w:pStyle w:val="ListBullet"/>
        <w:spacing w:line="240" w:lineRule="auto"/>
        <w:ind w:left="720"/>
      </w:pPr>
      <w:r/>
      <w:r>
        <w:rPr>
          <w:b/>
        </w:rPr>
        <w:t>Cultural mix:</w:t>
      </w:r>
      <w:r>
        <w:t xml:space="preserve"> Programmes include political talks, art, nightlife and opportunities to meet local advocacy groups and allies.</w:t>
      </w:r>
      <w:r/>
      <w:r/>
    </w:p>
    <w:p>
      <w:pPr>
        <w:pStyle w:val="Heading2"/>
      </w:pPr>
      <w:r>
        <w:t>Why Pride still matters in Finland , and why visibility is powerful</w:t>
      </w:r>
      <w:r/>
    </w:p>
    <w:p>
      <w:r/>
      <w:r>
        <w:t>Even in societies that have made legal progress, seeing is believing; a rainbow flag on a café or a procession down a main street turns abstract rights into real people with faces and stories. Organisers say Pride is as much about celebration as it is about reminding communities that LGBT+ citizens exist in every neighbourhood. For those who’ve experienced casual hostility or assumptions in daily life, a visible Pride can feel like a quiet, necessary reclamation of space.</w:t>
      </w:r>
      <w:r/>
    </w:p>
    <w:p>
      <w:pPr>
        <w:pStyle w:val="Heading2"/>
      </w:pPr>
      <w:r>
        <w:t>Where to go: big-city highlights and what they offer</w:t>
      </w:r>
      <w:r/>
    </w:p>
    <w:p>
      <w:r/>
      <w:r>
        <w:t>Helsinki’s Pride is the largest and most polished affair, with a headline parade, Pride House programming and cultural fringe events across the city. Expect professional staging, family zones and plenty of partner organisations handing out information and support. If you want spectacle, march routes and main-stage performances are where the energy congregates.</w:t>
      </w:r>
      <w:r/>
    </w:p>
    <w:p>
      <w:pPr>
        <w:pStyle w:val="Heading2"/>
      </w:pPr>
      <w:r>
        <w:t>Smaller cities, stronger local connections</w:t>
      </w:r>
      <w:r/>
    </w:p>
    <w:p>
      <w:r/>
      <w:r>
        <w:t>Places such as Jyväskylä and Lahti have growing Pride weeks that trade scale for intimacy. Local events often include university panels, workshops and communitymeet-ups that let you have meaningful conversations rather than just watch a parade. For visitors, these are great for quieter, more personal experiences and for connecting with grassroots activists.</w:t>
      </w:r>
      <w:r/>
    </w:p>
    <w:p>
      <w:pPr>
        <w:pStyle w:val="Heading2"/>
      </w:pPr>
      <w:r>
        <w:t>Border and regional Prides: reaching new audiences</w:t>
      </w:r>
      <w:r/>
    </w:p>
    <w:p>
      <w:r/>
      <w:r>
        <w:t>Border-area and regional Pride events focus on inclusion across linguistic and cultural lines, bringing visibility to communities that might not otherwise see LGBT+ representation locally. These events often fold in cross-border collaboration and tailored services, helping to normalise diversity outside big urban centres. If you’re travelling, check local listings for times and accessible facilities beforehand.</w:t>
      </w:r>
      <w:r/>
    </w:p>
    <w:p>
      <w:pPr>
        <w:pStyle w:val="Heading2"/>
      </w:pPr>
      <w:r>
        <w:t>How to take part , practical tips for a smooth Pride day</w:t>
      </w:r>
      <w:r/>
    </w:p>
    <w:p>
      <w:r/>
      <w:r>
        <w:t>Plan transport early, especially for big-city parades; organisers usually publish route maps and safety advice. Bring water, wear comfortable shoes and layer for Finnish weather. If you want a low-key experience, look for daytime cafés, family spaces or panel discussions rather than the main parade. Volunteering is another great way to contribute behind the scenes and meet people.</w:t>
      </w:r>
      <w:r/>
    </w:p>
    <w:p>
      <w:pPr>
        <w:pStyle w:val="Heading2"/>
      </w:pPr>
      <w:r>
        <w:t>What to expect culturally and politically in 2026</w:t>
      </w:r>
      <w:r/>
    </w:p>
    <w:p>
      <w:r/>
      <w:r>
        <w:t>Pride programming blends entertainment with advocacy: you’ll find live music, drag, art and also panel talks about rights, health services and youth support. Attendance is a quiet form of solidarity that signals to people still facing prejudice that they’re not alone. Organisers and partners keep refining accessibility and safety measures, so check official sites for the most up-to-date info.</w:t>
      </w:r>
      <w:r/>
    </w:p>
    <w:p>
      <w:r/>
      <w:r>
        <w:t>It's a small step to turn up, clap, donate or listen , and it can make a big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0">
        <w:r>
          <w:rPr>
            <w:color w:val="0000EE"/>
            <w:u w:val="single"/>
          </w:rPr>
          <w:t>[4]</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1">
        <w:r>
          <w:rPr>
            <w:color w:val="0000EE"/>
            <w:u w:val="single"/>
          </w:rPr>
          <w:t>[2]</w:t>
        </w:r>
      </w:hyperlink>
      <w:r>
        <w:t xml:space="preserve">, </w:t>
      </w:r>
      <w:hyperlink r:id="rId12">
        <w:r>
          <w:rPr>
            <w:color w:val="0000EE"/>
            <w:u w:val="single"/>
          </w:rPr>
          <w:t>[3]</w:t>
        </w:r>
      </w:hyperlink>
      <w:r>
        <w:t xml:space="preserve">- Paragraph 6: </w:t>
      </w:r>
      <w:hyperlink r:id="rId13">
        <w:r>
          <w:rPr>
            <w:color w:val="0000EE"/>
            <w:u w:val="single"/>
          </w:rPr>
          <w:t>[5]</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https://www.savonsanomat.fi/paakirjoitus-mielipide/9710632</w:t>
        </w:r>
      </w:hyperlink>
      <w:r>
        <w:t xml:space="preserve"> - Please view link - unable to able to access data</w:t>
      </w:r>
      <w:r/>
    </w:p>
    <w:p>
      <w:pPr>
        <w:pStyle w:val="ListNumber"/>
        <w:spacing w:line="240" w:lineRule="auto"/>
        <w:ind w:left="720"/>
      </w:pPr>
      <w:r/>
      <w:hyperlink r:id="rId11">
        <w:r>
          <w:rPr>
            <w:color w:val="0000EE"/>
            <w:u w:val="single"/>
          </w:rPr>
          <w:t>https://borderpride.fi/en/</w:t>
        </w:r>
      </w:hyperlink>
      <w:r>
        <w:t xml:space="preserve"> - BorderPride is an annual equality event held in Tornio-Haparanda, Finland, from September 7 to 13, 2026. The event aims to make gender and sexual minorities visible to the general public by increasing awareness of diversity, initiating conversations, and showcasing the world through the eyes of the queer community. A unique feature of BorderPride is its parade that crosses the border between Finland and Sweden, highlighting the close cooperation between the two countries. The event is open to everyone, regardless of gender, age, ethnicity, nationality, language, religion, opinion, health, sexual orientation, or other factors.</w:t>
      </w:r>
      <w:r/>
    </w:p>
    <w:p>
      <w:pPr>
        <w:pStyle w:val="ListNumber"/>
        <w:spacing w:line="240" w:lineRule="auto"/>
        <w:ind w:left="720"/>
      </w:pPr>
      <w:r/>
      <w:hyperlink r:id="rId12">
        <w:r>
          <w:rPr>
            <w:color w:val="0000EE"/>
            <w:u w:val="single"/>
          </w:rPr>
          <w:t>https://pride.fi/en/tapahtuma/helsinki-pride-kulkue/</w:t>
        </w:r>
      </w:hyperlink>
      <w:r>
        <w:t xml:space="preserve"> - Helsinki Pride is Finland's largest human rights and cultural event, held annually in Helsinki. In 2026, Pride Week will take place from June 22 to June 28, culminating in the Pride Parade on Saturday, June 27. The parade is a joyful, colourful, and loud demonstration for equality and diversity, with over 100,000 participants in 2025. The route starts from Senate Square at 12 pm and traverses various streets in Helsinki, ending at Kaivopuisto. The event promotes the right for everyone to be exactly who they are.</w:t>
      </w:r>
      <w:r/>
    </w:p>
    <w:p>
      <w:pPr>
        <w:pStyle w:val="ListNumber"/>
        <w:spacing w:line="240" w:lineRule="auto"/>
        <w:ind w:left="720"/>
      </w:pPr>
      <w:r/>
      <w:hyperlink r:id="rId10">
        <w:r>
          <w:rPr>
            <w:color w:val="0000EE"/>
            <w:u w:val="single"/>
          </w:rPr>
          <w:t>https://www.visitfinland.com/en/articles/celebrate-with-pride-in-finland/</w:t>
        </w:r>
      </w:hyperlink>
      <w:r>
        <w:t xml:space="preserve"> - Finland hosts several Pride events throughout the year, celebrating diversity and equality. Helsinki Pride, from June 22 to June 28, 2026, is the largest, featuring a week of activities for all ages, including dancing, theatre, debates, literature, and food. The closing parade attracts over 100,000 people. Other events include Manse Pride in Tampere (June 8-14, 2026), Turku Pride (August 24-30, 2026), and various regional Prides in cities like Lahti and Oulu. These events aim to make gender and sexual minorities visible and promote inclusivity.</w:t>
      </w:r>
      <w:r/>
    </w:p>
    <w:p>
      <w:pPr>
        <w:pStyle w:val="ListNumber"/>
        <w:spacing w:line="240" w:lineRule="auto"/>
        <w:ind w:left="720"/>
      </w:pPr>
      <w:r/>
      <w:hyperlink r:id="rId13">
        <w:r>
          <w:rPr>
            <w:color w:val="0000EE"/>
            <w:u w:val="single"/>
          </w:rPr>
          <w:t>https://pride.fi/en/helsinki-pride-2026/pride-house-2026/</w:t>
        </w:r>
      </w:hyperlink>
      <w:r>
        <w:t xml:space="preserve"> - Pride House is the heart of Helsinki Pride Week, serving as a meeting place and event venue for the LGBTQIA+ community and allies. In 2026, Pride House will be hosted at Hobo Helsinki, Kluuvikatu 4. The venue offers a range of events, including performances, workshops, and a shop selling official Helsinki Pride merchandise. The opening hours are Monday 17:30-20:00, Tuesday to Friday 10:00-20:00, and Saturday 10:00-13:00. The events aim to create a safer space for all participants.</w:t>
      </w:r>
      <w:r/>
    </w:p>
    <w:p>
      <w:pPr>
        <w:pStyle w:val="ListNumber"/>
        <w:spacing w:line="240" w:lineRule="auto"/>
        <w:ind w:left="720"/>
      </w:pPr>
      <w:r/>
      <w:hyperlink r:id="rId14">
        <w:r>
          <w:rPr>
            <w:color w:val="0000EE"/>
            <w:u w:val="single"/>
          </w:rPr>
          <w:t>https://www.jyu.fi/en/events/jyvaskyla-pride-week-2026</w:t>
        </w:r>
      </w:hyperlink>
      <w:r>
        <w:t xml:space="preserve"> - The University of Jyväskylä and JYY are participating in JKL Pride Week from September 7 to 13, 2026. One of the events is the Queer Speed Friending on Tuesday, September 8, from 5:00 p.m. to 9:00 p.m. at Ilokivi Venue. The event is organized like a game of bingo, allowing participants to meet new people in a bilingual (Finnish and English) setting. Coffee, tea, and juice will be provided. The first round starts at 5:15 p.m., with each round lasting 15 minutes, followed by a 15-minute break after three rounds.</w:t>
      </w:r>
      <w:r/>
    </w:p>
    <w:p>
      <w:pPr>
        <w:pStyle w:val="ListNumber"/>
        <w:spacing w:line="240" w:lineRule="auto"/>
        <w:ind w:left="720"/>
      </w:pPr>
      <w:r/>
      <w:hyperlink r:id="rId15">
        <w:r>
          <w:rPr>
            <w:color w:val="0000EE"/>
            <w:u w:val="single"/>
          </w:rPr>
          <w:t>https://lahtipride.fi/?lang=en&amp;page_id=4103</w:t>
        </w:r>
      </w:hyperlink>
      <w:r>
        <w:t xml:space="preserve"> - Lahti Pride Week 2026 will be celebrated from May 18 to 24, with the theme 'Permission to be seen'. The event aims to highlight that minorities are a valued part of society and have the right to be seen and heard. The week will feature a variety of events, including lectures, workshops, cultural events, and parties, culminating in the traditional Pride parade and main day celebrations on Saturday. The City of Lahti is the event's main partner, and the patron is Raija Forsman from Visit Lahti.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avonsanomat.fi/paakirjoitus-mielipide/9710632" TargetMode="External"/><Relationship Id="rId10" Type="http://schemas.openxmlformats.org/officeDocument/2006/relationships/hyperlink" Target="https://www.visitfinland.com/en/articles/celebrate-with-pride-in-finland/" TargetMode="External"/><Relationship Id="rId11" Type="http://schemas.openxmlformats.org/officeDocument/2006/relationships/hyperlink" Target="https://borderpride.fi/en/" TargetMode="External"/><Relationship Id="rId12" Type="http://schemas.openxmlformats.org/officeDocument/2006/relationships/hyperlink" Target="https://pride.fi/en/tapahtuma/helsinki-pride-kulkue/" TargetMode="External"/><Relationship Id="rId13" Type="http://schemas.openxmlformats.org/officeDocument/2006/relationships/hyperlink" Target="https://pride.fi/en/helsinki-pride-2026/pride-house-2026/" TargetMode="External"/><Relationship Id="rId14" Type="http://schemas.openxmlformats.org/officeDocument/2006/relationships/hyperlink" Target="https://www.jyu.fi/en/events/jyvaskyla-pride-week-2026" TargetMode="External"/><Relationship Id="rId15" Type="http://schemas.openxmlformats.org/officeDocument/2006/relationships/hyperlink" Target="https://lahtipride.fi/?lang=en&amp;page_id=41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