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Boats: Zierikzee’s Pride Sails Ahead of Mosselvloot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Watchers in Zierikzee will see a splash of colour on Saturday as a pride boat sails the harbour , organisers found a clever solution after initial resistance, and it matters for visibility, safety and community spirit.</w:t>
      </w:r>
      <w:r/>
      <w:r/>
    </w:p>
    <w:p>
      <w:pPr>
        <w:pStyle w:val="ListBullet"/>
        <w:spacing w:line="240" w:lineRule="auto"/>
        <w:ind w:left="720"/>
      </w:pPr>
      <w:r/>
      <w:r>
        <w:rPr>
          <w:b/>
        </w:rPr>
        <w:t>What’s happening:</w:t>
      </w:r>
      <w:r>
        <w:t xml:space="preserve"> a pride-decorated vessel, De Vrijbuiter, will sail the harbour in Zierikzee shortly before the traditional mosselkotter parade. </w:t>
      </w:r>
      <w:r/>
    </w:p>
    <w:p>
      <w:pPr>
        <w:pStyle w:val="ListBullet"/>
        <w:spacing w:line="240" w:lineRule="auto"/>
        <w:ind w:left="720"/>
      </w:pPr>
      <w:r/>
      <w:r>
        <w:rPr>
          <w:b/>
        </w:rPr>
        <w:t>Context:</w:t>
      </w:r>
      <w:r>
        <w:t xml:space="preserve"> organisers initially blocked the pride boat from joining the mosselvloot; community pushback and alternative planning produced a compromise. </w:t>
      </w:r>
      <w:r/>
    </w:p>
    <w:p>
      <w:pPr>
        <w:pStyle w:val="ListBullet"/>
        <w:spacing w:line="240" w:lineRule="auto"/>
        <w:ind w:left="720"/>
      </w:pPr>
      <w:r/>
      <w:r>
        <w:rPr>
          <w:b/>
        </w:rPr>
        <w:t>Feel of the moment:</w:t>
      </w:r>
      <w:r>
        <w:t xml:space="preserve"> expect a bright, festive launch and a warm, emotional atmosphere , organisers describe relief and urgency. </w:t>
      </w:r>
      <w:r/>
    </w:p>
    <w:p>
      <w:pPr>
        <w:pStyle w:val="ListBullet"/>
        <w:spacing w:line="240" w:lineRule="auto"/>
        <w:ind w:left="720"/>
      </w:pPr>
      <w:r/>
      <w:r>
        <w:rPr>
          <w:b/>
        </w:rPr>
        <w:t>Practical detail:</w:t>
      </w:r>
      <w:r>
        <w:t xml:space="preserve"> there’s also a shore-based event at café Kort Dag from 14:30 with limited capacity; sign-up is via 3fm.nl/pride. </w:t>
      </w:r>
      <w:r/>
    </w:p>
    <w:p>
      <w:pPr>
        <w:pStyle w:val="ListBullet"/>
        <w:spacing w:line="240" w:lineRule="auto"/>
        <w:ind w:left="720"/>
      </w:pPr>
      <w:r/>
      <w:r>
        <w:rPr>
          <w:b/>
        </w:rPr>
        <w:t>Why it matters:</w:t>
      </w:r>
      <w:r>
        <w:t xml:space="preserve"> the move highlights local tension between tradition and inclusion, and shows how grassroots action can create visible space.</w:t>
      </w:r>
      <w:r/>
      <w:r/>
    </w:p>
    <w:p>
      <w:pPr>
        <w:pStyle w:val="Heading2"/>
      </w:pPr>
      <w:r>
        <w:t>A colourful detour before the mosselkotters , what to expect</w:t>
      </w:r>
      <w:r/>
    </w:p>
    <w:p>
      <w:r/>
      <w:r>
        <w:t>The pride boat won’t mingle with the mosselvloot but will leave and return to the harbour before the mussel cutters set off, so you’ll still get a clear, joyous parade on the water. That means bright bunting, music and a compact, celebratory feel rather than a long procession. Organisers and participants say the atmosphere will be emotional , relief at being seen, and a little triumph.</w:t>
      </w:r>
      <w:r/>
    </w:p>
    <w:p>
      <w:r/>
      <w:r>
        <w:t>Stichting Promotie Havendagen initially decided the pride boat couldn’t join the main programme because some traditional participants threatened to pull out. That sparked a quick rethink from the initiative’s backers, including broadcaster HUMAN, radio 3FM and local activist Helene de Vries, who sought alternatives so the event could go ahead without disrupting the mosselvloot.</w:t>
      </w:r>
      <w:r/>
    </w:p>
    <w:p>
      <w:r/>
      <w:r>
        <w:t>If you want to watch from shore, pick a spot near ’t Luitje where the Vrijbuiter will return, or arrive early at the quay. Expect a short, focused sail rather than a long parade, so plan to be in place when the boat sets off.</w:t>
      </w:r>
      <w:r/>
    </w:p>
    <w:p>
      <w:pPr>
        <w:pStyle w:val="Heading2"/>
      </w:pPr>
      <w:r>
        <w:t>How a community compromise was reached</w:t>
      </w:r>
      <w:r/>
    </w:p>
    <w:p>
      <w:r/>
      <w:r>
        <w:t>When the pride boat was initially excluded, the organisers framed it as a protective decision for the Havendagen programme, rather than a judgement on the queer community. That phrasing didn’t land well with many locals and organisers, who argued that the decision silenced people who need visibility.</w:t>
      </w:r>
      <w:r/>
    </w:p>
    <w:p>
      <w:r/>
      <w:r>
        <w:t>Rather than escalate, the pride team pivoted. They booked a party at café Kort Dag for those who can’t fit on the quay and arranged the harbour sail outside the official parade slot. HUMAN put out a press release saying the municipal and event organisers had been told about the alternative route, though the event’s chairman said he hadn’t been consulted.</w:t>
      </w:r>
      <w:r/>
    </w:p>
    <w:p>
      <w:r/>
      <w:r>
        <w:t>That contrast , a formal organiser insisting no consultation happened versus activists saying they informed the hosts , shows how small events can become symbolic tests of inclusion in seaside towns where tradition runs deep.</w:t>
      </w:r>
      <w:r/>
    </w:p>
    <w:p>
      <w:pPr>
        <w:pStyle w:val="Heading2"/>
      </w:pPr>
      <w:r>
        <w:t>Why the timing and route matter for safety and message</w:t>
      </w:r>
      <w:r/>
    </w:p>
    <w:p>
      <w:r/>
      <w:r>
        <w:t>Leaving before the mosselkotters starts avoids direct confrontation with crews who opposed the idea, which reduces risk and makes the sail a clear, standalone statement. It also keeps the main event intact, helping to defuse claims that the pride boat would “hijack” Havendagen.</w:t>
      </w:r>
      <w:r/>
    </w:p>
    <w:p>
      <w:r/>
      <w:r>
        <w:t>Helene de Vries has been vocal: seeing messages from people who don’t feel safe to be themselves is what spurred the action. That human note is important , it’s not just spectacle, it’s tangible support for locals who might otherwise stay hidden.</w:t>
      </w:r>
      <w:r/>
    </w:p>
    <w:p>
      <w:r/>
      <w:r>
        <w:t>If you’re organising similar visibility efforts, this is a useful blueprint: plan a visible, safe slot; inform authorities; and provide indoor alternatives for overflow.</w:t>
      </w:r>
      <w:r/>
    </w:p>
    <w:p>
      <w:pPr>
        <w:pStyle w:val="Heading2"/>
      </w:pPr>
      <w:r>
        <w:t>A small local row with wider resonance</w:t>
      </w:r>
      <w:r/>
    </w:p>
    <w:p>
      <w:r/>
      <w:r>
        <w:t>This isn’t unique to Zierikzee , pride boats and canal parades have become staple, visible elements in many Dutch cities, from Amsterdam’s Canal Parade to smaller coastal and inland Prides. In other towns, wildlife groups, zoos and boating clubs have found creative ways to join or support Pride without derailing established events.</w:t>
      </w:r>
      <w:r/>
    </w:p>
    <w:p>
      <w:r/>
      <w:r>
        <w:t>What’s striking in Zierikzee is the speed of reaction: an initial refusal, fast community organising, and a solution that keeps both tradition and inclusion visible. It’s a reminder that civic life is negotiated in public, sometimes in a single weekend.</w:t>
      </w:r>
      <w:r/>
    </w:p>
    <w:p>
      <w:pPr>
        <w:pStyle w:val="Heading2"/>
      </w:pPr>
      <w:r>
        <w:t>How to join, watch or support safely</w:t>
      </w:r>
      <w:r/>
    </w:p>
    <w:p>
      <w:r/>
      <w:r>
        <w:t>If you want to be part of the harbour sail, turn up early and respect the organisers’ guidance; capacity on shore events is limited and pre-registration is required for some gatherings via 3fm.nl/pride. Be mindful of space on the quay, and consider quieter ways to show support , flags, supportive signs and positive social media posts help broaden the message without crowding the harbour.</w:t>
      </w:r>
      <w:r/>
    </w:p>
    <w:p>
      <w:r/>
      <w:r>
        <w:t>If you’re local, check volunteer opportunities with the organisers; small events like this rely on helpers for stewarding and safety.</w:t>
      </w:r>
      <w:r/>
    </w:p>
    <w:p>
      <w:r/>
      <w:r>
        <w:t>It’s a small change that can make every celebration feel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1">
        <w:r>
          <w:rPr>
            <w:color w:val="0000EE"/>
            <w:u w:val="single"/>
          </w:rPr>
          <w:t>[4]</w:t>
        </w:r>
      </w:hyperlink>
      <w:r>
        <w:t xml:space="preserve">- Paragraph 5: </w:t>
      </w:r>
      <w:hyperlink r:id="rId13">
        <w:r>
          <w:rPr>
            <w:color w:val="0000EE"/>
            <w:u w:val="single"/>
          </w:rPr>
          <w:t>[3]</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https://www.pzc.nl/schouwen-duiveland/pride-vaart-zaterdag-toch-mee-in-zierikzee-ruim-voor-de-mosselkotters-uit~ad167bc0/</w:t>
        </w:r>
      </w:hyperlink>
      <w:r>
        <w:t xml:space="preserve"> - Please view link - unable to able to access data</w:t>
      </w:r>
      <w:r/>
    </w:p>
    <w:p>
      <w:pPr>
        <w:pStyle w:val="ListNumber"/>
        <w:spacing w:line="240" w:lineRule="auto"/>
        <w:ind w:left="720"/>
      </w:pPr>
      <w:r/>
      <w:hyperlink r:id="rId10">
        <w:r>
          <w:rPr>
            <w:color w:val="0000EE"/>
            <w:u w:val="single"/>
          </w:rPr>
          <w:t>https://www.looopings.nl/weblog/23137/Fotos-dierentuin-Artis-vaart-mee-met-Canal-Parade-tijdens-Pride-Amsterdam.html</w:t>
        </w:r>
      </w:hyperlink>
      <w:r>
        <w:t xml:space="preserve"> - In August 2023, Artis Zoo in Amsterdam participated in the Canal Parade during Pride Amsterdam. The zoo's boat, themed 'nature is queer and queer is natural', featured lush greenery and the non-binary mascot Artis de Partis. Artis has been highlighting sexual diversity in nature for over 30 years, offering tours and lectures on the subject. The participation aimed to raise awareness about the natural occurrence of same-sex behaviour among various species.</w:t>
      </w:r>
      <w:r/>
    </w:p>
    <w:p>
      <w:pPr>
        <w:pStyle w:val="ListNumber"/>
        <w:spacing w:line="240" w:lineRule="auto"/>
        <w:ind w:left="720"/>
      </w:pPr>
      <w:r/>
      <w:hyperlink r:id="rId13">
        <w:r>
          <w:rPr>
            <w:color w:val="0000EE"/>
            <w:u w:val="single"/>
          </w:rPr>
          <w:t>https://nltimes.nl/2023/08/05/despite-rain-26th-canal-parade-amsterdam-full-swing</w:t>
        </w:r>
      </w:hyperlink>
      <w:r>
        <w:t xml:space="preserve"> - On August 5, 2023, Amsterdam hosted the 26th Canal Parade as part of Pride Amsterdam. Despite intermittent rain, the event attracted large crowds along the Prinsengracht, with attendees adorned in pride flags and colourful attire. Spectators, prepared with umbrellas and ponchos, gathered on the streets, balconies, and rooftops to witness the vibrant parade, underscoring the city's commitment to LGBTQ+ visibility and celebration.</w:t>
      </w:r>
      <w:r/>
    </w:p>
    <w:p>
      <w:pPr>
        <w:pStyle w:val="ListNumber"/>
        <w:spacing w:line="240" w:lineRule="auto"/>
        <w:ind w:left="720"/>
      </w:pPr>
      <w:r/>
      <w:hyperlink r:id="rId11">
        <w:r>
          <w:rPr>
            <w:color w:val="0000EE"/>
            <w:u w:val="single"/>
          </w:rPr>
          <w:t>https://www.zeelandnet.nl/nieuws/zeeuwse-sloep-vaart-zaterdag-mee-met-utrecht-pride</w:t>
        </w:r>
      </w:hyperlink>
      <w:r>
        <w:t xml:space="preserve"> - In June 2023, a Zeeuwse boat participated in the Utrecht Pride Canal Parade. This initiative was part of Goes being designated as the host city for Roze Zaterdag 2023, a significant LGBTQ+ event in the Netherlands. The participation aimed to promote Zeeland's inclusivity and support for the LGBTQ+ community, highlighting the region's commitment to diversity and acceptance.</w:t>
      </w:r>
      <w:r/>
    </w:p>
    <w:p>
      <w:pPr>
        <w:pStyle w:val="ListNumber"/>
        <w:spacing w:line="240" w:lineRule="auto"/>
        <w:ind w:left="720"/>
      </w:pPr>
      <w:r/>
      <w:hyperlink r:id="rId14">
        <w:r>
          <w:rPr>
            <w:color w:val="0000EE"/>
            <w:u w:val="single"/>
          </w:rPr>
          <w:t>https://www.queerartikel.de/en/pages/csd-termine-2023</w:t>
        </w:r>
      </w:hyperlink>
      <w:r>
        <w:t xml:space="preserve"> - The 2023 Christopher Street Day (CSD) events, commemorating the Stonewall uprisings of 1969, took place across various cities in Germany. These events serve as demonstrations and rallies advocating for queer rights and visibility. The CSDs feature both celebratory and activist aspects, with participants showcasing their identities and addressing ongoing challenges faced by the LGBTQ+ community.</w:t>
      </w:r>
      <w:r/>
    </w:p>
    <w:p>
      <w:pPr>
        <w:pStyle w:val="ListNumber"/>
        <w:spacing w:line="240" w:lineRule="auto"/>
        <w:ind w:left="720"/>
      </w:pPr>
      <w:r/>
      <w:hyperlink r:id="rId12">
        <w:r>
          <w:rPr>
            <w:color w:val="0000EE"/>
            <w:u w:val="single"/>
          </w:rPr>
          <w:t>https://nnieuws.be/artikel/oosterscheldekreeft-kreeftenvissers-en-publiek-staan-centraal-zierikzee</w:t>
        </w:r>
      </w:hyperlink>
      <w:r>
        <w:t xml:space="preserve"> - In March 2023, Zierikzee celebrated the opening of the Oosterscheldekreeft season with the arrival of the 'Lucy Lobster' boat, carrying the first catch of the year. The event, attended by former lobster fisherman Sam Uil and Kreeften Koningin Jascha de Jong, underscored the region's rich maritime heritage and the significance of lobster fishing to the local community.</w:t>
      </w:r>
      <w:r/>
    </w:p>
    <w:p>
      <w:pPr>
        <w:pStyle w:val="ListNumber"/>
        <w:spacing w:line="240" w:lineRule="auto"/>
        <w:ind w:left="720"/>
      </w:pPr>
      <w:r/>
      <w:hyperlink r:id="rId10">
        <w:r>
          <w:rPr>
            <w:color w:val="0000EE"/>
            <w:u w:val="single"/>
          </w:rPr>
          <w:t>https://www.looopings.nl/weblog/23137/Fotos-dierentuin-Artis-vaart-mee-met-Canal-Parade-tijdens-Pride-Amsterdam.html</w:t>
        </w:r>
      </w:hyperlink>
      <w:r>
        <w:t xml:space="preserve"> - In August 2023, Artis Zoo in Amsterdam participated in the Canal Parade during Pride Amsterdam. The zoo's boat, themed 'nature is queer and queer is natural', featured lush greenery and the non-binary mascot Artis de Partis. Artis has been highlighting sexual diversity in nature for over 30 years, offering tours and lectures on the subject. The participation aimed to raise awareness about the natural occurrence of same-sex behaviour among various species.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zc.nl/schouwen-duiveland/pride-vaart-zaterdag-toch-mee-in-zierikzee-ruim-voor-de-mosselkotters-uit~ad167bc0/" TargetMode="External"/><Relationship Id="rId10" Type="http://schemas.openxmlformats.org/officeDocument/2006/relationships/hyperlink" Target="https://www.looopings.nl/weblog/23137/Fotos-dierentuin-Artis-vaart-mee-met-Canal-Parade-tijdens-Pride-Amsterdam.html" TargetMode="External"/><Relationship Id="rId11" Type="http://schemas.openxmlformats.org/officeDocument/2006/relationships/hyperlink" Target="https://www.zeelandnet.nl/nieuws/zeeuwse-sloep-vaart-zaterdag-mee-met-utrecht-pride" TargetMode="External"/><Relationship Id="rId12" Type="http://schemas.openxmlformats.org/officeDocument/2006/relationships/hyperlink" Target="https://nnieuws.be/artikel/oosterscheldekreeft-kreeftenvissers-en-publiek-staan-centraal-zierikzee" TargetMode="External"/><Relationship Id="rId13" Type="http://schemas.openxmlformats.org/officeDocument/2006/relationships/hyperlink" Target="https://nltimes.nl/2023/08/05/despite-rain-26th-canal-parade-amsterdam-full-swing" TargetMode="External"/><Relationship Id="rId14" Type="http://schemas.openxmlformats.org/officeDocument/2006/relationships/hyperlink" Target="https://www.queerartikel.de/en/pages/csd-termine-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