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Orlando Out Fest 2026 Plans: What to Expect From the Queer Arts Festival Return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culture and fans of queer performance are celebrating: Orlando Out Fest returns Sept 10–13 with 21 shows across The Center Orlando, Renaissance Theatre Company and Savoy Orlando, plus a free opening party on Sept 9 , a bigger, community‑minded comeback after last year’s pause.</w:t>
      </w:r>
      <w:r/>
    </w:p>
    <w:p>
      <w:r/>
      <w:r>
        <w:t>Essential Takeaways</w:t>
      </w:r>
      <w:r/>
      <w:r/>
    </w:p>
    <w:p>
      <w:pPr>
        <w:pStyle w:val="ListBullet"/>
        <w:spacing w:line="240" w:lineRule="auto"/>
        <w:ind w:left="720"/>
      </w:pPr>
      <w:r/>
      <w:r>
        <w:rPr>
          <w:b/>
        </w:rPr>
        <w:t>Dates and venues:</w:t>
      </w:r>
      <w:r>
        <w:t xml:space="preserve"> Sept 10–13 across The Center Orlando, The Renaissance Theatre Company and the Starlight Room at Savoy Orlando, with a free opening party Sept 9.</w:t>
      </w:r>
      <w:r/>
    </w:p>
    <w:p>
      <w:pPr>
        <w:pStyle w:val="ListBullet"/>
        <w:spacing w:line="240" w:lineRule="auto"/>
        <w:ind w:left="720"/>
      </w:pPr>
      <w:r/>
      <w:r>
        <w:rPr>
          <w:b/>
        </w:rPr>
        <w:t>Scale:</w:t>
      </w:r>
      <w:r>
        <w:t xml:space="preserve"> 21 shows and events, mixing theatre, film, music, drag and burlesque , local and national artists.</w:t>
      </w:r>
      <w:r/>
    </w:p>
    <w:p>
      <w:pPr>
        <w:pStyle w:val="ListBullet"/>
        <w:spacing w:line="240" w:lineRule="auto"/>
        <w:ind w:left="720"/>
      </w:pPr>
      <w:r/>
      <w:r>
        <w:rPr>
          <w:b/>
        </w:rPr>
        <w:t>Highlights to watch:</w:t>
      </w:r>
      <w:r>
        <w:t xml:space="preserve"> Films featuring Orlando drag icon Miss Sammy and Lily Gladstone, plus stand‑up, burlesque and Midnight Male Review benefit shows.</w:t>
      </w:r>
      <w:r/>
    </w:p>
    <w:p>
      <w:pPr>
        <w:pStyle w:val="ListBullet"/>
        <w:spacing w:line="240" w:lineRule="auto"/>
        <w:ind w:left="720"/>
      </w:pPr>
      <w:r/>
      <w:r>
        <w:rPr>
          <w:b/>
        </w:rPr>
        <w:t>Ticketing:</w:t>
      </w:r>
      <w:r>
        <w:t xml:space="preserve"> Club Fringe members get early access Aug 21; general public sales open Aug 24.</w:t>
      </w:r>
      <w:r/>
    </w:p>
    <w:p>
      <w:pPr>
        <w:pStyle w:val="ListBullet"/>
        <w:spacing w:line="240" w:lineRule="auto"/>
        <w:ind w:left="720"/>
      </w:pPr>
      <w:r/>
      <w:r>
        <w:rPr>
          <w:b/>
        </w:rPr>
        <w:t>Community feel:</w:t>
      </w:r>
      <w:r>
        <w:t xml:space="preserve"> Strong partnerships signal a broader footprint and shared support among queer institutions.</w:t>
      </w:r>
      <w:r/>
      <w:r/>
    </w:p>
    <w:p>
      <w:pPr>
        <w:pStyle w:val="Heading2"/>
      </w:pPr>
      <w:r>
        <w:t>A comeback that feels joyful and necessary</w:t>
      </w:r>
      <w:r/>
    </w:p>
    <w:p>
      <w:r/>
      <w:r>
        <w:t>The loudest note here is relief , and a little excitement. After the planned 2025 edition was shelved while Orlando Fringe reworked finances and sustainability, Out Fest is back in force with a crowd‑pleasing mix of theatre, film and live performance. The festival’s return feels celebratory and practical; it’s about visibility, yes, but also about rebuilding with partners who can keep it steady.</w:t>
      </w:r>
      <w:r/>
    </w:p>
    <w:p>
      <w:pPr>
        <w:pStyle w:val="Heading2"/>
      </w:pPr>
      <w:r>
        <w:t>Who’s curating and why it matters</w:t>
      </w:r>
      <w:r/>
    </w:p>
    <w:p>
      <w:r/>
      <w:r>
        <w:t>George Wallace, executive director of The Center Orlando and a former head of Orlando Fringe, is at the curatorial helm. He’s described the role as marrying his passions for theatre and LGBTQ service, and that perspective shows in the program: a deliberate blend of local talent and touring queer artists. That mix helps the festival feel rooted yet ambitious , exactly what you want when a community festival stages a comeback.</w:t>
      </w:r>
      <w:r/>
    </w:p>
    <w:p>
      <w:pPr>
        <w:pStyle w:val="Heading2"/>
      </w:pPr>
      <w:r>
        <w:t>What’s on stage and on screen</w:t>
      </w:r>
      <w:r/>
    </w:p>
    <w:p>
      <w:r/>
      <w:r>
        <w:t>Expect variety. The programme includes established Fringe favourites , stand‑up, storytelling, drag, and burlesque , alongside new cinematic work. Films like A Day in the Life of Miss Sammy and Greetings from Queertown: Orlando put local histories in focus, while Two Eyes brings a high‑profile performance presence to the line‑up. For late‑night crowd pleasers, Savoy’s Midnight Male Review and interactive screenings presented by Watermark Out News promise playful, social viewing.</w:t>
      </w:r>
      <w:r/>
    </w:p>
    <w:p>
      <w:pPr>
        <w:pStyle w:val="Heading2"/>
      </w:pPr>
      <w:r>
        <w:t>Why partnerships are the secret sauce</w:t>
      </w:r>
      <w:r/>
    </w:p>
    <w:p>
      <w:r/>
      <w:r>
        <w:t>This year’s footprint expands because Fringe teamed up with key queer institutions across the city. The partnerships spread shows into familiar, welcoming spaces and share resources, making the festival more resilient than a one‑venue event. Tempestt Halstead, Fringe’s artistic director, pointed to those collaborations as central to the return , and you can see why: shared venues mean bigger audiences, more cross‑pollination of communities, and a programme that feels city‑wide.</w:t>
      </w:r>
      <w:r/>
    </w:p>
    <w:p>
      <w:pPr>
        <w:pStyle w:val="Heading2"/>
      </w:pPr>
      <w:r>
        <w:t>How to make the most of the festival</w:t>
      </w:r>
      <w:r/>
    </w:p>
    <w:p>
      <w:r/>
      <w:r>
        <w:t>Plan like a local. Decide what you want first: cinema, drag, or experimental theatre, then book early , Club Fringe members get first dibs on Aug 21, with public sales from Aug 24. For group nights, pick shows at the same venue to avoid dashing across town. And bring cash or small change: community festivals still favour street‑level hospitality and popup vendors that like the simplicity.</w:t>
      </w:r>
      <w:r/>
    </w:p>
    <w:p>
      <w:r/>
      <w:r>
        <w:t>It’s a small change that can make every show feel like a homecoming.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2">
        <w:r>
          <w:rPr>
            <w:color w:val="0000EE"/>
            <w:u w:val="single"/>
          </w:rPr>
          <w:t>[3]</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https://bungalower.com/2026/08/19/orlando-fringe-reveals-full-out-fest-plans-after-a-year-away/</w:t>
        </w:r>
      </w:hyperlink>
      <w:r>
        <w:t xml:space="preserve"> - Please view link - unable to able to access data</w:t>
      </w:r>
      <w:r/>
    </w:p>
    <w:p>
      <w:pPr>
        <w:pStyle w:val="ListNumber"/>
        <w:spacing w:line="240" w:lineRule="auto"/>
        <w:ind w:left="720"/>
      </w:pPr>
      <w:r/>
      <w:hyperlink r:id="rId10">
        <w:r>
          <w:rPr>
            <w:color w:val="0000EE"/>
            <w:u w:val="single"/>
          </w:rPr>
          <w:t>https://www.orlandofringe.org/orlando-out-fest</w:t>
        </w:r>
      </w:hyperlink>
      <w:r>
        <w:t xml:space="preserve"> - Orlando Out Fest is a curated festival produced by Orlando Fringe, celebrating exclusively LGBTQIA stories, artists, and history. The event is scheduled for September 10–13, 2026, and will feature a variety of performances and activities. Tickets for Club Fringe members and the general public will be available soon. For more information, visit the official Orlando Fringe website.</w:t>
      </w:r>
      <w:r/>
    </w:p>
    <w:p>
      <w:pPr>
        <w:pStyle w:val="ListNumber"/>
        <w:spacing w:line="240" w:lineRule="auto"/>
        <w:ind w:left="720"/>
      </w:pPr>
      <w:r/>
      <w:hyperlink r:id="rId12">
        <w:r>
          <w:rPr>
            <w:color w:val="0000EE"/>
            <w:u w:val="single"/>
          </w:rPr>
          <w:t>https://www.orlandofringe.org/festivals</w:t>
        </w:r>
      </w:hyperlink>
      <w:r>
        <w:t xml:space="preserve"> - Orlando Fringe offers several festivals throughout the year, including the Orlando International Fringe Theatre Festival, Winter Mini–Fest, and Orlando Out Fest. Each festival provides unique experiences, showcasing a diverse range of performances and art forms. The Orlando International Fringe Theatre Festival is the oldest Fringe Festival in the U.S., offering a variety of experiences for artists and audiences alike.</w:t>
      </w:r>
      <w:r/>
    </w:p>
    <w:p>
      <w:pPr>
        <w:pStyle w:val="ListNumber"/>
        <w:spacing w:line="240" w:lineRule="auto"/>
        <w:ind w:left="720"/>
      </w:pPr>
      <w:r/>
      <w:hyperlink r:id="rId11">
        <w:r>
          <w:rPr>
            <w:color w:val="0000EE"/>
            <w:u w:val="single"/>
          </w:rPr>
          <w:t>https://www.orlandoweekly.com/arts/the-center-orlando-launches-queer-arts-festival-q-fest/</w:t>
        </w:r>
      </w:hyperlink>
      <w:r>
        <w:t xml:space="preserve"> - The Center Orlando has launched Q Fest, an interactive LGBTQ+ theater and film festival, set to take place over four days from November 13 to 16, 2025. The festival will focus on queer artists and stories, featuring live performances, film screenings, and community events. Tickets for Q Fest go on sale September 12 at Eventenly or on The Center’s website.</w:t>
      </w:r>
      <w:r/>
    </w:p>
    <w:p>
      <w:pPr>
        <w:pStyle w:val="ListNumber"/>
        <w:spacing w:line="240" w:lineRule="auto"/>
        <w:ind w:left="720"/>
      </w:pPr>
      <w:r/>
      <w:hyperlink r:id="rId13">
        <w:r>
          <w:rPr>
            <w:color w:val="0000EE"/>
            <w:u w:val="single"/>
          </w:rPr>
          <w:t>https://www.orlandoweekly.com/arts/q-fest-at-the-center-spotlights-queer-artists-in-central-florida/</w:t>
        </w:r>
      </w:hyperlink>
      <w:r>
        <w:t xml:space="preserve"> - Q Fest, a four-day celebration of LGBTQIA+ theater and film, took place at The Center Orlando from November 13 to 16, 2025. The festival featured performances and screenings by queer artists, aiming to provide a platform for the community to see themselves reflected in art and engage with stories that matter to them.</w:t>
      </w:r>
      <w:r/>
    </w:p>
    <w:p>
      <w:pPr>
        <w:pStyle w:val="ListNumber"/>
        <w:spacing w:line="240" w:lineRule="auto"/>
        <w:ind w:left="720"/>
      </w:pPr>
      <w:r/>
      <w:hyperlink r:id="rId14">
        <w:r>
          <w:rPr>
            <w:color w:val="0000EE"/>
            <w:u w:val="single"/>
          </w:rPr>
          <w:t>https://www.orlandoweekly.com/arts/things-to-do/renaissance-theatre-co-announces-megan-hilty-and-shea-coule-for-fundraising-gala/</w:t>
        </w:r>
      </w:hyperlink>
      <w:r>
        <w:t xml:space="preserve"> - Renaissance Theatre Co. has announced Broadway and TV star Megan Hilty and RuPaul's Drag Race Season 5 winner Shea Couleé as special guests for their fundraising gala on September 22, 2026. The event aims to raise funds for the theatre company, which has been recovering from the sudden closure of their Ivanhoe space last year.</w:t>
      </w:r>
      <w:r/>
    </w:p>
    <w:p>
      <w:pPr>
        <w:pStyle w:val="ListNumber"/>
        <w:spacing w:line="240" w:lineRule="auto"/>
        <w:ind w:left="720"/>
      </w:pPr>
      <w:r/>
      <w:hyperlink r:id="rId11">
        <w:r>
          <w:rPr>
            <w:color w:val="0000EE"/>
            <w:u w:val="single"/>
          </w:rPr>
          <w:t>https://www.orlandoweekly.com/arts/the-center-orlando-launches-queer-arts-festival-q-fest/</w:t>
        </w:r>
      </w:hyperlink>
      <w:r>
        <w:t xml:space="preserve"> - The Center Orlando has launched Q Fest, an interactive LGBTQ+ theater and film festival, set to take place over four days from November 13 to 16, 2025. The festival will focus on queer artists and stories, featuring live performances, film screenings, and community events. Tickets for Q Fest go on sale September 12 at Eventenly or on The Center’s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ungalower.com/2026/08/19/orlando-fringe-reveals-full-out-fest-plans-after-a-year-away/" TargetMode="External"/><Relationship Id="rId10" Type="http://schemas.openxmlformats.org/officeDocument/2006/relationships/hyperlink" Target="https://www.orlandofringe.org/orlando-out-fest" TargetMode="External"/><Relationship Id="rId11" Type="http://schemas.openxmlformats.org/officeDocument/2006/relationships/hyperlink" Target="https://www.orlandoweekly.com/arts/the-center-orlando-launches-queer-arts-festival-q-fest/" TargetMode="External"/><Relationship Id="rId12" Type="http://schemas.openxmlformats.org/officeDocument/2006/relationships/hyperlink" Target="https://www.orlandofringe.org/festivals" TargetMode="External"/><Relationship Id="rId13" Type="http://schemas.openxmlformats.org/officeDocument/2006/relationships/hyperlink" Target="https://www.orlandoweekly.com/arts/q-fest-at-the-center-spotlights-queer-artists-in-central-florida/" TargetMode="External"/><Relationship Id="rId14" Type="http://schemas.openxmlformats.org/officeDocument/2006/relationships/hyperlink" Target="https://www.orlandoweekly.com/arts/things-to-do/renaissance-theatre-co-announces-megan-hilty-and-shea-coule-for-fundraising-gal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