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Kickabout: Foyle Pride’s Football v Homophobia Returns with Rainbow Cups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teams, families and allies take to the pitch as Foyle Pride’s Football v Homophobia tournament kicks off tomorrow in the Waterside , a colourful, competitive start to a packed 33rd festival that spotlights LGBTQIA+ community, culture and welcome.</w:t>
      </w:r>
      <w:r/>
    </w:p>
    <w:p>
      <w:r/>
      <w:r>
        <w:t>Essential Takeaways</w:t>
      </w:r>
      <w:r/>
      <w:r/>
    </w:p>
    <w:p>
      <w:pPr>
        <w:pStyle w:val="ListBullet"/>
        <w:spacing w:line="240" w:lineRule="auto"/>
        <w:ind w:left="720"/>
      </w:pPr>
      <w:r/>
      <w:r>
        <w:rPr>
          <w:b/>
        </w:rPr>
        <w:t>Annual celebration:</w:t>
      </w:r>
      <w:r>
        <w:t xml:space="preserve"> The tournament is part of Foyle Pride’s 33rd festival and marks the 10th edition of Football v Homophobia locally. </w:t>
      </w:r>
      <w:r/>
    </w:p>
    <w:p>
      <w:pPr>
        <w:pStyle w:val="ListBullet"/>
        <w:spacing w:line="240" w:lineRule="auto"/>
        <w:ind w:left="720"/>
      </w:pPr>
      <w:r/>
      <w:r>
        <w:rPr>
          <w:b/>
        </w:rPr>
        <w:t>New venue, familiar buzz:</w:t>
      </w:r>
      <w:r>
        <w:t xml:space="preserve"> Matches move to the Waterside Shared Village for the first time, with 16 teams competing. </w:t>
      </w:r>
      <w:r/>
    </w:p>
    <w:p>
      <w:pPr>
        <w:pStyle w:val="ListBullet"/>
        <w:spacing w:line="240" w:lineRule="auto"/>
        <w:ind w:left="720"/>
      </w:pPr>
      <w:r/>
      <w:r>
        <w:rPr>
          <w:b/>
        </w:rPr>
        <w:t>Prizes and guests:</w:t>
      </w:r>
      <w:r>
        <w:t xml:space="preserve"> Teams will play for a Rainbow Cup and Rainbow Shield; Jackie McCarthy O’Brien will present the trophies. </w:t>
      </w:r>
      <w:r/>
    </w:p>
    <w:p>
      <w:pPr>
        <w:pStyle w:val="ListBullet"/>
        <w:spacing w:line="240" w:lineRule="auto"/>
        <w:ind w:left="720"/>
      </w:pPr>
      <w:r/>
      <w:r>
        <w:rPr>
          <w:b/>
        </w:rPr>
        <w:t>Parade and family events:</w:t>
      </w:r>
      <w:r>
        <w:t xml:space="preserve"> The festival parade leaves Waterside Train Station on Saturday 29 August, following the original civil rights route to Guildhall Square. </w:t>
      </w:r>
      <w:r/>
    </w:p>
    <w:p>
      <w:pPr>
        <w:pStyle w:val="ListBullet"/>
        <w:spacing w:line="240" w:lineRule="auto"/>
        <w:ind w:left="720"/>
      </w:pPr>
      <w:r/>
      <w:r>
        <w:rPr>
          <w:b/>
        </w:rPr>
        <w:t>Community spirit:</w:t>
      </w:r>
      <w:r>
        <w:t xml:space="preserve"> Events combine sport, arts and outreach, aiming to celebrate talent while highlighting ongoing equality struggles.</w:t>
      </w:r>
      <w:r/>
      <w:r/>
    </w:p>
    <w:p>
      <w:pPr>
        <w:pStyle w:val="Heading2"/>
      </w:pPr>
      <w:r>
        <w:t>A colourful kick-off , why this tournament matters</w:t>
      </w:r>
      <w:r/>
    </w:p>
    <w:p>
      <w:r/>
      <w:r>
        <w:t>There’s a satisfying thud as the ball meets boot and you know why people love grassroots football , it’s noisy, physical and inclusive. According to Foyle Pride’s schedule, the local Football v Homophobia event opens tomorrow in the Waterside Shared Village, bringing 16 teams together to compete for Rainbow Cup and Rainbow Shield honours. That mix of sport and celebration makes the tournament an immediate crowd-pleaser, and it’s a simple way to signal that sport belongs to everyone.</w:t>
      </w:r>
      <w:r/>
    </w:p>
    <w:p>
      <w:r/>
      <w:r>
        <w:t>The competition has become a fixture on the festival calendar over the past decade. Organisers say it’s about more than silverware; it’s an accessible moment for young people, families and allies to meet, play and talk. If you’re wondering whether to turn up as a spectator, expect loud support, casual rivalry and the kind of on-pitch camaraderie that makes small events feel big.</w:t>
      </w:r>
      <w:r/>
    </w:p>
    <w:p>
      <w:pPr>
        <w:pStyle w:val="Heading2"/>
      </w:pPr>
      <w:r>
        <w:t>Jackie McCarthy O’Brien brings star power and a story</w:t>
      </w:r>
      <w:r/>
    </w:p>
    <w:p>
      <w:r/>
      <w:r>
        <w:t>A neat bit of theatre: former Ireland international Jackie McCarthy O’Brien will present the trophies this year. She’s noted for having represented Ireland in both soccer and rugby, and her presence underscores the event’s intersection of sporting achievement and LGBTQIA+ visibility. Jackie is also due in Derry to launch her memoir, We Made It Kid, which adds an extra human note to her visit.</w:t>
      </w:r>
      <w:r/>
    </w:p>
    <w:p>
      <w:r/>
      <w:r>
        <w:t>Having a guest like Jackie does two things , it rewards players with a notable role model and it draws attention to the festival beyond the usual crowd. For anyone who remembers the old myths about who belongs in sport, seeing a proud lesbian, Black former international on the sidelines is quietly powerful.</w:t>
      </w:r>
      <w:r/>
    </w:p>
    <w:p>
      <w:pPr>
        <w:pStyle w:val="Heading2"/>
      </w:pPr>
      <w:r>
        <w:t>New pitch, familiar aims , Waterside Shared Village hosts</w:t>
      </w:r>
      <w:r/>
    </w:p>
    <w:p>
      <w:r/>
      <w:r>
        <w:t>This is the first time the tournament has been held in the Waterside Shared Village, and that shift matters. Shared community spaces are symbolic as well as practical , they invite people to cross historic divides and enjoy shared activity. Event listings from Foyle Pride show a packed programme this year, and moving the tournament here feels like a deliberate effort to be visible in a different part of the city.</w:t>
      </w:r>
      <w:r/>
    </w:p>
    <w:p>
      <w:r/>
      <w:r>
        <w:t>If you’re entering a team, choose sizes and kit that are comfortable and easy to wash , community tournaments tend to be fast-paced and muddy. For parents and spectators, bring layers and a small folding chair; the Waterside spot is open and can get breezy.</w:t>
      </w:r>
      <w:r/>
    </w:p>
    <w:p>
      <w:pPr>
        <w:pStyle w:val="Heading2"/>
      </w:pPr>
      <w:r>
        <w:t>Parade plans and the wider celebration</w:t>
      </w:r>
      <w:r/>
    </w:p>
    <w:p>
      <w:r/>
      <w:r>
        <w:t>Sport is only the opening act. Festival organisers have confirmed the annual parade will start at Waterside Train Station at 2pm on Saturday 29 August, walking the original civil rights route to Guildhall Square for family-friendly music and activities. That route is both a practical parade line and a symbolic one, threading the festival back into local history.</w:t>
      </w:r>
      <w:r/>
    </w:p>
    <w:p>
      <w:r/>
      <w:r>
        <w:t>Expect a mix of floats, community groups and performers. The parade gives the whole event its public heartbeat , it’s where visibility becomes a shared, celebratory statement. For families, the post-march music and activities at Guildhall Square are designed to be welcoming and accessible.</w:t>
      </w:r>
      <w:r/>
    </w:p>
    <w:p>
      <w:pPr>
        <w:pStyle w:val="Heading2"/>
      </w:pPr>
      <w:r>
        <w:t>Why local sports events like this still matter</w:t>
      </w:r>
      <w:r/>
    </w:p>
    <w:p>
      <w:r/>
      <w:r>
        <w:t>Organisers and community voices point out that Pride remains about culture and joy, but also about ongoing struggles for equality. Football v Homophobia-style events use a familiar social glue , sport , to open conversations that might otherwise feel difficult. That’s practical activism: meet people where they are, play together and let friendships soften prejudice.</w:t>
      </w:r>
      <w:r/>
    </w:p>
    <w:p>
      <w:r/>
      <w:r>
        <w:t>If you want to show support but aren’t sure how, turning up is enough. Clap loudly, cheer fairly and consider signing up a workplace or friends’ team next year. Small gestures at events like this add up to cultural shifts over time.</w:t>
      </w:r>
      <w:r/>
    </w:p>
    <w:p>
      <w:r/>
      <w:r>
        <w:t>It’s a small change that can make every kick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https://www.derryjournal.com/news/people/derrys-football-v-homophobia-kicks-off-tomorrow-8928803</w:t>
        </w:r>
      </w:hyperlink>
      <w:r>
        <w:t xml:space="preserve"> - Please view link - unable to able to access data</w:t>
      </w:r>
      <w:r/>
    </w:p>
    <w:p>
      <w:pPr>
        <w:pStyle w:val="ListNumber"/>
        <w:spacing w:line="240" w:lineRule="auto"/>
        <w:ind w:left="720"/>
      </w:pPr>
      <w:r/>
      <w:hyperlink r:id="rId10">
        <w:r>
          <w:rPr>
            <w:color w:val="0000EE"/>
            <w:u w:val="single"/>
          </w:rPr>
          <w:t>https://www.foylepride.com/events</w:t>
        </w:r>
      </w:hyperlink>
      <w:r>
        <w:t xml:space="preserve"> - The Foyle Pride Festival is an annual event in Derry~Londonderry, Northern Ireland, celebrating LGBTQIA+ culture, lives, and talent. The 2026 festival features a range of events, including the Queer Writers Circle on 19 August, Football vs Homophobia tournament on 19 August, Queercal Comhrá an Bhróid on 25 August, The Pride Monologues on 26 August, and a film screening and Q&amp;A on 27 August. The festival aims to highlight the struggles the community still faces while celebrating its achievements.</w:t>
      </w:r>
      <w:r/>
    </w:p>
    <w:p>
      <w:pPr>
        <w:pStyle w:val="ListNumber"/>
        <w:spacing w:line="240" w:lineRule="auto"/>
        <w:ind w:left="720"/>
      </w:pPr>
      <w:r/>
      <w:hyperlink r:id="rId12">
        <w:r>
          <w:rPr>
            <w:color w:val="0000EE"/>
            <w:u w:val="single"/>
          </w:rPr>
          <w:t>https://www.footballvhomophobia.com/football-pride/</w:t>
        </w:r>
      </w:hyperlink>
      <w:r>
        <w:t xml:space="preserve"> - Football Pride is an initiative of the Football v Homophobia campaign, aiming to celebrate LGBTQ+ culture in football. The 2026 event is scheduled for 18 July in Leeds, featuring the Northern UK premiere of the documentary 'The Last Guest of the Holloway Motel', followed by a live Q&amp;A and social gathering. Previous events have been held in Leicester (2025), London (2024), and Manchester (2023), each focusing on promoting inclusivity and diversity within the sport.</w:t>
      </w:r>
      <w:r/>
    </w:p>
    <w:p>
      <w:pPr>
        <w:pStyle w:val="ListNumber"/>
        <w:spacing w:line="240" w:lineRule="auto"/>
        <w:ind w:left="720"/>
      </w:pPr>
      <w:r/>
      <w:hyperlink r:id="rId13">
        <w:r>
          <w:rPr>
            <w:color w:val="0000EE"/>
            <w:u w:val="single"/>
          </w:rPr>
          <w:t>https://www.omahonys.ie/we-made-it-kid-p-10622599.html</w:t>
        </w:r>
      </w:hyperlink>
      <w:r>
        <w:t xml:space="preserve"> - Jackie McCarthy O'Brien's memoir, 'We Made It, Kid', chronicles her extraordinary life from her birth in 1961 to an Irish mother and Jamaican father in Birmingham, to her upbringing in Limerick. The book details her experiences as a trailblazer in both soccer and rugby, her personal journey of self-discovery, and her emergence as a TikTok star and LGBTQ+ icon in her sixties. The memoir offers an inspiring narrative of resilience and identity.</w:t>
      </w:r>
      <w:r/>
    </w:p>
    <w:p>
      <w:pPr>
        <w:pStyle w:val="ListNumber"/>
        <w:spacing w:line="240" w:lineRule="auto"/>
        <w:ind w:left="720"/>
      </w:pPr>
      <w:r/>
      <w:hyperlink r:id="rId15">
        <w:r>
          <w:rPr>
            <w:color w:val="0000EE"/>
            <w:u w:val="single"/>
          </w:rPr>
          <w:t>https://www.footballvhomophobia.com/incredible-football-pride-brings-lgbtq-people-and-allies-together-in-manchester/</w:t>
        </w:r>
      </w:hyperlink>
      <w:r>
        <w:t xml:space="preserve"> - The 2023 Football Pride event, held alongside Manchester Pride, successfully united LGBTQ+ individuals and allies within the football community. The event featured panel discussions, social gatherings, and a vibrant parade, fostering a sense of community and support. Speakers included openly gay footballer Zander Murray and referee Stacey Pearson, who shared their experiences to inspire others. The event aimed to create more role models and promote inclusivity in the sport.</w:t>
      </w:r>
      <w:r/>
    </w:p>
    <w:p>
      <w:pPr>
        <w:pStyle w:val="ListNumber"/>
        <w:spacing w:line="240" w:lineRule="auto"/>
        <w:ind w:left="720"/>
      </w:pPr>
      <w:r/>
      <w:hyperlink r:id="rId11">
        <w:r>
          <w:rPr>
            <w:color w:val="0000EE"/>
            <w:u w:val="single"/>
          </w:rPr>
          <w:t>https://www.community-relations.org.uk/news-centre/foyle-cup-bringing-young-people-together-sport-and-good-community-relations</w:t>
        </w:r>
      </w:hyperlink>
      <w:r>
        <w:t xml:space="preserve"> - The O’Neills Foyle Cup, held from 18 to 23 July 2023 in Derry-Londonderry, is a significant cross-community event promoting social interaction and reconciliation. Over 10,000 young people and 2,000 adults participated, engaging in sports and a city centre parade. The event caters to boys aged 9-19, girls aged 8-16, and those with sports disabilities, fostering positive community relations and anti-sectarianism through sport.</w:t>
      </w:r>
      <w:r/>
    </w:p>
    <w:p>
      <w:pPr>
        <w:pStyle w:val="ListNumber"/>
        <w:spacing w:line="240" w:lineRule="auto"/>
        <w:ind w:left="720"/>
      </w:pPr>
      <w:r/>
      <w:hyperlink r:id="rId14">
        <w:r>
          <w:rPr>
            <w:color w:val="0000EE"/>
            <w:u w:val="single"/>
          </w:rPr>
          <w:t>https://www.ulster.ac.uk/peopleandculture/events/equality-diversity/foyle-pride-2023</w:t>
        </w:r>
      </w:hyperlink>
      <w:r>
        <w:t xml:space="preserve"> - Foyle Pride 2023, scheduled for Saturday 26 August, invites staff, students, alumni, and friends of Ulster University to join the parade in Derry~Londonderry. The event aims to acknowledge, empower, and celebrate the LGBTQ+ community, promoting inclusivity and diversity. Participants are encouraged to meet at the Waterside Train Station at 1pm to take part in the parade, highlighting the university's commitment to equality and community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news/people/derrys-football-v-homophobia-kicks-off-tomorrow-8928803" TargetMode="External"/><Relationship Id="rId10" Type="http://schemas.openxmlformats.org/officeDocument/2006/relationships/hyperlink" Target="https://www.foylepride.com/events" TargetMode="External"/><Relationship Id="rId11" Type="http://schemas.openxmlformats.org/officeDocument/2006/relationships/hyperlink" Target="https://www.community-relations.org.uk/news-centre/foyle-cup-bringing-young-people-together-sport-and-good-community-relations" TargetMode="External"/><Relationship Id="rId12" Type="http://schemas.openxmlformats.org/officeDocument/2006/relationships/hyperlink" Target="https://www.footballvhomophobia.com/football-pride/" TargetMode="External"/><Relationship Id="rId13" Type="http://schemas.openxmlformats.org/officeDocument/2006/relationships/hyperlink" Target="https://www.omahonys.ie/we-made-it-kid-p-10622599.html" TargetMode="External"/><Relationship Id="rId14" Type="http://schemas.openxmlformats.org/officeDocument/2006/relationships/hyperlink" Target="https://www.ulster.ac.uk/peopleandculture/events/equality-diversity/foyle-pride-2023" TargetMode="External"/><Relationship Id="rId15" Type="http://schemas.openxmlformats.org/officeDocument/2006/relationships/hyperlink" Target="https://www.footballvhomophobia.com/incredible-football-pride-brings-lgbtq-people-and-allies-together-in-manche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