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Tours in Chile: Pride Tours’ Long-Way South Itinerary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why LGBTQ+ travellers are booking Pride Tours for trips through Chile and beyond , from the otherworldly Atacama to wind-swept Patagonia, city nights in Santiago and Buenos Aires, and a mind-bending detour to Easter Island. This guide explains what to expect, why it matters, and how to choose the right trip for your pace and curiosity.</w:t>
      </w:r>
      <w:r/>
    </w:p>
    <w:p>
      <w:r/>
      <w:r>
        <w:t>Essential Takeaways</w:t>
      </w:r>
      <w:r/>
      <w:r/>
    </w:p>
    <w:p>
      <w:pPr>
        <w:pStyle w:val="ListBullet"/>
        <w:spacing w:line="240" w:lineRule="auto"/>
        <w:ind w:left="720"/>
      </w:pPr>
      <w:r/>
      <w:r>
        <w:rPr>
          <w:b/>
        </w:rPr>
        <w:t>Well-rounded routes:</w:t>
      </w:r>
      <w:r>
        <w:t xml:space="preserve"> Pride Tours links Atacama desert, Santiago, Lake District/Patagonia, Easter Island and Argentina into single itineraries that feel cohesive and adventurous.</w:t>
      </w:r>
      <w:r/>
    </w:p>
    <w:p>
      <w:pPr>
        <w:pStyle w:val="ListBullet"/>
        <w:spacing w:line="240" w:lineRule="auto"/>
        <w:ind w:left="720"/>
      </w:pPr>
      <w:r/>
      <w:r>
        <w:rPr>
          <w:b/>
        </w:rPr>
        <w:t>Queer-focused curation:</w:t>
      </w:r>
      <w:r>
        <w:t xml:space="preserve"> Guides, hotels and experiences are vetted for genuine LGBTQ+ welcome, not just tokenism.</w:t>
      </w:r>
      <w:r/>
    </w:p>
    <w:p>
      <w:pPr>
        <w:pStyle w:val="ListBullet"/>
        <w:spacing w:line="240" w:lineRule="auto"/>
        <w:ind w:left="720"/>
      </w:pPr>
      <w:r/>
      <w:r>
        <w:rPr>
          <w:b/>
        </w:rPr>
        <w:t>Comfort plus wildness:</w:t>
      </w:r>
      <w:r>
        <w:t xml:space="preserve"> Expect a mix of cosy city stays and rugged excursions , think boutique hotels, hot springs and glacier boat trips.</w:t>
      </w:r>
      <w:r/>
    </w:p>
    <w:p>
      <w:pPr>
        <w:pStyle w:val="ListBullet"/>
        <w:spacing w:line="240" w:lineRule="auto"/>
        <w:ind w:left="720"/>
      </w:pPr>
      <w:r/>
      <w:r>
        <w:rPr>
          <w:b/>
        </w:rPr>
        <w:t>Practical perks:</w:t>
      </w:r>
      <w:r>
        <w:t xml:space="preserve"> Small-group sizes, local experts, and logistics handled mean less stress on remote legs like Easter Island or Torres del Paine.</w:t>
      </w:r>
      <w:r/>
    </w:p>
    <w:p>
      <w:pPr>
        <w:pStyle w:val="ListBullet"/>
        <w:spacing w:line="240" w:lineRule="auto"/>
        <w:ind w:left="720"/>
      </w:pPr>
      <w:r/>
      <w:r>
        <w:rPr>
          <w:b/>
        </w:rPr>
        <w:t>Sensory highlights:</w:t>
      </w:r>
      <w:r>
        <w:t xml:space="preserve"> From crisp Andean air and star-strewn desert nights to Patagonian salt-breeze and volcanic sunsets.</w:t>
      </w:r>
      <w:r/>
      <w:r/>
    </w:p>
    <w:p>
      <w:pPr>
        <w:pStyle w:val="Heading2"/>
      </w:pPr>
      <w:r>
        <w:t>Why Pride Tours feels different , queer-first but never narrow</w:t>
      </w:r>
      <w:r/>
    </w:p>
    <w:p>
      <w:r/>
      <w:r>
        <w:t>Start with a simple fact: the company is run by LGBTQ+ people who design trips for LGBTQ+ people, so the little details matter. That means more than adding a rainbow flag; it shows in the choice of guides, the tone of activities and the safety net of vetted partners. According to the company’s information, itineraries range from city breaks to full-on expeditions, giving travellers the confidence to explore remote landscapes or join lively queer scenes without decoding local attitudes alone. For anyone who’s ever worried about being the only out person on a hiking trail, that built-in welcome is a relief.</w:t>
      </w:r>
      <w:r/>
    </w:p>
    <w:p>
      <w:pPr>
        <w:pStyle w:val="Heading2"/>
      </w:pPr>
      <w:r>
        <w:t>Atacama and Santiago: extreme landscapes, easy rhythms</w:t>
      </w:r>
      <w:r/>
    </w:p>
    <w:p>
      <w:r/>
      <w:r>
        <w:t>The northern leg of many Pride Tours trips centres on San Pedro de Atacama and Valle de la Luna, where salt flats and high-altitude lagoons create lunar scenery. Days here are tactile , crunchy salt underfoot, dry, clean air, and spectacular night skies , and the tour structure leaves room for slow mornings and late-night stargazing. Then it’s back to civilisation in Santiago: cable-car views, buzzing neighbourhoods and a compact queer nightlife with established venues, drag shows and late parties. Practical tip: pick a Santiago stay that allows a day trip to Valparaíso or the Maipo valley for wine tasting.</w:t>
      </w:r>
      <w:r/>
    </w:p>
    <w:p>
      <w:pPr>
        <w:pStyle w:val="Heading2"/>
      </w:pPr>
      <w:r>
        <w:t>Patagonia to the Lake District: dramatic, brisk, unforgettable</w:t>
      </w:r>
      <w:r/>
    </w:p>
    <w:p>
      <w:r/>
      <w:r>
        <w:t>Heading south, the pace changes entirely. Puerto Natales and Torres del Paine are about open horizons, bone-deep wind and huge, photogenic granite towers. Pride Tours’ Patagonia options combine hiking, boat cruises to glaciers and estancia visits that feel intimate , there’s a tactile joy to woollen winds and barbecued lamb after a day outdoors. Guides here aren’t just storytellers; they’re safety auditors. If you’re not used to rapidly changing weather, choose an itinerary with guided hikes and comfortable lodgings rather than multi-day independent treks.</w:t>
      </w:r>
      <w:r/>
    </w:p>
    <w:p>
      <w:pPr>
        <w:pStyle w:val="Heading2"/>
      </w:pPr>
      <w:r>
        <w:t>Easter Island and Antarctica: the bucket-list detours</w:t>
      </w:r>
      <w:r/>
    </w:p>
    <w:p>
      <w:r/>
      <w:r>
        <w:t>Pride Tours folds in some truly singular add-ons. Easter Island requires a long flight from Santiago but delivers volcanic coasts, lava caves and those iconic Moai at sunset , the statues’ silence hits you differently in person. For the truly adventurous, there’s even an Antarctica air-cruise that skips the Drake Passage and lets you board a small ship from Punta Arenas. These legs are logistically fiddly, so travel with an operator who handles permits, flights and timed transfers; you’ll arrive ready to marvel rather than scramble.</w:t>
      </w:r>
      <w:r/>
    </w:p>
    <w:p>
      <w:pPr>
        <w:pStyle w:val="Heading2"/>
      </w:pPr>
      <w:r>
        <w:t>Crossing the Andes into Argentina: city culture and vinous valleys</w:t>
      </w:r>
      <w:r/>
    </w:p>
    <w:p>
      <w:r/>
      <w:r>
        <w:t>Crossing to Argentina adds a different flavour: Buenos Aires offers theatrical queer history, tango and late-night club culture, while Mendoza brings back vineyard idylls and Malbec. Pride Tours highlights experiences that immerse you in local queer communities and culture, from walking tours that trace activist histories to nightlife outings and curated wine tastings. If you love food and people-watching, plan an evening in San Telmo or Recoleta and a daytime wine tour outside the city.</w:t>
      </w:r>
      <w:r/>
    </w:p>
    <w:p>
      <w:pPr>
        <w:pStyle w:val="Heading2"/>
      </w:pPr>
      <w:r>
        <w:t>How to pick the right Pride Tours trip for you</w:t>
      </w:r>
      <w:r/>
    </w:p>
    <w:p>
      <w:r/>
      <w:r>
        <w:t>First, decide your mood: are you after easy luxury with cultural touches, or rugged adventure with guided hikes? Then check group size and inclusions , transfers to remote airports, internal flights (Easter Island, Patagonia) and some meals can be decisive. Look for itineraries that explicitly list vetting standards for hotels and partners, so you know LGBTQ+ welcome is genuine. And finally, factor in seasons: Atacama is spectacular year-round for stargazing, while Patagonia’s summer months give the best hiking weather.</w:t>
      </w:r>
      <w:r/>
    </w:p>
    <w:p>
      <w:r/>
      <w:r>
        <w:t>It's a small change that can make every part of your trip feel safer, freer and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1">
        <w:r>
          <w:rPr>
            <w:color w:val="0000EE"/>
            <w:u w:val="single"/>
          </w:rPr>
          <w:t>[3]</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3">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[7]</w:t>
        </w:r>
      </w:hyperlink>
      <w:r>
        <w:t xml:space="preserve">- Paragraph 6: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https://twobadtourists.com/the-long-way-south-queer-chile-from-top-to-bottom/</w:t>
        </w:r>
      </w:hyperlink>
      <w:r>
        <w:t xml:space="preserve"> - Please view link - unable to able to access data</w:t>
      </w:r>
      <w:r/>
    </w:p>
    <w:p>
      <w:pPr>
        <w:pStyle w:val="ListNumber"/>
        <w:spacing w:line="240" w:lineRule="auto"/>
        <w:ind w:left="720"/>
      </w:pPr>
      <w:r/>
      <w:hyperlink r:id="rId10">
        <w:r>
          <w:rPr>
            <w:color w:val="0000EE"/>
            <w:u w:val="single"/>
          </w:rPr>
          <w:t>https://www.pridetours.com/</w:t>
        </w:r>
      </w:hyperlink>
      <w:r>
        <w:t xml:space="preserve"> - Pride Tours is an LGBTQ+-owned travel company offering curated journeys across Chile, Argentina, Antarctica, and Easter Island. They provide LGBTQ+-focused experiences, local guides, and partners chosen with queer travelers in mind, ensuring safety and inclusivity throughout the trip. Their offerings include the Atacama Desert Express, Patagonia Torres del Paine Grand Escape, Easter Island Experience, Mendoza Pride Adventure, Buenos Aires 101, and an Antarctica Air Cruise. Each itinerary is designed to connect travelers to the culture, people, and places that make each destination unique.</w:t>
      </w:r>
      <w:r/>
    </w:p>
    <w:p>
      <w:pPr>
        <w:pStyle w:val="ListNumber"/>
        <w:spacing w:line="240" w:lineRule="auto"/>
        <w:ind w:left="720"/>
      </w:pPr>
      <w:r/>
      <w:hyperlink r:id="rId11">
        <w:r>
          <w:rPr>
            <w:color w:val="0000EE"/>
            <w:u w:val="single"/>
          </w:rPr>
          <w:t>https://www.pridetours.com/chile</w:t>
        </w:r>
      </w:hyperlink>
      <w:r>
        <w:t xml:space="preserve"> - Pride Tours offers a variety of LGBTQ+-friendly experiences in Chile, including city tours in Santiago, wine tasting in Casablanca Valley, and visits to Valparaíso's street art scene. Their tours also cover the Atacama Desert, Patagonia's Torres del Paine, and Easter Island, providing immersive experiences that highlight Chile's diverse landscapes and rich queer history. Each tour is led by expert LGBTQ+ guides, ensuring a safe and authentic journey for travelers.</w:t>
      </w:r>
      <w:r/>
    </w:p>
    <w:p>
      <w:pPr>
        <w:pStyle w:val="ListNumber"/>
        <w:spacing w:line="240" w:lineRule="auto"/>
        <w:ind w:left="720"/>
      </w:pPr>
      <w:r/>
      <w:hyperlink r:id="rId15">
        <w:r>
          <w:rPr>
            <w:color w:val="0000EE"/>
            <w:u w:val="single"/>
          </w:rPr>
          <w:t>https://www.pridetours.com/santiago-de-chile</w:t>
        </w:r>
      </w:hyperlink>
      <w:r>
        <w:t xml:space="preserve"> - Pride Tours provides an LGBTQ+ travel guide to Santiago, Chile, highlighting vibrant neighborhoods like Bellavista, Bellas Artes, and Lastarria, known for their welcoming atmosphere and diverse nightlife. The guide also suggests day trips to Valparaíso, Cajón del Maipo, and the wine valleys of Maipo and Casablanca. Additionally, it offers information on winter activities in the Andes Mountains, including skiing and snowboarding in Farellones, making Santiago a top destination for LGBTQ+ travelers seeking a safe and enriching experience.</w:t>
      </w:r>
      <w:r/>
    </w:p>
    <w:p>
      <w:pPr>
        <w:pStyle w:val="ListNumber"/>
        <w:spacing w:line="240" w:lineRule="auto"/>
        <w:ind w:left="720"/>
      </w:pPr>
      <w:r/>
      <w:hyperlink r:id="rId12">
        <w:r>
          <w:rPr>
            <w:color w:val="0000EE"/>
            <w:u w:val="single"/>
          </w:rPr>
          <w:t>https://www.iglta.org/listing/pride-tours/4062/</w:t>
        </w:r>
      </w:hyperlink>
      <w:r>
        <w:t xml:space="preserve"> - Pride Tours is listed on the International LGBTQ+ Travel Association (IGLTA) website, providing access to tours, activities, itineraries, and cruises from various LGBTQ+ travel agencies and guides worldwide. Their mission is to create a safe space for the LGBTQ+ community, offering a platform to discover and book inclusive travel experiences globally. The listing includes contact information and an overview of their services, emphasizing their commitment to inclusivity and safety in travel.</w:t>
      </w:r>
      <w:r/>
    </w:p>
    <w:p>
      <w:pPr>
        <w:pStyle w:val="ListNumber"/>
        <w:spacing w:line="240" w:lineRule="auto"/>
        <w:ind w:left="720"/>
      </w:pPr>
      <w:r/>
      <w:hyperlink r:id="rId13">
        <w:r>
          <w:rPr>
            <w:color w:val="0000EE"/>
            <w:u w:val="single"/>
          </w:rPr>
          <w:t>https://gaysliving.com/viaje/viaje-single-lgtbiq-a-la-patagonia-argentina-buenos-aires-pride-2026/</w:t>
        </w:r>
      </w:hyperlink>
      <w:r>
        <w:t xml:space="preserve"> - Gaysliving offers a 12-day group trip for LGBTQ+ travelers exploring Argentina, combining visits to Patagonia's glaciers and natural landscapes with the vibrant energy of Buenos Aires during the LGBTQ+ Pride celebrations. The itinerary is designed to provide a safe, authentic, and fun environment to enjoy, connect, and celebrate diversity. The trip includes detailed flight information and pricing, catering to solo travelers, couples, and friends, ensuring an inclusive experience for all participants.</w:t>
      </w:r>
      <w:r/>
    </w:p>
    <w:p>
      <w:pPr>
        <w:pStyle w:val="ListNumber"/>
        <w:spacing w:line="240" w:lineRule="auto"/>
        <w:ind w:left="720"/>
      </w:pPr>
      <w:r/>
      <w:hyperlink r:id="rId14">
        <w:r>
          <w:rPr>
            <w:color w:val="0000EE"/>
            <w:u w:val="single"/>
          </w:rPr>
          <w:t>https://soypride.tur.ar/en/</w:t>
        </w:r>
      </w:hyperlink>
      <w:r>
        <w:t xml:space="preserve"> - Soy Pride is an LGBTQ+ travel agency offering experiences that allow travelers to be themselves while exploring diverse destinations. Their philosophy centers on designing experiences around fundamental pillars to achieve full enjoyment for each member of the traveling community. The agency emphasizes the importance of the journey over the destination, encouraging travelers to appreciate every moment and landscape as unique and unrepeatable. They offer various destinations, including São Paulo, Brazil, and other new destinations, focusing on inclusivity and authentic experiences.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wobadtourists.com/the-long-way-south-queer-chile-from-top-to-bottom/" TargetMode="External"/><Relationship Id="rId10" Type="http://schemas.openxmlformats.org/officeDocument/2006/relationships/hyperlink" Target="https://www.pridetours.com/" TargetMode="External"/><Relationship Id="rId11" Type="http://schemas.openxmlformats.org/officeDocument/2006/relationships/hyperlink" Target="https://www.pridetours.com/chile" TargetMode="External"/><Relationship Id="rId12" Type="http://schemas.openxmlformats.org/officeDocument/2006/relationships/hyperlink" Target="https://www.iglta.org/listing/pride-tours/4062/" TargetMode="External"/><Relationship Id="rId13" Type="http://schemas.openxmlformats.org/officeDocument/2006/relationships/hyperlink" Target="https://gaysliving.com/viaje/viaje-single-lgtbiq-a-la-patagonia-argentina-buenos-aires-pride-2026/" TargetMode="External"/><Relationship Id="rId14" Type="http://schemas.openxmlformats.org/officeDocument/2006/relationships/hyperlink" Target="https://soypride.tur.ar/en/" TargetMode="External"/><Relationship Id="rId15" Type="http://schemas.openxmlformats.org/officeDocument/2006/relationships/hyperlink" Target="https://www.pridetours.com/santiago-de-chi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