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Kindred Spirits Dance Celebrations Revive Houston’s Community Nightlife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good times turned out: The Montrose Center’s Kindred Spirits Dance filled the Ballroom at Bayou Place with music, drag, and multiple generations reconnecting , a lively, fundraising revival of a beloved Houston lesbian nightclub and its community legacy.</w:t>
      </w:r>
      <w:r/>
    </w:p>
    <w:p>
      <w:r/>
      <w:r>
        <w:t>Essential Takeaways</w:t>
      </w:r>
      <w:r/>
      <w:r/>
    </w:p>
    <w:p>
      <w:pPr>
        <w:pStyle w:val="ListBullet"/>
        <w:spacing w:line="240" w:lineRule="auto"/>
        <w:ind w:left="720"/>
      </w:pPr>
      <w:r/>
      <w:r>
        <w:rPr>
          <w:b/>
        </w:rPr>
        <w:t>Generations together:</w:t>
      </w:r>
      <w:r>
        <w:t xml:space="preserve"> Older and younger LGBTQ Houstonians danced side-by-side to hits from the 1970s through today, creating a warm, nostalgic atmosphere.</w:t>
      </w:r>
      <w:r/>
    </w:p>
    <w:p>
      <w:pPr>
        <w:pStyle w:val="ListBullet"/>
        <w:spacing w:line="240" w:lineRule="auto"/>
        <w:ind w:left="720"/>
      </w:pPr>
      <w:r/>
      <w:r>
        <w:rPr>
          <w:b/>
        </w:rPr>
        <w:t>Drag and DJ energy:</w:t>
      </w:r>
      <w:r>
        <w:t xml:space="preserve"> Local queen Kara Dion performed as DJ MLE kept the floor moving with a varied, crowd-pleasing set.</w:t>
      </w:r>
      <w:r/>
    </w:p>
    <w:p>
      <w:pPr>
        <w:pStyle w:val="ListBullet"/>
        <w:spacing w:line="240" w:lineRule="auto"/>
        <w:ind w:left="720"/>
      </w:pPr>
      <w:r/>
      <w:r>
        <w:rPr>
          <w:b/>
        </w:rPr>
        <w:t>Community support:</w:t>
      </w:r>
      <w:r>
        <w:t xml:space="preserve"> A raffle, silent auction and table-decorating contest raised funds for Montrose Center programmes serving LGBTQ women.</w:t>
      </w:r>
      <w:r/>
    </w:p>
    <w:p>
      <w:pPr>
        <w:pStyle w:val="ListBullet"/>
        <w:spacing w:line="240" w:lineRule="auto"/>
        <w:ind w:left="720"/>
      </w:pPr>
      <w:r/>
      <w:r>
        <w:rPr>
          <w:b/>
        </w:rPr>
        <w:t>Honouring history:</w:t>
      </w:r>
      <w:r>
        <w:t xml:space="preserve"> The event paid tribute to Kindred Spirits, the lesbian nightclub that served as a safe space during the AIDS crisis.</w:t>
      </w:r>
      <w:r/>
    </w:p>
    <w:p>
      <w:pPr>
        <w:pStyle w:val="ListBullet"/>
        <w:spacing w:line="240" w:lineRule="auto"/>
        <w:ind w:left="720"/>
      </w:pPr>
      <w:r/>
      <w:r>
        <w:rPr>
          <w:b/>
        </w:rPr>
        <w:t>Accessible celebration:</w:t>
      </w:r>
      <w:r>
        <w:t xml:space="preserve"> The Ballroom at Bayou Place offered a roomy, central setting that felt both festive and inclusive.</w:t>
      </w:r>
      <w:r/>
      <w:r/>
    </w:p>
    <w:p>
      <w:pPr>
        <w:pStyle w:val="Heading2"/>
      </w:pPr>
      <w:r>
        <w:t>A joyful comeback: music, movement and memory</w:t>
      </w:r>
      <w:r/>
    </w:p>
    <w:p>
      <w:r/>
      <w:r>
        <w:t>The opening notes set the mood , a warm, familiar beat that had people smiling in the first few bars. According to the Montrose Center’s event pages, the Kindred Spirits Dance is designed to be intergenerational and welcoming, and you could feel that intent on the dance floor. The crowd sang along, clapped and swayed; there was a soft, celebratory hum in the air that made the room feel like a big, affectionate reunion.</w:t>
      </w:r>
      <w:r/>
    </w:p>
    <w:p>
      <w:r/>
      <w:r>
        <w:t>This version of the dance leaned into both nostalgia and novelty. Organisers brought in drag and contemporary DJ talent so the playlist bridged eras, from decades-old favourites to current floor-fillers. If you’re choosing an event like this, pick one with a strong mix of music and performers , it keeps everyone engaged and honours the history while looking forward.</w:t>
      </w:r>
      <w:r/>
    </w:p>
    <w:p>
      <w:pPr>
        <w:pStyle w:val="Heading2"/>
      </w:pPr>
      <w:r>
        <w:t>Drag nights with heart: Kara Dion brings performance and personality</w:t>
      </w:r>
      <w:r/>
    </w:p>
    <w:p>
      <w:r/>
      <w:r>
        <w:t>Local queen Kara Dion added theatrical sparkle and comedy between sets, giving the evening a distinctly local flavour. Her presence connected attendees to Houston’s drag scene and elevated the celebration from a dance to a show. Drag at events like this serves more than entertainment; it’s a cultural touchstone that invites laughter, recognition and catharsis.</w:t>
      </w:r>
      <w:r/>
    </w:p>
    <w:p>
      <w:r/>
      <w:r>
        <w:t>Montrose’s approach was deliberate: pairing drag with a community fundraising night makes the entertainment integral to the cause, not just an add-on. If you’re organising or attending a fundraiser, consider a performer who can both headline and host , it tightens the programme and keeps the momentum moving.</w:t>
      </w:r>
      <w:r/>
    </w:p>
    <w:p>
      <w:pPr>
        <w:pStyle w:val="Heading2"/>
      </w:pPr>
      <w:r>
        <w:t>A playlist for everyone: DJ MLE’s cross-decade set</w:t>
      </w:r>
      <w:r/>
    </w:p>
    <w:p>
      <w:r/>
      <w:r>
        <w:t>DJ MLE curated a set that kept the energy steady, moving from 1970s anthems through 80s and 90s classics to contemporary hits. That kind of musical span invites different generations onto the floor at once, creating small moments where grandparents, friends and students find common ground in a chorus or beat. The sound was lively but not overbearing, letting conversation flow in the quieter corners while the floor stayed full.</w:t>
      </w:r>
      <w:r/>
    </w:p>
    <w:p>
      <w:r/>
      <w:r>
        <w:t>When attending similar events, scope out the DJ’s background or past sets online. A DJ who reads a room , switching tempos, blending eras, dropping singalong moments , makes the night feel effortless and inclusive.</w:t>
      </w:r>
      <w:r/>
    </w:p>
    <w:p>
      <w:pPr>
        <w:pStyle w:val="Heading2"/>
      </w:pPr>
      <w:r>
        <w:t>Fundraising with flair: auctions, raffles and decorated tables</w:t>
      </w:r>
      <w:r/>
    </w:p>
    <w:p>
      <w:r/>
      <w:r>
        <w:t>Beyond the dancing, the evening featured a raffle, silent auction and a table-decorating contest that brought teams together to create themes and friendly competition. These visible fundraising elements do two things: they raise critical funds for services, and they give donors a playful way to participate. Montrose Center’s webpages note that proceeds support programmes serving LGBTQ women, continuing a tradition of community-supported care.</w:t>
      </w:r>
      <w:r/>
    </w:p>
    <w:p>
      <w:r/>
      <w:r>
        <w:t>Practical tip: if you’re donating or bidding, arrive early to inspect auction items and chat with volunteers , you’re more likely to win or find a piece that resonates. And if you’re entering a table contest, lean into a cohesive theme that tells a short story; judges remember personality.</w:t>
      </w:r>
      <w:r/>
    </w:p>
    <w:p>
      <w:pPr>
        <w:pStyle w:val="Heading2"/>
      </w:pPr>
      <w:r>
        <w:t>Remembering Kindred Spirits: why the legacy matters</w:t>
      </w:r>
      <w:r/>
    </w:p>
    <w:p>
      <w:r/>
      <w:r>
        <w:t>The dance was also an homage to Kindred Spirits, the Houston lesbian nightclub that once stood as a sanctuary during hard times, especially through the AIDS crisis. Honouring that legacy at a modern, inclusive event reminds attendees that nightlife has often been where community and care meet. The homage wasn't heavy-handed; instead it threaded memories through performance and shared conversation.</w:t>
      </w:r>
      <w:r/>
    </w:p>
    <w:p>
      <w:r/>
      <w:r>
        <w:t>Looking ahead, these dances are more than parties , they’re community rituals. They connect newer generations with the activism and resilience of those who came before, while keeping social support and fundraising in the spotlight. It’s an elegant way of saying community is both joyous and necessary.</w:t>
      </w:r>
      <w:r/>
    </w:p>
    <w:p>
      <w:r/>
      <w:r>
        <w:t>It's a small change that can make every dance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https://www.outsmartmagazine.com/2026/08/the-montrose-centers-kindred-spirits-dance-at-the-ballroom-at-bayou-place/</w:t>
        </w:r>
      </w:hyperlink>
      <w:r>
        <w:t xml:space="preserve"> - Please view link - unable to able to access data</w:t>
      </w:r>
      <w:r/>
    </w:p>
    <w:p>
      <w:pPr>
        <w:pStyle w:val="ListNumber"/>
        <w:spacing w:line="240" w:lineRule="auto"/>
        <w:ind w:left="720"/>
      </w:pPr>
      <w:r/>
      <w:hyperlink r:id="rId10">
        <w:r>
          <w:rPr>
            <w:color w:val="0000EE"/>
            <w:u w:val="single"/>
          </w:rPr>
          <w:t>https://montrosecenter.org/event/kindred-spirits-dance-2026/</w:t>
        </w:r>
      </w:hyperlink>
      <w:r>
        <w:t xml:space="preserve"> - The Montrose Center's Kindred Spirits Dance took place on August 15, 2026, at The Ballroom at Bayou Place in Houston. The event attracted over 500 LGBTQ+ women and friends, who danced to music from the 1970s to the present. The venue featured elegant chandeliers and balconies overlooking downtown Houston. The gathering honoured the legacy of Kindred Spirits, a beloved Houston lesbian nightclub that became a vital community space during the AIDS crisis. Proceeds supported the Montrose Center's programs serving LGBTQ+ women, including mental and behavioural health services, 24-hour crisis intervention, in-home support for LGBTQ+ women experiencing disabilities or illness, and LGBTQ+ senior services. The event also included a raffle, silent auction, and table-decorating contest.</w:t>
      </w:r>
      <w:r/>
    </w:p>
    <w:p>
      <w:pPr>
        <w:pStyle w:val="ListNumber"/>
        <w:spacing w:line="240" w:lineRule="auto"/>
        <w:ind w:left="720"/>
      </w:pPr>
      <w:r/>
      <w:hyperlink r:id="rId12">
        <w:r>
          <w:rPr>
            <w:color w:val="0000EE"/>
            <w:u w:val="single"/>
          </w:rPr>
          <w:t>https://happeningnext.com/event/kindred-spirits-dance-2026-eid3a0dt09q4g</w:t>
        </w:r>
      </w:hyperlink>
      <w:r>
        <w:t xml:space="preserve"> - The Kindred Spirits Dance 2026 was held on August 15, 2026, at The Ballroom at Bayou Place in Houston. The event featured over 500 LGBTQ+ women and friends dancing to music from the 1970s to the present. Attendees enjoyed elegant chandeliers and balconies overlooking downtown Houston. The gathering honoured the legacy of Kindred Spirits, a beloved Houston lesbian nightclub that became a vital community space during the AIDS crisis. Proceeds supported the Montrose Center's programs serving LGBTQ+ women, including mental and behavioural health services, 24-hour crisis intervention, in-home support for LGBTQ+ women experiencing disabilities or illness, and LGBTQ+ senior services. The event also included a raffle, silent auction, and table-decorating contest.</w:t>
      </w:r>
      <w:r/>
    </w:p>
    <w:p>
      <w:pPr>
        <w:pStyle w:val="ListNumber"/>
        <w:spacing w:line="240" w:lineRule="auto"/>
        <w:ind w:left="720"/>
      </w:pPr>
      <w:r/>
      <w:hyperlink r:id="rId11">
        <w:r>
          <w:rPr>
            <w:color w:val="0000EE"/>
            <w:u w:val="single"/>
          </w:rPr>
          <w:t>https://montrosecenter.org/kindred-spirits-celebration-dance-2/</w:t>
        </w:r>
      </w:hyperlink>
      <w:r>
        <w:t xml:space="preserve"> - The Montrose Center's Kindred Spirits Celebration Dance took place on August 24, 2019, at The Ballroom at Bayou Place in Houston. The event attracted over 600 LGBTQ+ women and friends, who danced the night away to music from the 1970s to the present. The venue featured elegant chandeliers and balconies overlooking downtown Houston. The gathering honoured the legacy of Kindred Spirits, a beloved Houston lesbian nightclub that became a vital community space during the AIDS crisis. Proceeds supported local LGBTQ+ women's programs, including AssistHers, Lesbian Health Initiative, and SPRY Seniors Women's Programs. The event also featured a table-decorating contest with cash prizes, light snacks, and a cash bar.</w:t>
      </w:r>
      <w:r/>
    </w:p>
    <w:p>
      <w:pPr>
        <w:pStyle w:val="ListNumber"/>
        <w:spacing w:line="240" w:lineRule="auto"/>
        <w:ind w:left="720"/>
      </w:pPr>
      <w:r/>
      <w:hyperlink r:id="rId14">
        <w:r>
          <w:rPr>
            <w:color w:val="0000EE"/>
            <w:u w:val="single"/>
          </w:rPr>
          <w:t>https://montrosecenter.org/community-center/blog/kindred-spirits-celebration-dance-2/</w:t>
        </w:r>
      </w:hyperlink>
      <w:r>
        <w:t xml:space="preserve"> - The Montrose Center's Kindred Spirits Celebration Dance took place on August 24, 2019, at The Ballroom at Bayou Place in Houston. The event attracted over 600 LGBTQ+ women and friends, who danced the night away to music from the 1970s to the present. The venue featured elegant chandeliers and balconies overlooking downtown Houston. The gathering honoured the legacy of Kindred Spirits, a beloved Houston lesbian nightclub that became a vital community space during the AIDS crisis. Proceeds supported local LGBTQ+ women's programs, including AssistHers, Lesbian Health Initiative, and SPRY Seniors Women's Programs. The event also featured a table-decorating contest with cash prizes, light snacks, and a cash bar.</w:t>
      </w:r>
      <w:r/>
    </w:p>
    <w:p>
      <w:pPr>
        <w:pStyle w:val="ListNumber"/>
        <w:spacing w:line="240" w:lineRule="auto"/>
        <w:ind w:left="720"/>
      </w:pPr>
      <w:r/>
      <w:hyperlink r:id="rId13">
        <w:r>
          <w:rPr>
            <w:color w:val="0000EE"/>
            <w:u w:val="single"/>
          </w:rPr>
          <w:t>https://montrosecenter.org/community-center/blog/ks-dance-2018/</w:t>
        </w:r>
      </w:hyperlink>
      <w:r>
        <w:t xml:space="preserve"> - The Montrose Center's Kindred Spirits Celebration Dance took place on August 17, 2018, at The Ballroom at Bayou Place in Houston. The event attracted over 500 attendees, who danced the night away to music from the 1970s to the present. The venue featured elegant chandeliers and balconies overlooking downtown Houston. The gathering honoured the legacy of Kindred Spirits, a beloved Houston lesbian nightclub that became a vital community space during the AIDS crisis. Proceeds supported local LGBTQ+ women's programs, including AssistHers, Lesbian Health Initiative, and SPRY Seniors Women's Programs. The event also featured a table-decorating contest with cash prizes, light snacks, and a cash bar.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the-montrose-centers-kindred-spirits-dance-at-the-ballroom-at-bayou-place/" TargetMode="External"/><Relationship Id="rId10" Type="http://schemas.openxmlformats.org/officeDocument/2006/relationships/hyperlink" Target="https://montrosecenter.org/event/kindred-spirits-dance-2026/" TargetMode="External"/><Relationship Id="rId11" Type="http://schemas.openxmlformats.org/officeDocument/2006/relationships/hyperlink" Target="https://montrosecenter.org/kindred-spirits-celebration-dance-2/" TargetMode="External"/><Relationship Id="rId12" Type="http://schemas.openxmlformats.org/officeDocument/2006/relationships/hyperlink" Target="https://happeningnext.com/event/kindred-spirits-dance-2026-eid3a0dt09q4g" TargetMode="External"/><Relationship Id="rId13" Type="http://schemas.openxmlformats.org/officeDocument/2006/relationships/hyperlink" Target="https://montrosecenter.org/community-center/blog/ks-dance-2018/" TargetMode="External"/><Relationship Id="rId14" Type="http://schemas.openxmlformats.org/officeDocument/2006/relationships/hyperlink" Target="https://montrosecenter.org/community-center/blog/kindred-spirits-celebration-danc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