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Kentucky Businesses Showing Up for Their LGBTQ Neighbours This Year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noticing a quiet kind of welcome: ten Kentucky businesses , from coffee shops to bookstores and a brewery , that openly support LGBTQ neighbours, create year‑round safe spaces, and make community life more livable. These local favourites matter because hospitality becomes meaningful when it’s specific.</w:t>
      </w:r>
      <w:r/>
    </w:p>
    <w:p>
      <w:r/>
      <w:r>
        <w:t>Essential Takeaways</w:t>
      </w:r>
      <w:r/>
      <w:r/>
    </w:p>
    <w:p>
      <w:pPr>
        <w:pStyle w:val="ListBullet"/>
        <w:spacing w:line="240" w:lineRule="auto"/>
        <w:ind w:left="720"/>
      </w:pPr>
      <w:r/>
      <w:r>
        <w:rPr>
          <w:b/>
        </w:rPr>
        <w:t>Local hubs:</w:t>
      </w:r>
      <w:r>
        <w:t xml:space="preserve"> Several spots double as community centres , cafes and the brewery host meetups, events, and notice boards.</w:t>
      </w:r>
      <w:r/>
    </w:p>
    <w:p>
      <w:pPr>
        <w:pStyle w:val="ListBullet"/>
        <w:spacing w:line="240" w:lineRule="auto"/>
        <w:ind w:left="720"/>
      </w:pPr>
      <w:r/>
      <w:r>
        <w:rPr>
          <w:b/>
        </w:rPr>
        <w:t>Year‑round signals:</w:t>
      </w:r>
      <w:r>
        <w:t xml:space="preserve"> Pride flags and inclusive merch stay visible beyond June, giving a steady sense of safety.</w:t>
      </w:r>
      <w:r/>
    </w:p>
    <w:p>
      <w:pPr>
        <w:pStyle w:val="ListBullet"/>
        <w:spacing w:line="240" w:lineRule="auto"/>
        <w:ind w:left="720"/>
      </w:pPr>
      <w:r/>
      <w:r>
        <w:rPr>
          <w:b/>
        </w:rPr>
        <w:t>Practical support:</w:t>
      </w:r>
      <w:r>
        <w:t xml:space="preserve"> A print shop and a brewery offer tangible help for events through gear and donations.</w:t>
      </w:r>
      <w:r/>
    </w:p>
    <w:p>
      <w:pPr>
        <w:pStyle w:val="ListBullet"/>
        <w:spacing w:line="240" w:lineRule="auto"/>
        <w:ind w:left="720"/>
      </w:pPr>
      <w:r/>
      <w:r>
        <w:rPr>
          <w:b/>
        </w:rPr>
        <w:t>Atmosphere notes:</w:t>
      </w:r>
      <w:r>
        <w:t xml:space="preserve"> Expect cosy corners, lively patios, and approachable staff , places that feel welcoming, not performative.</w:t>
      </w:r>
      <w:r/>
    </w:p>
    <w:p>
      <w:pPr>
        <w:pStyle w:val="ListBullet"/>
        <w:spacing w:line="240" w:lineRule="auto"/>
        <w:ind w:left="720"/>
      </w:pPr>
      <w:r/>
      <w:r>
        <w:rPr>
          <w:b/>
        </w:rPr>
        <w:t>Good for visitors:</w:t>
      </w:r>
      <w:r>
        <w:t xml:space="preserve"> Many are centrally located in Lexington, Louisville, Covington and Bowling Green, so they’re easy detours for travellers.</w:t>
      </w:r>
      <w:r/>
      <w:r/>
    </w:p>
    <w:p>
      <w:pPr>
        <w:pStyle w:val="Heading2"/>
      </w:pPr>
      <w:r>
        <w:t>Lexington cafes that feel like neighbourhood living rooms</w:t>
      </w:r>
      <w:r/>
    </w:p>
    <w:p>
      <w:r/>
      <w:r>
        <w:t>Start with Third Street Stuff and Lussi Brown Coffee Bar, both tiny places with big personalities, soft light, and staff who remember faces and orders. Third Street wears its colours on the façade and fills its shelves with local art and Pride merchandise, while Lussi Brown keeps music low and conversation high, making either spot a good place to linger with a book or laptop. According to local listings and the cafes’ own sites, both post inclusive signage year‑round and host community calendars, so check opening times before you go. If you need a quiet corner or a friendly barista who knows your name, these are reliable bets.</w:t>
      </w:r>
      <w:r/>
    </w:p>
    <w:p>
      <w:pPr>
        <w:pStyle w:val="Heading2"/>
      </w:pPr>
      <w:r>
        <w:t>Burritos, beer and community action: food and drink that give back</w:t>
      </w:r>
      <w:r/>
    </w:p>
    <w:p>
      <w:r/>
      <w:r>
        <w:t>Girlsgirlsgirls Burritos brings fresh, thoughtful vegetarian options and a campus‑friendly energy, while West Sixth Brewing turns an old bread factory into a communal backyard , food trucks, picnic tables, and regular fundraisers. West Sixth has a history of donating portions of profits to local causes and hosting Pride events like drag brunches, so it’s a practical partner for organisers and a lively spot for casual evenings. If you’re planning an event, these places are where your group will feel both fed and supported.</w:t>
      </w:r>
      <w:r/>
    </w:p>
    <w:p>
      <w:pPr>
        <w:pStyle w:val="Heading2"/>
      </w:pPr>
      <w:r>
        <w:t>The quiet muscle of Custom LogoWare: gear that keeps events moving</w:t>
      </w:r>
      <w:r/>
    </w:p>
    <w:p>
      <w:r/>
      <w:r>
        <w:t>Every festival needs someone to print shirts and banners; Custom LogoWare has been that steady hand for Lexington groups. They handle small and large orders with the same attention, offer honest turnaround times, and make bulk pricing work for volunteer budgets. For anyone organising a parade, a queer sports team or a fundraiser, this is the kind of local business that turns plans into visible moments , shirts, hats and banners that make an event feel legitimate.</w:t>
      </w:r>
      <w:r/>
    </w:p>
    <w:p>
      <w:pPr>
        <w:pStyle w:val="Heading2"/>
      </w:pPr>
      <w:r>
        <w:t>Independent bookstores and vintage shops: spaces for discovery and belonging</w:t>
      </w:r>
      <w:r/>
    </w:p>
    <w:p>
      <w:r/>
      <w:r>
        <w:t>Carmichael’s Bookstore in Louisville still smells of paper and has curated LGBTQ+ sections and author events that give queer writers real billing. It’s the sort of shop where staff will ask follow‑up questions to find the right read. Birdie &amp; Vi’s Fleatique, meanwhile, is a joyful, cluttered treasure trove where regulars treat the shop like a clubhouse. Both places reward time and curiosity: you’ll leave with something personal and the small comfort of being welcomed.</w:t>
      </w:r>
      <w:r/>
    </w:p>
    <w:p>
      <w:pPr>
        <w:pStyle w:val="Heading2"/>
      </w:pPr>
      <w:r>
        <w:t>Homeware, diner charm and tavern tradition: everyday businesses that show up</w:t>
      </w:r>
      <w:r/>
    </w:p>
    <w:p>
      <w:r/>
      <w:r>
        <w:t>Red Tree Furniture, Donna’s diner in Bowling Green, and Rosie’s Tavern in Covington each give a different kind of hospitality. Red Tree sells warm, reclaimed pieces and supports local Pride efforts in a neighbourhood that rewards slow browsing. Donna’s offers generous comfort food and a room where servers remember newcomers, while Rosie’s blends neighbourhood history with regular fundraisers and easygoing events like trivia nights. These are the businesses that make community life ordinary and inclusive , not loud gestures, but steady presence.</w:t>
      </w:r>
      <w:r/>
    </w:p>
    <w:p>
      <w:pPr>
        <w:pStyle w:val="Heading2"/>
      </w:pPr>
      <w:r>
        <w:t>Why year‑round confidence beats seasonal gestures</w:t>
      </w:r>
      <w:r/>
    </w:p>
    <w:p>
      <w:r/>
      <w:r>
        <w:t>What matters across these examples is consistency. Pride merchandise in June is nice, but a flag that stays up through November tells people this is a place they can return to. Owners and staff who quietly say yes to event requests, who print shirts without fuss, or who host readings and fundraisers, end up doing more than one‑off publicity; they knit social fabric. If you want to support businesses like these, tip well, buy a book or a burrito, and ask how you can help next time , organisers notice.</w:t>
      </w:r>
      <w:r/>
    </w:p>
    <w:p>
      <w:r/>
      <w:r>
        <w:t>It's a small change that makes every visit feel safer and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2">
        <w:r>
          <w:rPr>
            <w:color w:val="0000EE"/>
            <w:u w:val="single"/>
          </w:rPr>
          <w:t>[5]</w:t>
        </w:r>
      </w:hyperlink>
      <w:r>
        <w:t xml:space="preserve">, </w:t>
      </w:r>
      <w:hyperlink r:id="rId14">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https://decorhint.com/ten-kentucky-businesses-that-show-up-for-their-lgbtq-neighbors-87d5a6d6/</w:t>
        </w:r>
      </w:hyperlink>
      <w:r>
        <w:t xml:space="preserve"> - Please view link - unable to able to access data</w:t>
      </w:r>
      <w:r/>
    </w:p>
    <w:p>
      <w:pPr>
        <w:pStyle w:val="ListNumber"/>
        <w:spacing w:line="240" w:lineRule="auto"/>
        <w:ind w:left="720"/>
      </w:pPr>
      <w:r/>
      <w:hyperlink r:id="rId10">
        <w:r>
          <w:rPr>
            <w:color w:val="0000EE"/>
            <w:u w:val="single"/>
          </w:rPr>
          <w:t>https://thirdststuff.com/</w:t>
        </w:r>
      </w:hyperlink>
      <w:r>
        <w:t xml:space="preserve"> - Third Street Stuff &amp; Coffee, located at 257 N. Limestone in Lexington, Kentucky, is a coffee shop known for its inclusivity and community engagement. The establishment features rainbow paint on its exterior, signaling its welcoming environment. Inside, patrons can find handmade items from local artists, and the space serves as a hub for community groups. The shop offers locally roasted Fair Trade Certified Organic coffee and locally baked goods, operating daily from 6:30 am to 7:30 pm. It has been recognized as the Best Coffee Shop in Kentucky by Business Insider and voted Best Cup of Coffee by Ace Weekly’s 'Best of Lex' multiple times. Additionally, it has been named an LGBTQ Safe Zone by the VA.</w:t>
      </w:r>
      <w:r/>
    </w:p>
    <w:p>
      <w:pPr>
        <w:pStyle w:val="ListNumber"/>
        <w:spacing w:line="240" w:lineRule="auto"/>
        <w:ind w:left="720"/>
      </w:pPr>
      <w:r/>
      <w:hyperlink r:id="rId11">
        <w:r>
          <w:rPr>
            <w:color w:val="0000EE"/>
            <w:u w:val="single"/>
          </w:rPr>
          <w:t>https://www.lussibrowncoffee.com/</w:t>
        </w:r>
      </w:hyperlink>
      <w:r>
        <w:t xml:space="preserve"> - Lussi Brown Coffee Bar, situated at 114 Church Street in Lexington, Kentucky, is a queer-friendly coffee shop and bar that opened in June 2017. The establishment is named after the founders' grandmothers, Olivia Lussi and Sarah Brown, and combines their passion for great coffee and cocktails. The shop offers handcrafted coffees, espresso-themed cocktails, and beers in a cozy atmosphere. It operates from Tuesday to Sunday, with bar service starting at noon. The interior is 21+ only during bar hours, but minors are welcome to order non-alcoholic drinks to go. Parking options include public pay lots and metered street parking, with free parking available on weekends and after 7 pm on weekdays.</w:t>
      </w:r>
      <w:r/>
    </w:p>
    <w:p>
      <w:pPr>
        <w:pStyle w:val="ListNumber"/>
        <w:spacing w:line="240" w:lineRule="auto"/>
        <w:ind w:left="720"/>
      </w:pPr>
      <w:r/>
      <w:hyperlink r:id="rId14">
        <w:r>
          <w:rPr>
            <w:color w:val="0000EE"/>
            <w:u w:val="single"/>
          </w:rPr>
          <w:t>https://www.restaurantji.com/ky/lexington/lussi-brown-coffee-bar-/</w:t>
        </w:r>
      </w:hyperlink>
      <w:r>
        <w:t xml:space="preserve"> - Lussi Brown Coffee Bar, located at 114 Church Street in Lexington, Kentucky, is a beloved destination known for its great coffee and friendly staff. The shop offers unique flavors like Rose Mocha and Lavender Vanilla lattes made with homemade syrups, as well as pastries like cheese and fruit danishes and cookies. The cozy and rustic atmosphere is small yet inviting, perfect for relaxing with a cup of coffee. The shop also actively supports the LGBTQ+ community in Lexington, making it a community-friendly place. It operates from Tuesday to Sunday, with bar service starting at noon, and is closed on Mondays.</w:t>
      </w:r>
      <w:r/>
    </w:p>
    <w:p>
      <w:pPr>
        <w:pStyle w:val="ListNumber"/>
        <w:spacing w:line="240" w:lineRule="auto"/>
        <w:ind w:left="720"/>
      </w:pPr>
      <w:r/>
      <w:hyperlink r:id="rId12">
        <w:r>
          <w:rPr>
            <w:color w:val="0000EE"/>
            <w:u w:val="single"/>
          </w:rPr>
          <w:t>https://www.restaurantji.com/ky/lexington/third-street-stuff-/</w:t>
        </w:r>
      </w:hyperlink>
      <w:r>
        <w:t xml:space="preserve"> - Third Street Stuff &amp; Coffee, located at 257 N. Limestone in Lexington, Kentucky, is a coffee shop that serves locally roasted Fair Trade Certified Organic coffee and locally baked goods. The establishment is known for its inclusivity and community engagement, featuring rainbow paint on its exterior and offering a space for community groups to meet. The shop operates daily from 6:30 am to 7:30 pm and has been recognized as the Best Coffee Shop in Kentucky by Business Insider and voted Best Cup of Coffee by Ace Weekly’s 'Best of Lex' multiple times. It has also been named an LGBTQ Safe Zone by the VA.</w:t>
      </w:r>
      <w:r/>
    </w:p>
    <w:p>
      <w:pPr>
        <w:pStyle w:val="ListNumber"/>
        <w:spacing w:line="240" w:lineRule="auto"/>
        <w:ind w:left="720"/>
      </w:pPr>
      <w:r/>
      <w:hyperlink r:id="rId13">
        <w:r>
          <w:rPr>
            <w:color w:val="0000EE"/>
            <w:u w:val="single"/>
          </w:rPr>
          <w:t>https://www.lussibrowncoffee.com/contact</w:t>
        </w:r>
      </w:hyperlink>
      <w:r>
        <w:t xml:space="preserve"> - Lussi Brown Coffee Bar, located at 114 Church Street in Lexington, Kentucky, is a queer-friendly coffee shop and bar that opened in June 2017. The establishment is named after the founders' grandmothers, Olivia Lussi and Sarah Brown, and combines their passion for great coffee and cocktails. The shop offers handcrafted coffees, espresso-themed cocktails, and beers in a cozy atmosphere. It operates from Tuesday to Sunday, with bar service starting at noon. The interior is 21+ only during bar hours, but minors are welcome to order non-alcoholic drinks to go. Parking options include public pay lots and metered street parking, with free parking available on weekends and after 7 pm on weekdays.</w:t>
      </w:r>
      <w:r/>
    </w:p>
    <w:p>
      <w:pPr>
        <w:pStyle w:val="ListNumber"/>
        <w:spacing w:line="240" w:lineRule="auto"/>
        <w:ind w:left="720"/>
      </w:pPr>
      <w:r/>
      <w:hyperlink r:id="rId14">
        <w:r>
          <w:rPr>
            <w:color w:val="0000EE"/>
            <w:u w:val="single"/>
          </w:rPr>
          <w:t>https://www.restaurantji.com/ky/lexington/lussi-brown-coffee-bar-/</w:t>
        </w:r>
      </w:hyperlink>
      <w:r>
        <w:t xml:space="preserve"> - Lussi Brown Coffee Bar, located at 114 Church Street in Lexington, Kentucky, is a beloved destination known for its great coffee and friendly staff. The shop offers unique flavors like Rose Mocha and Lavender Vanilla lattes made with homemade syrups, as well as pastries like cheese and fruit danishes and cookies. The cozy and rustic atmosphere is small yet inviting, perfect for relaxing with a cup of coffee. The shop also actively supports the LGBTQ+ community in Lexington, making it a community-friendly place. It operates from Tuesday to Sunday, with bar service starting at noon, and is closed on Mondays.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ecorhint.com/ten-kentucky-businesses-that-show-up-for-their-lgbtq-neighbors-87d5a6d6/" TargetMode="External"/><Relationship Id="rId10" Type="http://schemas.openxmlformats.org/officeDocument/2006/relationships/hyperlink" Target="https://thirdststuff.com/" TargetMode="External"/><Relationship Id="rId11" Type="http://schemas.openxmlformats.org/officeDocument/2006/relationships/hyperlink" Target="https://www.lussibrowncoffee.com/" TargetMode="External"/><Relationship Id="rId12" Type="http://schemas.openxmlformats.org/officeDocument/2006/relationships/hyperlink" Target="https://www.restaurantji.com/ky/lexington/third-street-stuff-/" TargetMode="External"/><Relationship Id="rId13" Type="http://schemas.openxmlformats.org/officeDocument/2006/relationships/hyperlink" Target="https://www.lussibrowncoffee.com/contact" TargetMode="External"/><Relationship Id="rId14" Type="http://schemas.openxmlformats.org/officeDocument/2006/relationships/hyperlink" Target="https://www.restaurantji.com/ky/lexington/lussi-brown-coffee-b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