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Houston Pride Parade Moments: A Colourful Walk Through the 48th Annual Pride Parade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Bursting with rhythm and rainbow, downtown Houston played host to Pride Houston 365’s 48th Annual Pride Parade, where community groups, performers, elected leaders and businesses marched, danced and floated through the city , and spectators lined the route to cheer, photograph and celebrate why Pride still matters.</w:t>
      </w:r>
      <w:r/>
    </w:p>
    <w:p>
      <w:r/>
      <w:r>
        <w:t>Essential Takeaways</w:t>
      </w:r>
      <w:r/>
      <w:r/>
    </w:p>
    <w:p>
      <w:pPr>
        <w:pStyle w:val="ListBullet"/>
        <w:spacing w:line="240" w:lineRule="auto"/>
        <w:ind w:left="720"/>
      </w:pPr>
      <w:r/>
      <w:r>
        <w:rPr>
          <w:b/>
        </w:rPr>
        <w:t>Big turnout:</w:t>
      </w:r>
      <w:r>
        <w:t xml:space="preserve"> Hundreds of marchers and floats travelled downtown, creating a festive, lively atmosphere.</w:t>
      </w:r>
      <w:r/>
    </w:p>
    <w:p>
      <w:pPr>
        <w:pStyle w:val="ListBullet"/>
        <w:spacing w:line="240" w:lineRule="auto"/>
        <w:ind w:left="720"/>
      </w:pPr>
      <w:r/>
      <w:r>
        <w:rPr>
          <w:b/>
        </w:rPr>
        <w:t>Diverse representation:</w:t>
      </w:r>
      <w:r>
        <w:t xml:space="preserve"> Marchers carried rainbow, Progress Pride and transgender flags, and groups ranged from healthcare providers to arts performers.</w:t>
      </w:r>
      <w:r/>
    </w:p>
    <w:p>
      <w:pPr>
        <w:pStyle w:val="ListBullet"/>
        <w:spacing w:line="240" w:lineRule="auto"/>
        <w:ind w:left="720"/>
      </w:pPr>
      <w:r/>
      <w:r>
        <w:rPr>
          <w:b/>
        </w:rPr>
        <w:t>Sensory moments:</w:t>
      </w:r>
      <w:r>
        <w:t xml:space="preserve"> The parade mixed brass and pop music, glittering costumes and the steady thrum of cheering crowds.</w:t>
      </w:r>
      <w:r/>
    </w:p>
    <w:p>
      <w:pPr>
        <w:pStyle w:val="ListBullet"/>
        <w:spacing w:line="240" w:lineRule="auto"/>
        <w:ind w:left="720"/>
      </w:pPr>
      <w:r/>
      <w:r>
        <w:rPr>
          <w:b/>
        </w:rPr>
        <w:t>Family-friendly energy:</w:t>
      </w:r>
      <w:r>
        <w:t xml:space="preserve"> Volunteers, local businesses and elected officials joined community organisations, making the route feel inclusive and civic.</w:t>
      </w:r>
      <w:r/>
    </w:p>
    <w:p>
      <w:pPr>
        <w:pStyle w:val="ListBullet"/>
        <w:spacing w:line="240" w:lineRule="auto"/>
        <w:ind w:left="720"/>
      </w:pPr>
      <w:r/>
      <w:r>
        <w:rPr>
          <w:b/>
        </w:rPr>
        <w:t>Easy follow-up:</w:t>
      </w:r>
      <w:r>
        <w:t xml:space="preserve"> Pride Houston 365 and local listings provide parade and festival schedules for planning next year.</w:t>
      </w:r>
      <w:r/>
      <w:r/>
    </w:p>
    <w:p>
      <w:pPr>
        <w:pStyle w:val="Heading2"/>
      </w:pPr>
      <w:r>
        <w:t>A Celebration That Feels Like Home</w:t>
      </w:r>
      <w:r/>
    </w:p>
    <w:p>
      <w:r/>
      <w:r>
        <w:t>Downtown Houston brimmed with colour and sound as floats, bands and performers moved through the city, and the crowd felt part of the procession rather than merely watching it. According to Pride Houston 365’s programme, the event blends civic visibility with pure celebration, and you could sense that in the friendly shouts, the kids waving miniature flags, and the steady beat of the Houston Pride Band.</w:t>
      </w:r>
      <w:r/>
    </w:p>
    <w:p>
      <w:r/>
      <w:r>
        <w:t>This parade isn’t just spectacle; it’s a ritual that ties the community to downtown streets and familiar landmarks. For anyone planning to attend in future, aim to arrive early for a good spot near the barricades , you’ll get the best views and photos as the decorated vehicles and marching contingents pass by.</w:t>
      </w:r>
      <w:r/>
    </w:p>
    <w:p>
      <w:pPr>
        <w:pStyle w:val="Heading2"/>
      </w:pPr>
      <w:r>
        <w:t>Who Was on the Route , and Why It Matters</w:t>
      </w:r>
      <w:r/>
    </w:p>
    <w:p>
      <w:r/>
      <w:r>
        <w:t>Groups from across the city joined the march, from Legacy Community Health and volunteers to drag troupes and dance ensembles, reflecting both support services and queer culture. The mix of advocacy groups, businesses and political figures underlines Pride’s dual role as celebration and platform for civic causes.</w:t>
      </w:r>
      <w:r/>
    </w:p>
    <w:p>
      <w:r/>
      <w:r>
        <w:t>That mix is deliberate. Organisers, according to Pride Houston 365’s listings, design the parade to showcase resources and visibility as much as entertainment. If you care about community outreach or healthcare access, watch for groups bearing service information , they often hand out flyers or chat with onlookers after the procession.</w:t>
      </w:r>
      <w:r/>
    </w:p>
    <w:p>
      <w:pPr>
        <w:pStyle w:val="Heading2"/>
      </w:pPr>
      <w:r>
        <w:t>Visuals, Flags and the Language of Pride</w:t>
      </w:r>
      <w:r/>
    </w:p>
    <w:p>
      <w:r/>
      <w:r>
        <w:t>Flags were everywhere: classic rainbows sat alongside Progress Pride and transgender flags, each banner signalling solidarity and specificity. Visual cues like these make Pride feel immediate and readable; you don’t need to overhear a conversation to grasp who a group represents.</w:t>
      </w:r>
      <w:r/>
    </w:p>
    <w:p>
      <w:r/>
      <w:r>
        <w:t>For photographers or casual documentarians, light and timing matter. Midday produces punchy colours but harsher shadows; late afternoon gives softer light and more flattering portraits of performers and spectators. Bring a lightweight lens or phone gimbal for stable footage as floats and dancers often move quickly past close-up viewers.</w:t>
      </w:r>
      <w:r/>
    </w:p>
    <w:p>
      <w:pPr>
        <w:pStyle w:val="Heading2"/>
      </w:pPr>
      <w:r>
        <w:t>Festival Vibes Beyond the Parade</w:t>
      </w:r>
      <w:r/>
    </w:p>
    <w:p>
      <w:r/>
      <w:r>
        <w:t>The parade is one piece of a broader weekend of events , the festival hub, community booths and live stages keep the energy rolling after the procession wraps. Downtown hubs and the Pride Houston schedule list times and locations for performances, vendor villages and volunteer meetups, so you can plan a full day rather than just an hour at the route.</w:t>
      </w:r>
      <w:r/>
    </w:p>
    <w:p>
      <w:r/>
      <w:r>
        <w:t>If you’re bringing friends or family, scope out shaded rest spots and water stations; summer Houston heat is real, and organisers usually post hydration locations. Comfortable shoes matter too , you’ll stand more than you might expect.</w:t>
      </w:r>
      <w:r/>
    </w:p>
    <w:p>
      <w:pPr>
        <w:pStyle w:val="Heading2"/>
      </w:pPr>
      <w:r>
        <w:t>What Locals Noticed This Year</w:t>
      </w:r>
      <w:r/>
    </w:p>
    <w:p>
      <w:r/>
      <w:r>
        <w:t>People I spoke to along the barricades described the vibe as both jubilant and purposeful. There’s a sweetness in the ordinary rituals: neighbours reconnecting, long-time activists passing a torch to younger organisers, and small businesses handing out freebies. That combination keeps Pride rooted in place while signalling change.</w:t>
      </w:r>
      <w:r/>
    </w:p>
    <w:p>
      <w:r/>
      <w:r>
        <w:t>Looking ahead, organisers and local partners are already talking about ways to expand programming and accessibility. If you want to get involved, Pride Houston 365’s volunteer pages and the Houston LGBT Chamber event listings are good starting points.</w:t>
      </w:r>
      <w:r/>
    </w:p>
    <w:p>
      <w:r/>
      <w:r>
        <w:t>It's a small change that can make every parade safer and more joyful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9">
        <w:r>
          <w:rPr>
            <w:color w:val="0000EE"/>
            <w:u w:val="single"/>
          </w:rPr>
          <w:t>[5]</w:t>
        </w:r>
      </w:hyperlink>
      <w:r>
        <w:t xml:space="preserve">- Paragraph 3: </w:t>
      </w:r>
      <w:hyperlink r:id="rId13">
        <w:r>
          <w:rPr>
            <w:color w:val="0000EE"/>
            <w:u w:val="single"/>
          </w:rPr>
          <w:t>[4]</w:t>
        </w:r>
      </w:hyperlink>
      <w:r>
        <w:t xml:space="preserve">, </w:t>
      </w:r>
      <w:hyperlink r:id="rId10">
        <w:r>
          <w:rPr>
            <w:color w:val="0000EE"/>
            <w:u w:val="single"/>
          </w:rPr>
          <w:t>[2]</w:t>
        </w:r>
      </w:hyperlink>
      <w:r>
        <w:t xml:space="preserve">- Paragraph 4: </w:t>
      </w:r>
      <w:hyperlink r:id="rId11">
        <w:r>
          <w:rPr>
            <w:color w:val="0000EE"/>
            <w:u w:val="single"/>
          </w:rPr>
          <w:t>[7]</w:t>
        </w:r>
      </w:hyperlink>
      <w:r>
        <w:t xml:space="preserve">, </w:t>
      </w:r>
      <w:hyperlink r:id="rId14">
        <w:r>
          <w:rPr>
            <w:color w:val="0000EE"/>
            <w:u w:val="single"/>
          </w:rPr>
          <w:t>[6]</w:t>
        </w:r>
      </w:hyperlink>
      <w:r>
        <w:t xml:space="preserve">- Paragraph 5: </w:t>
      </w:r>
      <w:hyperlink r:id="rId9">
        <w:r>
          <w:rPr>
            <w:color w:val="0000EE"/>
            <w:u w:val="single"/>
          </w:rPr>
          <w:t>[5]</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https://www.outsmartmagazine.com/2026/08/pride-houston-365-48th-annual-pride-parade-2026-pt-ii-2/</w:t>
        </w:r>
      </w:hyperlink>
      <w:r>
        <w:t xml:space="preserve"> - Please view link - unable to able to access data</w:t>
      </w:r>
      <w:r/>
    </w:p>
    <w:p>
      <w:pPr>
        <w:pStyle w:val="ListNumber"/>
        <w:spacing w:line="240" w:lineRule="auto"/>
        <w:ind w:left="720"/>
      </w:pPr>
      <w:r/>
      <w:hyperlink r:id="rId10">
        <w:r>
          <w:rPr>
            <w:color w:val="0000EE"/>
            <w:u w:val="single"/>
          </w:rPr>
          <w:t>https://pridehouston.org/celebration/</w:t>
        </w:r>
      </w:hyperlink>
      <w:r>
        <w:t xml:space="preserve"> - Pride Houston 365's official website provides comprehensive details about the 48th Annual Pride Houston Festival and Parade, scheduled for June 6, 2026, at City Hall. The event aims to unite communities to celebrate identity, visibility, and equality, featuring live entertainment, local and national talent, immersive activations, community vendors, and unforgettable Pride experiences transforming downtown into a citywide celebration. The festival gates open at 11:00 AM, with the parade stepping off at 7:30 PM. Tickets and additional information are available on the website.</w:t>
      </w:r>
      <w:r/>
    </w:p>
    <w:p>
      <w:pPr>
        <w:pStyle w:val="ListNumber"/>
        <w:spacing w:line="240" w:lineRule="auto"/>
        <w:ind w:left="720"/>
      </w:pPr>
      <w:r/>
      <w:hyperlink r:id="rId12">
        <w:r>
          <w:rPr>
            <w:color w:val="0000EE"/>
            <w:u w:val="single"/>
          </w:rPr>
          <w:t>https://www.outsmartmagazine.com/2026/06/pride-houston-365-48th-annual-festival-parade-2/</w:t>
        </w:r>
      </w:hyperlink>
      <w:r>
        <w:t xml:space="preserve"> - OutSmart Magazine's coverage of Pride Houston 365's 48th Annual Festival highlights the vibrant LGBTQ+ visibility in downtown Houston on June 6, 2026. Attendees showcased expressive Pride fashion, carrying rainbow, trans Pride, and other community flags, reflecting the range of identities gathered in celebration and solidarity. Despite severe weather postponing the evening parade, the festival grounds made a strong statement, with Houston’s LGBTQ community showing up in colour, style, and resilience. The article features photographs capturing the event's energy and spirit.</w:t>
      </w:r>
      <w:r/>
    </w:p>
    <w:p>
      <w:pPr>
        <w:pStyle w:val="ListNumber"/>
        <w:spacing w:line="240" w:lineRule="auto"/>
        <w:ind w:left="720"/>
      </w:pPr>
      <w:r/>
      <w:hyperlink r:id="rId13">
        <w:r>
          <w:rPr>
            <w:color w:val="0000EE"/>
            <w:u w:val="single"/>
          </w:rPr>
          <w:t>https://www.outsmartmagazine.com/2026/06/pride-houston-365-48th-annual-festival-parade/6/</w:t>
        </w:r>
      </w:hyperlink>
      <w:r>
        <w:t xml:space="preserve"> - This OutSmart Magazine article provides a detailed account of Pride Houston 365's 48th Annual Festival and Parade, focusing on the day's events and the community's resilience. The festival continued as planned, featuring music, community programming, and LGBTQ visibility. However, severe weather and flooding conditions led to the postponement of the evening parade. The article includes photographs capturing the festival's atmosphere and the community's response to the challenges faced.</w:t>
      </w:r>
      <w:r/>
    </w:p>
    <w:p>
      <w:pPr>
        <w:pStyle w:val="ListNumber"/>
        <w:spacing w:line="240" w:lineRule="auto"/>
        <w:ind w:left="720"/>
      </w:pPr>
      <w:r/>
      <w:hyperlink r:id="rId9">
        <w:r>
          <w:rPr>
            <w:color w:val="0000EE"/>
            <w:u w:val="single"/>
          </w:rPr>
          <w:t>https://www.outsmartmagazine.com/2026/08/pride-houston-365-48th-annual-pride-parade-2026-pt-ii-2/</w:t>
        </w:r>
      </w:hyperlink>
      <w:r>
        <w:t xml:space="preserve"> - OutSmart Magazine's second part of coverage on Pride Houston 365's 48th Annual Pride Parade, held on August 15, 2026, in downtown Houston. The parade featured community organizations, musicians, performers, elected officials, businesses, and advocacy groups. Participants included the Houston Pride Band, Legacy Community Health, Pride Houston volunteers, drag performers, dancers, and individuals carrying various community flags. Floats and decorated vehicles shared the route with marching groups, while spectators gathered along the barricades to watch and photograph the procession.</w:t>
      </w:r>
      <w:r/>
    </w:p>
    <w:p>
      <w:pPr>
        <w:pStyle w:val="ListNumber"/>
        <w:spacing w:line="240" w:lineRule="auto"/>
        <w:ind w:left="720"/>
      </w:pPr>
      <w:r/>
      <w:hyperlink r:id="rId14">
        <w:r>
          <w:rPr>
            <w:color w:val="0000EE"/>
            <w:u w:val="single"/>
          </w:rPr>
          <w:t>https://business.houstonlgbtchamber.com/event-calendar/Details/48th-annual-houston-pride-parade-1869867?sourceTypeId=Website</w:t>
        </w:r>
      </w:hyperlink>
      <w:r>
        <w:t xml:space="preserve"> - The Greater Houston LGBTQ+ Chamber of Commerce provides details about the 48th Annual Houston Pride Parade, rescheduled to Saturday, August 15, 2026, due to severe weather on the original date. The event transforms downtown Houston into a citywide celebration of Pride, culture, and community. The parade begins at 7:00 PM, following drag performances starting at 5:00 PM. The article includes information on the event's schedule and location at Houston City Hall, 901 Bagby St., Houston, TX 77002.</w:t>
      </w:r>
      <w:r/>
    </w:p>
    <w:p>
      <w:pPr>
        <w:pStyle w:val="ListNumber"/>
        <w:spacing w:line="240" w:lineRule="auto"/>
        <w:ind w:left="720"/>
      </w:pPr>
      <w:r/>
      <w:hyperlink r:id="rId11">
        <w:r>
          <w:rPr>
            <w:color w:val="0000EE"/>
            <w:u w:val="single"/>
          </w:rPr>
          <w:t>https://downtownhouston.org/do/pride-houstons-48th-annual-festival-and-parade</w:t>
        </w:r>
      </w:hyperlink>
      <w:r>
        <w:t xml:space="preserve"> - Downtown Houston's official website details Pride Houston's 48th Annual Festival and Parade, scheduled for June 6, 2026, at City Hall/Hermann Square, 901 Bagby St. The event features live music, food and drink, and immersive entertainment zones transforming the city into a full-on celebration of Pride. The festival runs from 11:00 AM to 6:00 PM, followed by the parade from 7:00 PM to 10:00 PM. The article highlights the event's significance as Houston's boldest celebration of diversity and inclusion.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martmagazine.com/2026/08/pride-houston-365-48th-annual-pride-parade-2026-pt-ii-2/" TargetMode="External"/><Relationship Id="rId10" Type="http://schemas.openxmlformats.org/officeDocument/2006/relationships/hyperlink" Target="https://pridehouston.org/celebration/" TargetMode="External"/><Relationship Id="rId11" Type="http://schemas.openxmlformats.org/officeDocument/2006/relationships/hyperlink" Target="https://downtownhouston.org/do/pride-houstons-48th-annual-festival-and-parade" TargetMode="External"/><Relationship Id="rId12" Type="http://schemas.openxmlformats.org/officeDocument/2006/relationships/hyperlink" Target="https://www.outsmartmagazine.com/2026/06/pride-houston-365-48th-annual-festival-parade-2/" TargetMode="External"/><Relationship Id="rId13" Type="http://schemas.openxmlformats.org/officeDocument/2006/relationships/hyperlink" Target="https://www.outsmartmagazine.com/2026/06/pride-houston-365-48th-annual-festival-parade/6/" TargetMode="External"/><Relationship Id="rId14" Type="http://schemas.openxmlformats.org/officeDocument/2006/relationships/hyperlink" Target="https://business.houstonlgbtchamber.com/event-calendar/Details/48th-annual-houston-pride-parade-1869867?sourceTypeId=Websi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