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Foyle Pride Festival Events to Catch This August in Derry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culture‑seekers are marking calendars as Derry’s Foyle Pride Festival unfolds, offering a packed week of free and ticketed events across the city , from family crafts and parades to workshops, films and late‑night parties, giving the whole community ways to celebrate, learn and connect.</w:t>
      </w:r>
      <w:r/>
    </w:p>
    <w:p>
      <w:r/>
      <w:r>
        <w:t>Essential Takeaways</w:t>
      </w:r>
      <w:r/>
      <w:r/>
    </w:p>
    <w:p>
      <w:pPr>
        <w:pStyle w:val="ListBullet"/>
        <w:spacing w:line="240" w:lineRule="auto"/>
        <w:ind w:left="720"/>
      </w:pPr>
      <w:r/>
      <w:r>
        <w:rPr>
          <w:b/>
        </w:rPr>
        <w:t>Wide mix of events:</w:t>
      </w:r>
      <w:r>
        <w:t xml:space="preserve"> workshops, film screenings, live music, family activities and late‑night parties across venues like Cultúrlann Uí Chanáin, the Guildhall and Sandinos. </w:t>
      </w:r>
      <w:r/>
    </w:p>
    <w:p>
      <w:pPr>
        <w:pStyle w:val="ListBullet"/>
        <w:spacing w:line="240" w:lineRule="auto"/>
        <w:ind w:left="720"/>
      </w:pPr>
      <w:r/>
      <w:r>
        <w:rPr>
          <w:b/>
        </w:rPr>
        <w:t>Accessible options:</w:t>
      </w:r>
      <w:r>
        <w:t xml:space="preserve"> many free events and low‑cost tickets , think £3–£15 for films, talks and shows, with some headline parties priced around £10. </w:t>
      </w:r>
      <w:r/>
    </w:p>
    <w:p>
      <w:pPr>
        <w:pStyle w:val="ListBullet"/>
        <w:spacing w:line="240" w:lineRule="auto"/>
        <w:ind w:left="720"/>
      </w:pPr>
      <w:r/>
      <w:r>
        <w:rPr>
          <w:b/>
        </w:rPr>
        <w:t>Family friendly and 18+ options:</w:t>
      </w:r>
      <w:r>
        <w:t xml:space="preserve"> daytime activities aimed at families and children, plus designated 18+ gigs and club nights in the evenings. </w:t>
      </w:r>
      <w:r/>
    </w:p>
    <w:p>
      <w:pPr>
        <w:pStyle w:val="ListBullet"/>
        <w:spacing w:line="240" w:lineRule="auto"/>
        <w:ind w:left="720"/>
      </w:pPr>
      <w:r/>
      <w:r>
        <w:rPr>
          <w:b/>
        </w:rPr>
        <w:t>Community focus:</w:t>
      </w:r>
      <w:r>
        <w:t xml:space="preserve"> panels and writing workshops centre queer history, solidarity and lived experience, while grassroots projects like Queer Sheds offer ongoing meetups. </w:t>
      </w:r>
      <w:r/>
    </w:p>
    <w:p>
      <w:pPr>
        <w:pStyle w:val="ListBullet"/>
        <w:spacing w:line="240" w:lineRule="auto"/>
        <w:ind w:left="720"/>
      </w:pPr>
      <w:r/>
      <w:r>
        <w:rPr>
          <w:b/>
        </w:rPr>
        <w:t>Lively highlights:</w:t>
      </w:r>
      <w:r>
        <w:t xml:space="preserve"> the Foyle Pride Parade on Saturday is the festival high point, followed by live music, a family fun area and an official closing party.</w:t>
      </w:r>
      <w:r/>
      <w:r/>
    </w:p>
    <w:p>
      <w:pPr>
        <w:pStyle w:val="Heading2"/>
      </w:pPr>
      <w:r>
        <w:t>What’s on that’s free and cheerful , perfect for families</w:t>
      </w:r>
      <w:r/>
    </w:p>
    <w:p>
      <w:r/>
      <w:r>
        <w:t>There’s a pleasantly varied daytime programme that won’t empty your wallet, with Family Crafts at The Playhouse running from noon and a free Creative Queers Art Market at Cultúrlann Uí Chanáin. The family fun area behind the Guildhall and a silent disco in the Playhouse later on mean you can bring children and still slip away for grown‑up moments. If you’re planning with little ones, arrive early for crafts and aim to catch the daytime music rather than evening club shows.</w:t>
      </w:r>
      <w:r/>
    </w:p>
    <w:p>
      <w:pPr>
        <w:pStyle w:val="Heading2"/>
      </w:pPr>
      <w:r>
        <w:t>Workshops, talks and queer storytelling , the festival’s reflective side</w:t>
      </w:r>
      <w:r/>
    </w:p>
    <w:p>
      <w:r/>
      <w:r>
        <w:t>The programme deliberately balances party and politics. There are multiple writing workshops, a bi‑lingual live literature evening, and a panel titled First They Came for Our Trans Siblings… Why Solidarity Matters. According to local listings, these sessions are designed to archive lived experience and foster allyship. If you want depth, book the paid writing workshop with Michael McCann or drop into community sessions in Cultúrlann Uí Chanáin to hear personal stories and pick up practical ways to support.</w:t>
      </w:r>
      <w:r/>
    </w:p>
    <w:p>
      <w:pPr>
        <w:pStyle w:val="Heading2"/>
      </w:pPr>
      <w:r>
        <w:t>Film nights and late‑night culture , cosy or clubby choices</w:t>
      </w:r>
      <w:r/>
    </w:p>
    <w:p>
      <w:r/>
      <w:r>
        <w:t>Film buffs have options across the week, with screenings such as Queer as Punk and Queers for Years in intimate venues like Bennigans Bar and the Nerve Centre. Prices are low so it’s an easy night out, and the venues give a small, communal vibe. When midnight rolls in, Sandinos hosts DJ sets and the Official Closing Party features artists including The Camp Vamps and David Hoyle , ticketed, adult‑only nights if you want full festival club energy.</w:t>
      </w:r>
      <w:r/>
    </w:p>
    <w:p>
      <w:pPr>
        <w:pStyle w:val="Heading2"/>
      </w:pPr>
      <w:r>
        <w:t>Parade day , how to join in and what to expect</w:t>
      </w:r>
      <w:r/>
    </w:p>
    <w:p>
      <w:r/>
      <w:r>
        <w:t>Saturday’s parade assembles at the North West Transport Hub at 1pm and steps off at 2pm, moving down Shipquay Street towards the Guildhall. Expect colourful floats, community groups and an easygoing street atmosphere; the Guildhall then hosts live music from 3pm and a family zone. If you plan to march, wear comfortable shoes, bring water, and consider a small banner or costume , the parade is as much a place for joyful presence as for protest.</w:t>
      </w:r>
      <w:r/>
    </w:p>
    <w:p>
      <w:pPr>
        <w:pStyle w:val="Heading2"/>
      </w:pPr>
      <w:r>
        <w:t>Practical tips for getting the most from Foyle Pride</w:t>
      </w:r>
      <w:r/>
    </w:p>
    <w:p>
      <w:r/>
      <w:r>
        <w:t>Book paid events in advance , popular workshops and shows carry modest fees and will sell. Check age restrictions: some headline nights are 18+ while daytime events welcome families. Use central venues , Cultúrlann Uí Chanáin, The Playhouse, the Guildhall and Sandinos cluster together and are walkable. And if you want quieter engagement, hit the archives workshops and Queer Sheds meetup for conversation rather than clubbing.</w:t>
      </w:r>
      <w:r/>
    </w:p>
    <w:p>
      <w:r/>
      <w:r>
        <w:t>It's a small change that can make every visit more meaningful , pick a mix of party, panel and parade that suits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https://www.derryjournal.com/news/people/foyle-pride-festival-unveils-packed-week-of-events-as-derry-gears-up-for-august-celebrations-8929043</w:t>
        </w:r>
      </w:hyperlink>
      <w:r>
        <w:t xml:space="preserve"> - Please view link - unable to able to access data</w:t>
      </w:r>
      <w:r/>
    </w:p>
    <w:p>
      <w:pPr>
        <w:pStyle w:val="ListNumber"/>
        <w:spacing w:line="240" w:lineRule="auto"/>
        <w:ind w:left="720"/>
      </w:pPr>
      <w:r/>
      <w:hyperlink r:id="rId10">
        <w:r>
          <w:rPr>
            <w:color w:val="0000EE"/>
            <w:u w:val="single"/>
          </w:rPr>
          <w:t>https://www.foylepride.com/events</w:t>
        </w:r>
      </w:hyperlink>
      <w:r>
        <w:t xml:space="preserve"> - The Foyle Pride Festival's official website provides a comprehensive list of events scheduled for August 2026. Highlights include the Queer Writers Circle on 19 August, the Football vs Homophobia tournament on the same day, and a book launch with Jackie McCarthy O’Brien on 20 August. The festival spans from 19 to 29 August, featuring various workshops, performances, and celebrations across Derry~Londonderry. For detailed information and registration, visit their events page.</w:t>
      </w:r>
      <w:r/>
    </w:p>
    <w:p>
      <w:pPr>
        <w:pStyle w:val="ListNumber"/>
        <w:spacing w:line="240" w:lineRule="auto"/>
        <w:ind w:left="720"/>
      </w:pPr>
      <w:r/>
      <w:hyperlink r:id="rId12">
        <w:r>
          <w:rPr>
            <w:color w:val="0000EE"/>
            <w:u w:val="single"/>
          </w:rPr>
          <w:t>https://www.derrystrabane.com/what-s-on/events-%28sv%29/foyle-pride-festival/987241</w:t>
        </w:r>
      </w:hyperlink>
      <w:r>
        <w:t xml:space="preserve"> - Derry City &amp; Strabane District Council's website outlines the Foyle Pride Festival's schedule from 13 to 23 August 2025. The main parade is set for 23 August, assembling at 1pm at the North West Transport Hub and departing at 2pm. The route includes Duke Street, Craigavon Bridge, Carlisle Road, Ferryquay Street, Shipquay Street, and Guildhall Square. Post-parade activities feature live music and family-friendly events. For a full list of events, refer to their website.</w:t>
      </w:r>
      <w:r/>
    </w:p>
    <w:p>
      <w:pPr>
        <w:pStyle w:val="ListNumber"/>
        <w:spacing w:line="240" w:lineRule="auto"/>
        <w:ind w:left="720"/>
      </w:pPr>
      <w:r/>
      <w:hyperlink r:id="rId11">
        <w:r>
          <w:rPr>
            <w:color w:val="0000EE"/>
            <w:u w:val="single"/>
          </w:rPr>
          <w:t>https://www.visitderry.com/whats-on/foyle-pride-festival-p850101</w:t>
        </w:r>
      </w:hyperlink>
      <w:r>
        <w:t xml:space="preserve"> - Visit Derry's page details the Foyle Pride Festival, which took place from 15 to 25 August 2024. The theme for that year was 'Community: Local &amp; Global'. The main parade occurred on 24 August, assembling at 1pm at the North West Transport Hub and departing at 2pm. The route covered Duke Street, Craigavon Bridge, Carlisle Road, Ferryquay Street, Shipquay Street, and Guildhall Square. The website offers a downloadable programme for more information.</w:t>
      </w:r>
      <w:r/>
    </w:p>
    <w:p>
      <w:pPr>
        <w:pStyle w:val="ListNumber"/>
        <w:spacing w:line="240" w:lineRule="auto"/>
        <w:ind w:left="720"/>
      </w:pPr>
      <w:r/>
      <w:hyperlink r:id="rId13">
        <w:r>
          <w:rPr>
            <w:color w:val="0000EE"/>
            <w:u w:val="single"/>
          </w:rPr>
          <w:t>https://www.derrynow.com/news/derry-sport/1797678/foyle-pride-launches-pride-in-sport-programme-to-champion-lgbtqia%2B-inclusion-in-sports.html</w:t>
        </w:r>
      </w:hyperlink>
      <w:r>
        <w:t xml:space="preserve"> - Derry Now reports on Foyle Pride's 'Pride in Sport' programme launched in May 2025. The initiative aims to promote LGBTQIA+ inclusion in sports, marking the 10th year since the introduction of the Football v Homophobia event in Derry. The programme includes various sports taster sessions, such as basketball, boxing, Gaelic football, rugby, badminton, and strength and conditioning. The launch event was held at Brooke Park Sports Centre, with James Curry from TENI (Transgender Equality Network Ireland) officiating.</w:t>
      </w:r>
      <w:r/>
    </w:p>
    <w:p>
      <w:pPr>
        <w:pStyle w:val="ListNumber"/>
        <w:spacing w:line="240" w:lineRule="auto"/>
        <w:ind w:left="720"/>
      </w:pPr>
      <w:r/>
      <w:hyperlink r:id="rId15">
        <w:r>
          <w:rPr>
            <w:color w:val="0000EE"/>
            <w:u w:val="single"/>
          </w:rPr>
          <w:t>https://www.derrydaily.net/2025/03/27/festivall-stages-major-celebration-of-inclusion-at-foyle-arena/</w:t>
        </w:r>
      </w:hyperlink>
      <w:r>
        <w:t xml:space="preserve"> - Derry Daily covers the FestivALL programme held at the Foyle Arena in March 2025, celebrating diversity and inclusion. The two-day event featured multi-sports, music, and dance activities aimed at reducing barriers faced by people with disabilities, carers, and older individuals. Performances included the Arndashee Choir and local artists Renegade Zoo and High-End Dead. The programme was delivered by Derry City and Strabane District Council in partnership with the Public Health Agency.</w:t>
      </w:r>
      <w:r/>
    </w:p>
    <w:p>
      <w:pPr>
        <w:pStyle w:val="ListNumber"/>
        <w:spacing w:line="240" w:lineRule="auto"/>
        <w:ind w:left="720"/>
      </w:pPr>
      <w:r/>
      <w:hyperlink r:id="rId14">
        <w:r>
          <w:rPr>
            <w:color w:val="0000EE"/>
            <w:u w:val="single"/>
          </w:rPr>
          <w:t>https://www.derryplayhouse.co.uk/event/bounce-festival-still-not-your-pity-party</w:t>
        </w:r>
      </w:hyperlink>
      <w:r>
        <w:t xml:space="preserve"> - The Playhouse Theatre in Derry hosted the 'Still Not Your Pity Party!' event on 2 October 2025. Organised by Foyle Pride and University of Atypical, the event showcased queer, d/Deaf, disabled, and neurodivergent spoken word artists from the North West. The lineup included Isaac Quinn, Devin Kane, Alex Cregan, and Blathín Gillen. The performance aimed to challenge labels like 'inspiring' or 'brave' and address issues related to ableism and societal pity.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news/people/foyle-pride-festival-unveils-packed-week-of-events-as-derry-gears-up-for-august-celebrations-8929043" TargetMode="External"/><Relationship Id="rId10" Type="http://schemas.openxmlformats.org/officeDocument/2006/relationships/hyperlink" Target="https://www.foylepride.com/events" TargetMode="External"/><Relationship Id="rId11" Type="http://schemas.openxmlformats.org/officeDocument/2006/relationships/hyperlink" Target="https://www.visitderry.com/whats-on/foyle-pride-festival-p850101" TargetMode="External"/><Relationship Id="rId12" Type="http://schemas.openxmlformats.org/officeDocument/2006/relationships/hyperlink" Target="https://www.derrystrabane.com/what-s-on/events-%28sv%29/foyle-pride-festival/987241" TargetMode="External"/><Relationship Id="rId13" Type="http://schemas.openxmlformats.org/officeDocument/2006/relationships/hyperlink" Target="https://www.derrynow.com/news/derry-sport/1797678/foyle-pride-launches-pride-in-sport-programme-to-champion-lgbtqia%2B-inclusion-in-sports.html" TargetMode="External"/><Relationship Id="rId14" Type="http://schemas.openxmlformats.org/officeDocument/2006/relationships/hyperlink" Target="https://www.derryplayhouse.co.uk/event/bounce-festival-still-not-your-pity-party" TargetMode="External"/><Relationship Id="rId15" Type="http://schemas.openxmlformats.org/officeDocument/2006/relationships/hyperlink" Target="https://www.derrydaily.net/2025/03/27/festivall-stages-major-celebration-of-inclusion-at-foyle-are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