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Rob Jetten’s Pride Appeal: Why Allies Matter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Shouting louder isn’t enough , allies are stepping up. At Amsterdam’s WorldPride and in an Attitude Pride Awards speech, Dutch prime minister Rob Jetten urged LGBTQ+ people, politicians and everyday supporters to stop being bystanders as queer rights face fresh attacks across the globe. It’s timely, personal and practical.</w:t>
      </w:r>
      <w:r/>
    </w:p>
    <w:p>
      <w:r/>
      <w:r>
        <w:t>Essential Takeaways</w:t>
      </w:r>
      <w:r/>
      <w:r/>
    </w:p>
    <w:p>
      <w:pPr>
        <w:pStyle w:val="ListBullet"/>
        <w:spacing w:line="240" w:lineRule="auto"/>
        <w:ind w:left="720"/>
      </w:pPr>
      <w:r/>
      <w:r>
        <w:rPr>
          <w:b/>
        </w:rPr>
        <w:t>Clear message:</w:t>
      </w:r>
      <w:r>
        <w:t xml:space="preserve"> Rob Jetten dedicated his Attitude Pride Award to people who’ve stopped being bystanders and are actively supporting LGBTQ+ rights.</w:t>
      </w:r>
      <w:r/>
    </w:p>
    <w:p>
      <w:pPr>
        <w:pStyle w:val="ListBullet"/>
        <w:spacing w:line="240" w:lineRule="auto"/>
        <w:ind w:left="720"/>
      </w:pPr>
      <w:r/>
      <w:r>
        <w:rPr>
          <w:b/>
        </w:rPr>
        <w:t>Historic context:</w:t>
      </w:r>
      <w:r>
        <w:t xml:space="preserve"> The speech came during WorldPride in Amsterdam, 25 years after the Netherlands legalised same-sex marriage, giving the moment a reflective, celebratory edge.</w:t>
      </w:r>
      <w:r/>
    </w:p>
    <w:p>
      <w:pPr>
        <w:pStyle w:val="ListBullet"/>
        <w:spacing w:line="240" w:lineRule="auto"/>
        <w:ind w:left="720"/>
      </w:pPr>
      <w:r/>
      <w:r>
        <w:rPr>
          <w:b/>
        </w:rPr>
        <w:t>Policy focus:</w:t>
      </w:r>
      <w:r>
        <w:t xml:space="preserve"> Jetten highlighted steps at home , stronger legal protections, better police safeguards, broader access to surrogacy and more education investment.</w:t>
      </w:r>
      <w:r/>
    </w:p>
    <w:p>
      <w:pPr>
        <w:pStyle w:val="ListBullet"/>
        <w:spacing w:line="240" w:lineRule="auto"/>
        <w:ind w:left="720"/>
      </w:pPr>
      <w:r/>
      <w:r>
        <w:rPr>
          <w:b/>
        </w:rPr>
        <w:t>Growing concern:</w:t>
      </w:r>
      <w:r>
        <w:t xml:space="preserve"> He warned that LGBTQ+ rights face rising online and public hostility, urging international cooperation between activists, politicians and allies.</w:t>
      </w:r>
      <w:r/>
    </w:p>
    <w:p>
      <w:pPr>
        <w:pStyle w:val="ListBullet"/>
        <w:spacing w:line="240" w:lineRule="auto"/>
        <w:ind w:left="720"/>
      </w:pPr>
      <w:r/>
      <w:r>
        <w:rPr>
          <w:b/>
        </w:rPr>
        <w:t>Personal tone:</w:t>
      </w:r>
      <w:r>
        <w:t xml:space="preserve"> Jetten shared his coming-out memories and said he’d tell his 15-year-old self not to be afraid , a reminder of why visibility still matters.</w:t>
      </w:r>
      <w:r/>
      <w:r/>
    </w:p>
    <w:p>
      <w:pPr>
        <w:pStyle w:val="Heading2"/>
      </w:pPr>
      <w:r>
        <w:t>A rousing invitation: allies, not bystanders</w:t>
      </w:r>
      <w:r/>
    </w:p>
    <w:p>
      <w:r/>
      <w:r>
        <w:t>Right up front, Jetten’s speech felt like a rallying cry , warm, personal and firm. He used his Attitude Pride Awards moment to honour those who’ve moved from silence to action, which lands as both gratitude and a call to arms.</w:t>
      </w:r>
      <w:r/>
    </w:p>
    <w:p>
      <w:r/>
      <w:r>
        <w:t>Attitude covered the exchange and presented him with the award during WorldPride in Amsterdam, and the optics matter: a prime minister walking the parade and speaking plainly makes support feel public, not performative. For anyone wondering what to do next, Jetten’s line is simple , show up, speak up, support.</w:t>
      </w:r>
      <w:r/>
    </w:p>
    <w:p>
      <w:pPr>
        <w:pStyle w:val="Heading2"/>
      </w:pPr>
      <w:r>
        <w:t>Why this matters now: a reminder amid celebration</w:t>
      </w:r>
      <w:r/>
    </w:p>
    <w:p>
      <w:r/>
      <w:r>
        <w:t>The Netherlands has a long queer rights pedigree, but Jetten made sure the anniversary vibe didn’t become complacency. WorldPride coincided with a quarter-century since same-sex marriage was legalised there, yet he warned rights are under renewed pressure.</w:t>
      </w:r>
      <w:r/>
    </w:p>
    <w:p>
      <w:r/>
      <w:r>
        <w:t>Reporters at the WorldPride conference and Dutch outlets have been flagging a spike in hostile rhetoric and online attacks. Jetten’s message reframes celebration as a responsibility: parties, parades and awards are meaningful, but so is sustaining legal and social progress.</w:t>
      </w:r>
      <w:r/>
    </w:p>
    <w:p>
      <w:pPr>
        <w:pStyle w:val="Heading2"/>
      </w:pPr>
      <w:r>
        <w:t>Policy and practical promises: what he wants to change at home</w:t>
      </w:r>
      <w:r/>
    </w:p>
    <w:p>
      <w:r/>
      <w:r>
        <w:t>Jetten didn’t stop at rhetoric. He outlined concrete aims his government is pursuing: beefed-up protections for LGBTQ+ people, stronger police measures to protect gay and trans people and drag performers, improved access to surrogacy for same-sex couples, and more investment in education about inclusion.</w:t>
      </w:r>
      <w:r/>
    </w:p>
    <w:p>
      <w:r/>
      <w:r>
        <w:t>That’s the sort of detail that turns solidarity into systems. If you’re looking at whether a country is serious about rights, watch for policy shifts like these , they make a difference to everyday safety and family formation.</w:t>
      </w:r>
      <w:r/>
    </w:p>
    <w:p>
      <w:pPr>
        <w:pStyle w:val="Heading2"/>
      </w:pPr>
      <w:r>
        <w:t>The international angle: sharing strategies across borders</w:t>
      </w:r>
      <w:r/>
    </w:p>
    <w:p>
      <w:r/>
      <w:r>
        <w:t>One striking point was his push for cooperation. Jetten argued that activists, politicians and allies should swap tactics and back those under the most pressure. It’s a practical pivot: solidarity that crosses borders can respond faster to coordinated attacks on rights.</w:t>
      </w:r>
      <w:r/>
    </w:p>
    <w:p>
      <w:r/>
      <w:r>
        <w:t>International conferences and networks already exist for this, but having a sitting prime minister speak about mutual support adds political weight. If you’re an activist or an actor in civil society, it’s a cue to plug into wider coalitions and resources.</w:t>
      </w:r>
      <w:r/>
    </w:p>
    <w:p>
      <w:pPr>
        <w:pStyle w:val="Heading2"/>
      </w:pPr>
      <w:r>
        <w:t>The personal side: why visibility still counts</w:t>
      </w:r>
      <w:r/>
    </w:p>
    <w:p>
      <w:r/>
      <w:r>
        <w:t>Jetten’s recollection of being 15 and afraid to come out gave the speech its human core. That admission , I wish I could tell that kid not to be afraid , is why representation matters: it eases fear and shows young people they aren’t alone.</w:t>
      </w:r>
      <w:r/>
    </w:p>
    <w:p>
      <w:r/>
      <w:r>
        <w:t>He also made history by joining Amsterdam’s Pride Canal Parade as a sitting prime minister, a small but resonant gesture. Visibility isn’t a cure-all, but it changes the everyday calculus for people growing up queer.</w:t>
      </w:r>
      <w:r/>
    </w:p>
    <w:p>
      <w:r/>
      <w:r>
        <w:t>It's a small change that can make every stand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[6]</w:t>
        </w:r>
      </w:hyperlink>
      <w:r>
        <w:t xml:space="preserve">, </w:t>
      </w:r>
      <w:hyperlink r:id="rId13">
        <w:r>
          <w:rPr>
            <w:color w:val="0000EE"/>
            <w:u w:val="single"/>
          </w:rPr>
          <w:t>[4]</w:t>
        </w:r>
      </w:hyperlink>
      <w:r>
        <w:t xml:space="preserve">- Paragraph 5: </w:t>
      </w:r>
      <w:hyperlink r:id="rId14">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https://www.attitude.co.uk/news/world/rob-jetten-attitude-pride-awards-speech-531774/</w:t>
        </w:r>
      </w:hyperlink>
      <w:r>
        <w:t xml:space="preserve"> - Please view link - unable to able to access data</w:t>
      </w:r>
      <w:r/>
    </w:p>
    <w:p>
      <w:pPr>
        <w:pStyle w:val="ListNumber"/>
        <w:spacing w:line="240" w:lineRule="auto"/>
        <w:ind w:left="720"/>
      </w:pPr>
      <w:r/>
      <w:hyperlink r:id="rId9">
        <w:r>
          <w:rPr>
            <w:color w:val="0000EE"/>
            <w:u w:val="single"/>
          </w:rPr>
          <w:t>https://www.attitude.co.uk/news/world/rob-jetten-attitude-pride-awards-speech-531774/</w:t>
        </w:r>
      </w:hyperlink>
      <w:r>
        <w:t xml:space="preserve"> - Rob Jetten, the Netherlands' first openly gay prime minister, delivered a powerful speech at the Attitude Pride Awards, urging the LGBTQ+ community and allies to actively defend queer rights. He dedicated his award to those who have ceased being passive observers, emphasising the need to confront the 10% who attempt to dominate debates through louder voices. Reflecting on the 25th anniversary of the Netherlands legalising same-sex marriage, Jetten acknowledged the progress but cautioned against complacency, highlighting global pressures on LGBTQ+ rights, including online and public attacks and restrictive legislation. He advocated for international cooperation among queer communities, activists, politicians, and allies to support those facing the greatest challenges, expressing confidence in winning the fight for equality. Additionally, Jetten shared his personal journey, recalling his teenage years of fear in acknowledging his attraction to boys and advising his younger self to embrace his identity and live authentically. Since becoming prime minister in February, Jetten has been a prominent advocate for LGBTQ+ equality, notably becoming the first sitting Dutch prime minister to participate in Amsterdam's Pride Canal Parade and addressing the WorldPride Human Rights Conference in Amsterdam, underscoring the importance of defending LGBTQI+ rights and standing with those facing persecution.</w:t>
      </w:r>
      <w:r/>
    </w:p>
    <w:p>
      <w:pPr>
        <w:pStyle w:val="ListNumber"/>
        <w:spacing w:line="240" w:lineRule="auto"/>
        <w:ind w:left="720"/>
      </w:pPr>
      <w:r/>
      <w:hyperlink r:id="rId14">
        <w:r>
          <w:rPr>
            <w:color w:val="0000EE"/>
            <w:u w:val="single"/>
          </w:rPr>
          <w:t>https://nltimes.nl/2026/08/01/pm-jetten-worldpride-urges-young-lgbtia-people-come-gets-better</w:t>
        </w:r>
      </w:hyperlink>
      <w:r>
        <w:t xml:space="preserve"> - Dutch Prime Minister Rob Jetten encouraged young LGBTQIA+ individuals to come out openly, drawing from his own teenage experiences. Speaking at Amsterdam's Canal Parade preparations, he recalled his own fears at 15 and 16 about embracing his identity, stating that taking the step to be open leads to improvement. He described the Canal Parade as a celebration and emphasised the importance of visibility and acceptance for the LGBTQIA+ community.</w:t>
      </w:r>
      <w:r/>
    </w:p>
    <w:p>
      <w:pPr>
        <w:pStyle w:val="ListNumber"/>
        <w:spacing w:line="240" w:lineRule="auto"/>
        <w:ind w:left="720"/>
      </w:pPr>
      <w:r/>
      <w:hyperlink r:id="rId13">
        <w:r>
          <w:rPr>
            <w:color w:val="0000EE"/>
            <w:u w:val="single"/>
          </w:rPr>
          <w:t>https://www.government.nl/documents/2026/04/16/speech-by-pm-rob-jetten-at-international-four-freedoms-awards-ceremony</w:t>
        </w:r>
      </w:hyperlink>
      <w:r>
        <w:t xml:space="preserve"> - In his speech at the International Four Freedoms Awards ceremony, Prime Minister Rob Jetten highlighted the importance of defending freedoms, referencing President Roosevelt's Four Freedoms. He praised President Zelenskyy for symbolising the fight for freedom in Ukraine amidst the ongoing conflict with Russia. Jetten emphasised that protecting freedom is a shared duty and acknowledged the resilience of ordinary Ukrainians facing adversity. He underscored the significance of standing up for freedoms and the role of international support in defending these rights.</w:t>
      </w:r>
      <w:r/>
    </w:p>
    <w:p>
      <w:pPr>
        <w:pStyle w:val="ListNumber"/>
        <w:spacing w:line="240" w:lineRule="auto"/>
        <w:ind w:left="720"/>
      </w:pPr>
      <w:r/>
      <w:hyperlink r:id="rId12">
        <w:r>
          <w:rPr>
            <w:color w:val="0000EE"/>
            <w:u w:val="single"/>
          </w:rPr>
          <w:t>https://nltimes.nl/2026/08/05/prime-minister-jetten-amsterdam-mayor-halsema-warn-rising-anti-lgbtq-hatred</w:t>
        </w:r>
      </w:hyperlink>
      <w:r>
        <w:t xml:space="preserve"> - At the opening of the WorldPride Human Rights Conference in Amsterdam, Prime Minister Rob Jetten and Amsterdam Mayor Femke Halsema warned of increasing anti-LGBTQ+ hatred. They referenced the recent attack at Berlin's Pride event, where an Islamic State supporter drove into a crowd, resulting in one death. Both leaders highlighted the rise of far-right conservative groups and the erosion of equal rights, urging vigilance against forces exploiting freedom of speech to sow division and build political support.</w:t>
      </w:r>
      <w:r/>
    </w:p>
    <w:p>
      <w:pPr>
        <w:pStyle w:val="ListNumber"/>
        <w:spacing w:line="240" w:lineRule="auto"/>
        <w:ind w:left="720"/>
      </w:pPr>
      <w:r/>
      <w:hyperlink r:id="rId10">
        <w:r>
          <w:rPr>
            <w:color w:val="0000EE"/>
            <w:u w:val="single"/>
          </w:rPr>
          <w:t>https://www.dutchnews.nl/2026/08/jetten-warns-of-rising-hate-at-worldpride-conference/</w:t>
        </w:r>
      </w:hyperlink>
      <w:r>
        <w:t xml:space="preserve"> - Prime Minister Rob Jetten warned of growing hatred and intolerance against the LGBTQI+ community, stating that 'hard-won progress' on equal rights is eroding globally. Speaking at the WorldPride Human Rights Conference in Amsterdam, he noted that many countries are backsliding on equal rights legislation and that homophobic hate speech is becoming more overt and aggressive. He attributed this trend to 'toxic, highly organised and well-funded groups hiding behind the façade of freedom of expression.' Jetten also referenced the Islamist attack at Berlin's Pride event on July 25, which resulted in one death and 29 injuries, expressing hope that the gathering at Amsterdam's Homomonument demonstrated resilience and solidarity.</w:t>
      </w:r>
      <w:r/>
    </w:p>
    <w:p>
      <w:pPr>
        <w:pStyle w:val="ListNumber"/>
        <w:spacing w:line="240" w:lineRule="auto"/>
        <w:ind w:left="720"/>
      </w:pPr>
      <w:r/>
      <w:hyperlink r:id="rId11">
        <w:r>
          <w:rPr>
            <w:color w:val="0000EE"/>
            <w:u w:val="single"/>
          </w:rPr>
          <w:t>https://www.dutchnews.nl/2026/08/jetten-becomes-first-dutch-pm-to-join-pride-canal-parade/</w:t>
        </w:r>
      </w:hyperlink>
      <w:r>
        <w:t xml:space="preserve"> - Rob Jetten became the first serving Dutch prime minister to participate in Amsterdam's Pride canal parade, joining a boat at the Scheepvaartmuseum and sailing part of the route through the city centre. During the event, he announced that the cabinet would implement the Regenboog Stembusakkoord, a set of pledges on LGBTQI+ rights signed by seven parties in October 2025. Jetten also stated that new laws would be introduced to strengthen the position of LGBTQI+ individuals and that the cabinet was allocating €35 million for safety measures and collaboration with the police and major cities.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orld/rob-jetten-attitude-pride-awards-speech-531774/" TargetMode="External"/><Relationship Id="rId10" Type="http://schemas.openxmlformats.org/officeDocument/2006/relationships/hyperlink" Target="https://www.dutchnews.nl/2026/08/jetten-warns-of-rising-hate-at-worldpride-conference/" TargetMode="External"/><Relationship Id="rId11" Type="http://schemas.openxmlformats.org/officeDocument/2006/relationships/hyperlink" Target="https://www.dutchnews.nl/2026/08/jetten-becomes-first-dutch-pm-to-join-pride-canal-parade/" TargetMode="External"/><Relationship Id="rId12" Type="http://schemas.openxmlformats.org/officeDocument/2006/relationships/hyperlink" Target="https://nltimes.nl/2026/08/05/prime-minister-jetten-amsterdam-mayor-halsema-warn-rising-anti-lgbtq-hatred" TargetMode="External"/><Relationship Id="rId13" Type="http://schemas.openxmlformats.org/officeDocument/2006/relationships/hyperlink" Target="https://www.government.nl/documents/2026/04/16/speech-by-pm-rob-jetten-at-international-four-freedoms-awards-ceremony" TargetMode="External"/><Relationship Id="rId14" Type="http://schemas.openxmlformats.org/officeDocument/2006/relationships/hyperlink" Target="https://nltimes.nl/2026/08/01/pm-jetten-worldpride-urges-young-lgbtia-people-come-gets-bet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