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Cinema Nova Screenings for Pride Month: Why Bound Still Sparks Conversation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cinema nights into a Pride ritual , a small group of friends met at Cinema Nova in Melbourne to watch Bound, and what unfolded shows why classic queer films still matter for connection, gossip and awkward first dates. Here’s why Cinema Nova’s screenings feel like a living, breathing Pride archive.</w:t>
      </w:r>
      <w:r/>
    </w:p>
    <w:p>
      <w:r/>
      <w:r>
        <w:t>Essential Takeaways</w:t>
      </w:r>
      <w:r/>
      <w:r/>
    </w:p>
    <w:p>
      <w:pPr>
        <w:pStyle w:val="ListBullet"/>
        <w:spacing w:line="240" w:lineRule="auto"/>
        <w:ind w:left="720"/>
      </w:pPr>
      <w:r/>
      <w:r>
        <w:rPr>
          <w:b/>
        </w:rPr>
        <w:t>Local vibe:</w:t>
      </w:r>
      <w:r>
        <w:t xml:space="preserve"> Cinema Nova in Carlton offers an intimate, vintage-feel screening that attracts a very queer, very opinionated Monday-night crowd. It’s warm, crowded and often buzzy.</w:t>
      </w:r>
      <w:r/>
    </w:p>
    <w:p>
      <w:pPr>
        <w:pStyle w:val="ListBullet"/>
        <w:spacing w:line="240" w:lineRule="auto"/>
        <w:ind w:left="720"/>
      </w:pPr>
      <w:r/>
      <w:r>
        <w:rPr>
          <w:b/>
        </w:rPr>
        <w:t>Emotional resonance:</w:t>
      </w:r>
      <w:r>
        <w:t xml:space="preserve"> Bound’s erotic tension and twisty plot still create awkward, electric moments in the dark , perfect for first-date nerves or spilled confessions.</w:t>
      </w:r>
      <w:r/>
    </w:p>
    <w:p>
      <w:pPr>
        <w:pStyle w:val="ListBullet"/>
        <w:spacing w:line="240" w:lineRule="auto"/>
        <w:ind w:left="720"/>
      </w:pPr>
      <w:r/>
      <w:r>
        <w:rPr>
          <w:b/>
        </w:rPr>
        <w:t>Shared rituals:</w:t>
      </w:r>
      <w:r>
        <w:t xml:space="preserve"> Popcorn, tram rides and lingering in the foyer amplify the experience , people notice each other, run-ins happen, and friendships shift.</w:t>
      </w:r>
      <w:r/>
    </w:p>
    <w:p>
      <w:pPr>
        <w:pStyle w:val="ListBullet"/>
        <w:spacing w:line="240" w:lineRule="auto"/>
        <w:ind w:left="720"/>
      </w:pPr>
      <w:r/>
      <w:r>
        <w:rPr>
          <w:b/>
        </w:rPr>
        <w:t>Practical tip:</w:t>
      </w:r>
      <w:r>
        <w:t xml:space="preserve"> Get there early, grab a seat near friends if you want company, or choose the back row if you’re courting first-date stealth.</w:t>
      </w:r>
      <w:r/>
    </w:p>
    <w:p>
      <w:pPr>
        <w:pStyle w:val="ListBullet"/>
        <w:spacing w:line="240" w:lineRule="auto"/>
        <w:ind w:left="720"/>
      </w:pPr>
      <w:r/>
      <w:r>
        <w:rPr>
          <w:b/>
        </w:rPr>
        <w:t>Sensory note:</w:t>
      </w:r>
      <w:r>
        <w:t xml:space="preserve"> The venue smells like buttered popcorn and coffee; conversations are loud enough to chuckle along but intimate enough for whispered confessions.</w:t>
      </w:r>
      <w:r/>
      <w:r/>
    </w:p>
    <w:p>
      <w:pPr>
        <w:pStyle w:val="Heading2"/>
      </w:pPr>
      <w:r>
        <w:t>Why a Cinema Nova screening feels like more than a movie night</w:t>
      </w:r>
      <w:r/>
    </w:p>
    <w:p>
      <w:r/>
      <w:r>
        <w:t>Cinema Nova’s compact screens and classic arthouse programming make it a magnet for people who want cinema to mean more than background noise. According to the cinema’s programme, they programme classics and cult favourites, which is why Bound sits so comfortably on their Pride roster. The room hums with expectation , the slightly stale popcorn, the rush of tram crowds outside , and that texture makes every glance and whispered aside feel amplified. If you want to soak up atmosphere, sit left-centre and order your popcorn early.</w:t>
      </w:r>
      <w:r/>
    </w:p>
    <w:p>
      <w:pPr>
        <w:pStyle w:val="Heading2"/>
      </w:pPr>
      <w:r>
        <w:t>Bound at night: still spicy, still complicated</w:t>
      </w:r>
      <w:r/>
    </w:p>
    <w:p>
      <w:r/>
      <w:r>
        <w:t>Roger Ebert and other critics praised Bound for its taut direction and kinky energy, and that tension translates into the auditorium decades on. The film’s mixture of noir crime plotting and lesbian eroticism still has the power to make first dates flustered and friends confess things they’d rather not. For viewers who know the plot, it’s an exercise in watching sexual politics play out on screen; for newcomers, it can be bewilderingly horny. Either way, it promotes real-time reactions , laughter, whispers, the occasional gasp , that make communal viewing feel alive.</w:t>
      </w:r>
      <w:r/>
    </w:p>
    <w:p>
      <w:pPr>
        <w:pStyle w:val="Heading2"/>
      </w:pPr>
      <w:r>
        <w:t>The small dramas that make screenings memorable</w:t>
      </w:r>
      <w:r/>
    </w:p>
    <w:p>
      <w:r/>
      <w:r>
        <w:t>A screening like this is as much about the people beside you as the film itself. Whether it’s someone nervously holding a new date’s hand, a friend blurting out an unwanted truth, or an unexpected roommate turning up in the row behind you, live cinema compresses life into ninety minutes. These micro-dramas get retold over coffee or cannoli afterwards and become part of the local lore. If you’re prone to awkwardness, pick a seat with a clear escape route; if you thrive on tension, sit centre and enjoy the show.</w:t>
      </w:r>
      <w:r/>
    </w:p>
    <w:p>
      <w:pPr>
        <w:pStyle w:val="Heading2"/>
      </w:pPr>
      <w:r>
        <w:t>Picking the right spot and companion for a Pride screening</w:t>
      </w:r>
      <w:r/>
    </w:p>
    <w:p>
      <w:r/>
      <w:r>
        <w:t>If you’re going to a Pride-season screening, think strategically. The front-centre seats are for hardcore fans who want to study framing and performances; the back row is for people trying not to be noticed on a first date. Bring a friend who reads the room: someone who will elbow you if an unwanted run-in approaches, or who’ll share a scarf when tram rides get chilly. Cinema Nova’s website lists screenings and times , book ahead for popular titles, especially Pride events.</w:t>
      </w:r>
      <w:r/>
    </w:p>
    <w:p>
      <w:pPr>
        <w:pStyle w:val="Heading2"/>
      </w:pPr>
      <w:r>
        <w:t>What screenings like this say about queer culture today</w:t>
      </w:r>
      <w:r/>
    </w:p>
    <w:p>
      <w:r/>
      <w:r>
        <w:t>Screenings of films like Bound aren’t just nostalgic; they’re active spaces where queer history and present anxieties meet. People go to remember, to flirt, to test boundaries, and to find companionship in public. They’re a reminder that cinema venues can be social infrastructure: a place to perform identity, to witness others, and sometimes to have painfully human conversations. That’s worth saving a seat for.</w:t>
      </w:r>
      <w:r/>
    </w:p>
    <w:p>
      <w:r/>
      <w:r>
        <w:t>It's a small change that can make every screening feel like an event , pick your seat, bring someone you trust, and be ready for life to spill into the dark.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https://farragomagazine.com/news/article/farrago/Cinema-Nova/</w:t>
        </w:r>
      </w:hyperlink>
      <w:r>
        <w:t xml:space="preserve"> - Please view link - unable to able to access data</w:t>
      </w:r>
      <w:r/>
    </w:p>
    <w:p>
      <w:pPr>
        <w:pStyle w:val="ListNumber"/>
        <w:spacing w:line="240" w:lineRule="auto"/>
        <w:ind w:left="720"/>
      </w:pPr>
      <w:r/>
      <w:hyperlink r:id="rId10">
        <w:r>
          <w:rPr>
            <w:color w:val="0000EE"/>
            <w:u w:val="single"/>
          </w:rPr>
          <w:t>https://www.cinemanova.com.au/</w:t>
        </w:r>
      </w:hyperlink>
      <w:r>
        <w:t xml:space="preserve"> - Cinema Nova is Melbourne's premier arthouse cinema, offering a diverse selection of films, including new releases and special events. Located at 380 Lygon Street, Carlton, it features 16 screens and hosts regular film festivals, Q&amp;A sessions, and themed nights. The cinema is known for its intimate atmosphere and commitment to showcasing quality cinema. For the latest screenings and events, visit their official website.</w:t>
      </w:r>
      <w:r/>
    </w:p>
    <w:p>
      <w:pPr>
        <w:pStyle w:val="ListNumber"/>
        <w:spacing w:line="240" w:lineRule="auto"/>
        <w:ind w:left="720"/>
      </w:pPr>
      <w:r/>
      <w:hyperlink r:id="rId12">
        <w:r>
          <w:rPr>
            <w:color w:val="0000EE"/>
            <w:u w:val="single"/>
          </w:rPr>
          <w:t>https://www.imdb.com/title/tt0115736/plotsummary/</w:t>
        </w:r>
      </w:hyperlink>
      <w:r>
        <w:t xml:space="preserve"> - The 1996 film 'Bound' is a neo-noir erotic crime thriller directed by the Wachowskis. It stars Jennifer Tilly as Violet, a woman seeking to escape her relationship with her mobster boyfriend, and Gina Gershon as Corky, an ex-convict. Together, they plot to steal $2 million from the Mafia. The film is noted for its intense performances and intricate plot twists, blending elements of crime and romance.</w:t>
      </w:r>
      <w:r/>
    </w:p>
    <w:p>
      <w:pPr>
        <w:pStyle w:val="ListNumber"/>
        <w:spacing w:line="240" w:lineRule="auto"/>
        <w:ind w:left="720"/>
      </w:pPr>
      <w:r/>
      <w:hyperlink r:id="rId11">
        <w:r>
          <w:rPr>
            <w:color w:val="0000EE"/>
            <w:u w:val="single"/>
          </w:rPr>
          <w:t>https://www.rogerebert.com/reviews/bound-1996</w:t>
        </w:r>
      </w:hyperlink>
      <w:r>
        <w:t xml:space="preserve"> - Roger Ebert's review of 'Bound' (1996) praises the film for its genre-blending narrative, combining elements of caper, gangster, and erotic thriller. He highlights the directorial debut of the Wachowskis, noting their confidence and virtuosity. Ebert commends the performances of Jennifer Tilly and Gina Gershon, emphasizing the film's ability to engage and surprise the audience with its twists and turns.</w:t>
      </w:r>
      <w:r/>
    </w:p>
    <w:p>
      <w:pPr>
        <w:pStyle w:val="ListNumber"/>
        <w:spacing w:line="240" w:lineRule="auto"/>
        <w:ind w:left="720"/>
      </w:pPr>
      <w:r/>
      <w:hyperlink r:id="rId13">
        <w:r>
          <w:rPr>
            <w:color w:val="0000EE"/>
            <w:u w:val="single"/>
          </w:rPr>
          <w:t>https://www.plotexplained.com/movie/bound</w:t>
        </w:r>
      </w:hyperlink>
      <w:r>
        <w:t xml:space="preserve"> - This detailed plot summary of 'Bound' (1996) outlines the story of Corky, an ex-convict, and Violet, a woman entangled with the Mafia. The two women develop a romantic relationship and devise a plan to steal $2 million from Violet's boyfriend, Caesar. The narrative delves into themes of betrayal, trust, and the complexities of their criminal scheme, leading to unexpected consequences.</w:t>
      </w:r>
      <w:r/>
    </w:p>
    <w:p>
      <w:pPr>
        <w:pStyle w:val="ListNumber"/>
        <w:spacing w:line="240" w:lineRule="auto"/>
        <w:ind w:left="720"/>
      </w:pPr>
      <w:r/>
      <w:hyperlink r:id="rId11">
        <w:r>
          <w:rPr>
            <w:color w:val="0000EE"/>
            <w:u w:val="single"/>
          </w:rPr>
          <w:t>https://www.rogerebert.com/reviews/bound-1996</w:t>
        </w:r>
      </w:hyperlink>
      <w:r>
        <w:t xml:space="preserve"> - Roger Ebert's review of 'Bound' (1996) praises the film for its genre-blending narrative, combining elements of caper, gangster, and erotic thriller. He highlights the directorial debut of the Wachowskis, noting their confidence and virtuosity. Ebert commends the performances of Jennifer Tilly and Gina Gershon, emphasizing the film's ability to engage and surprise the audience with its twists and turns.</w:t>
      </w:r>
      <w:r/>
    </w:p>
    <w:p>
      <w:pPr>
        <w:pStyle w:val="ListNumber"/>
        <w:spacing w:line="240" w:lineRule="auto"/>
        <w:ind w:left="720"/>
      </w:pPr>
      <w:r/>
      <w:hyperlink r:id="rId11">
        <w:r>
          <w:rPr>
            <w:color w:val="0000EE"/>
            <w:u w:val="single"/>
          </w:rPr>
          <w:t>https://www.rogerebert.com/reviews/bound-1996</w:t>
        </w:r>
      </w:hyperlink>
      <w:r>
        <w:t xml:space="preserve"> - Roger Ebert's review of 'Bound' (1996) praises the film for its genre-blending narrative, combining elements of caper, gangster, and erotic thriller. He highlights the directorial debut of the Wachowskis, noting their confidence and virtuosity. Ebert commends the performances of Jennifer Tilly and Gina Gershon, emphasizing the film's ability to engage and surprise the audience with its twists and turns.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rragomagazine.com/news/article/farrago/Cinema-Nova/" TargetMode="External"/><Relationship Id="rId10" Type="http://schemas.openxmlformats.org/officeDocument/2006/relationships/hyperlink" Target="https://www.cinemanova.com.au/" TargetMode="External"/><Relationship Id="rId11" Type="http://schemas.openxmlformats.org/officeDocument/2006/relationships/hyperlink" Target="https://www.rogerebert.com/reviews/bound-1996" TargetMode="External"/><Relationship Id="rId12" Type="http://schemas.openxmlformats.org/officeDocument/2006/relationships/hyperlink" Target="https://www.imdb.com/title/tt0115736/plotsummary/" TargetMode="External"/><Relationship Id="rId13" Type="http://schemas.openxmlformats.org/officeDocument/2006/relationships/hyperlink" Target="https://www.plotexplained.com/movie/b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