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Celebrity Moments That Normalise Queer Teen Love: Gillian Anderson’s Honest Take</w:t>
      </w:r>
      <w:r/>
    </w:p>
    <w:p>
      <w:r/>
      <w:r/>
    </w:p>
    <w:p>
      <w:r>
        <w:drawing>
          <wp:inline xmlns:a="http://schemas.openxmlformats.org/drawingml/2006/main" xmlns:pic="http://schemas.openxmlformats.org/drawingml/2006/picture">
            <wp:extent cx="5080000" cy="2847033"/>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847033"/>
                    </a:xfrm>
                    <a:prstGeom prst="rect"/>
                  </pic:spPr>
                </pic:pic>
              </a:graphicData>
            </a:graphic>
          </wp:inline>
        </w:drawing>
      </w:r>
    </w:p>
    <w:p>
      <w:r/>
      <w:r>
        <w:rPr>
          <w:b/>
        </w:rPr>
        <w:t>Shoppers and fans are paying attention: Gillian Anderson has opened up about a same-sex relationship she kept secret as a teen, and her reflections while promoting the queer-leaning film Teenage Sex and Death at Camp Miasma matter. Her story underlines why visible queer stories in film and TV still make a real difference for young people.</w:t>
      </w:r>
      <w:r/>
    </w:p>
    <w:p>
      <w:r/>
      <w:r>
        <w:t>Essential Takeaways</w:t>
      </w:r>
      <w:r/>
      <w:r/>
    </w:p>
    <w:p>
      <w:pPr>
        <w:pStyle w:val="ListBullet"/>
        <w:spacing w:line="240" w:lineRule="auto"/>
        <w:ind w:left="720"/>
      </w:pPr>
      <w:r/>
      <w:r>
        <w:rPr>
          <w:b/>
        </w:rPr>
        <w:t>Personal revelation:</w:t>
      </w:r>
      <w:r>
        <w:t xml:space="preserve"> Gillian Anderson shared she had a closeted same-sex relationship as a teenager and felt it was secretive and wrong at the time. </w:t>
      </w:r>
      <w:r/>
    </w:p>
    <w:p>
      <w:pPr>
        <w:pStyle w:val="ListBullet"/>
        <w:spacing w:line="240" w:lineRule="auto"/>
        <w:ind w:left="720"/>
      </w:pPr>
      <w:r/>
      <w:r>
        <w:rPr>
          <w:b/>
        </w:rPr>
        <w:t>Nuanced identity:</w:t>
      </w:r>
      <w:r>
        <w:t xml:space="preserve"> She says she didn’t have the language then, dated men too, and resists strict labels even now. </w:t>
      </w:r>
      <w:r/>
    </w:p>
    <w:p>
      <w:pPr>
        <w:pStyle w:val="ListBullet"/>
        <w:spacing w:line="240" w:lineRule="auto"/>
        <w:ind w:left="720"/>
      </w:pPr>
      <w:r/>
      <w:r>
        <w:rPr>
          <w:b/>
        </w:rPr>
        <w:t>Cultural gap:</w:t>
      </w:r>
      <w:r>
        <w:t xml:space="preserve"> Anderson believes a film like Camp Miasma would have helped her feel seen as a young person. </w:t>
      </w:r>
      <w:r/>
    </w:p>
    <w:p>
      <w:pPr>
        <w:pStyle w:val="ListBullet"/>
        <w:spacing w:line="240" w:lineRule="auto"/>
        <w:ind w:left="720"/>
      </w:pPr>
      <w:r/>
      <w:r>
        <w:rPr>
          <w:b/>
        </w:rPr>
        <w:t>Art that helps:</w:t>
      </w:r>
      <w:r>
        <w:t xml:space="preserve"> High-profile actors discussing fluid attraction can shift how audiences understand queer teen experiences. </w:t>
      </w:r>
      <w:r/>
    </w:p>
    <w:p>
      <w:pPr>
        <w:pStyle w:val="ListBullet"/>
        <w:spacing w:line="240" w:lineRule="auto"/>
        <w:ind w:left="720"/>
      </w:pPr>
      <w:r/>
      <w:r>
        <w:rPr>
          <w:b/>
        </w:rPr>
        <w:t>Tone and casting:</w:t>
      </w:r>
      <w:r>
        <w:t xml:space="preserve"> Camp Miasma pairs Anderson with bisexual star Hannah Einbinder, signalling mainstream appetite for queer-adjacent stories.</w:t>
      </w:r>
      <w:r/>
      <w:r/>
    </w:p>
    <w:p>
      <w:pPr>
        <w:pStyle w:val="Heading2"/>
      </w:pPr>
      <w:r>
        <w:t>Why Anderson’s confession still lands , and feels human</w:t>
      </w:r>
      <w:r/>
    </w:p>
    <w:p>
      <w:r/>
      <w:r>
        <w:t>Gillian Anderson’s voice lands low and candid when she talks about being a punk in a conservative American town, and that texture matters. According to interviews, she described a teenage romance with an older girl that felt illicit and had to be hidden, and later suffered a breakup when a boyfriend found out. That particular mix of secrecy and consequence will resonate with anyone who remembers learning the social rules of attraction in public schools. The emotional residue , shame, secrecy, and confusion , is tactile here, not theoretical.</w:t>
      </w:r>
      <w:r/>
    </w:p>
    <w:p>
      <w:pPr>
        <w:pStyle w:val="Heading2"/>
      </w:pPr>
      <w:r>
        <w:t>How Camp Miasma ties into a larger cultural moment</w:t>
      </w:r>
      <w:r/>
    </w:p>
    <w:p>
      <w:r/>
      <w:r>
        <w:t>The film Anderson’s promoting leans into queer teen themes and slasher nostalgia, and its arrival isn’t accidental. Films that put queer feelings at the centre help normalise messy, exploratory romances rather than labelling them as aberrations. When high-profile actors like Anderson speak honestly, it nudges mainstream coverage and audience expectations. For parents, educators or friends, the film becomes a conversation starter as much as entertainment.</w:t>
      </w:r>
      <w:r/>
    </w:p>
    <w:p>
      <w:pPr>
        <w:pStyle w:val="Heading2"/>
      </w:pPr>
      <w:r>
        <w:t>Labels, or not: an honest take on uncertainty</w:t>
      </w:r>
      <w:r/>
    </w:p>
    <w:p>
      <w:r/>
      <w:r>
        <w:t>Anderson’s remarks about not having the language for her feelings are a reminder that many people don’t slot neatly into boxes, especially in adolescence. She’s said she’s had relationships with both men and women, and now calls the person she considers her life partner male while acknowledging she might feel the same about a woman. That kind of candid uncertainty models a useful truth: attraction can be situational, evolving and resistant to tidy labels, and that’s fine.</w:t>
      </w:r>
      <w:r/>
    </w:p>
    <w:p>
      <w:pPr>
        <w:pStyle w:val="Heading2"/>
      </w:pPr>
      <w:r>
        <w:t>What this means for today’s teens and allies</w:t>
      </w:r>
      <w:r/>
    </w:p>
    <w:p>
      <w:r/>
      <w:r>
        <w:t>Visibility matters in practical ways. When actors say aloud that they wished stories like Camp Miasma had existed for them, it’s a small but potent admission that media can ease loneliness. If you’re a parent or teacher, that’s a cue: seek out age-appropriate queer narratives, listen without panic when teens talk about confusing feelings, and resist the urge to force identity into a checklist. For teens, Anderson’s message is quietly permission-giving , your feelings can be complicated and still valid.</w:t>
      </w:r>
      <w:r/>
    </w:p>
    <w:p>
      <w:pPr>
        <w:pStyle w:val="Heading2"/>
      </w:pPr>
      <w:r>
        <w:t>The celebrity factor: why stars talking about sexuality helps</w:t>
      </w:r>
      <w:r/>
    </w:p>
    <w:p>
      <w:r/>
      <w:r>
        <w:t>When a well-known figure speaks candidly, it humanises experiences that some people still treat as fringe. Anderson has discussed same-sex relationships before, and repeating the point now reinforces it rather than sensationalising it. That steadying, unsensational approach helps normalise fluid attraction in public discourse, and may make it easier for someone younger to acknowledge their own truth, privately or aloud.</w:t>
      </w:r>
      <w:r/>
    </w:p>
    <w:p>
      <w:r/>
      <w:r>
        <w:t>It’s a small shift, but stories and voices like this make being seen feel a bit more possible.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[4]</w:t>
        </w:r>
      </w:hyperlink>
      <w:r>
        <w:t xml:space="preserve">- Paragraph 3: </w:t>
      </w:r>
      <w:hyperlink r:id="rId10">
        <w:r>
          <w:rPr>
            <w:color w:val="0000EE"/>
            <w:u w:val="single"/>
          </w:rPr>
          <w:t>[5]</w:t>
        </w:r>
      </w:hyperlink>
      <w:r>
        <w:t xml:space="preserve">- Paragraph 4: </w:t>
      </w:r>
      <w:hyperlink r:id="rId10">
        <w:r>
          <w:rPr>
            <w:color w:val="0000EE"/>
            <w:u w:val="single"/>
          </w:rPr>
          <w:t>[6]</w:t>
        </w:r>
      </w:hyperlink>
      <w:r>
        <w:t xml:space="preserve">- Paragraph 5: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https://www.lgbtqnation.com/2026/08/gillian-anderson-opens-up-about-her-first-same-relationship-as-a-teen-we-had-to-hide/</w:t>
        </w:r>
      </w:hyperlink>
      <w:r>
        <w:t xml:space="preserve"> - Please view link - unable to able to access data</w:t>
      </w:r>
      <w:r/>
    </w:p>
    <w:p>
      <w:pPr>
        <w:pStyle w:val="ListNumber"/>
        <w:spacing w:line="240" w:lineRule="auto"/>
        <w:ind w:left="720"/>
      </w:pPr>
      <w:r/>
      <w:hyperlink r:id="rId10">
        <w:r>
          <w:rPr>
            <w:color w:val="0000EE"/>
            <w:u w:val="single"/>
          </w:rPr>
          <w:t>https://www.theguardian.com/film/2026/may/14/teenage-sex-and-death-at-camp-miasma-review-seductive-gillian-anderson-fulfils-a-rapturous-slasher-fan-obsession</w:t>
        </w:r>
      </w:hyperlink>
      <w:r>
        <w:t xml:space="preserve"> - In this review, Peter Bradshaw discusses Jane Schoenbrun's film 'Teenage Sex and Death at Camp Miasma', highlighting Gillian Anderson's performance as Billy Presley, a reclusive actress from a slasher franchise. The film is praised for its blend of horror and introspection, with Anderson's portrayal being central to its success.</w:t>
      </w:r>
      <w:r/>
    </w:p>
    <w:p>
      <w:pPr>
        <w:pStyle w:val="ListNumber"/>
        <w:spacing w:line="240" w:lineRule="auto"/>
        <w:ind w:left="720"/>
      </w:pPr>
      <w:r/>
      <w:hyperlink r:id="rId10">
        <w:r>
          <w:rPr>
            <w:color w:val="0000EE"/>
            <w:u w:val="single"/>
          </w:rPr>
          <w:t>https://www.theguardian.com/film/2026/may/14/teenage-sex-and-death-at-camp-miasma-review-seductive-gillian-anderson-fulfils-a-rapturous-slasher-fan-obsession</w:t>
        </w:r>
      </w:hyperlink>
      <w:r>
        <w:t xml:space="preserve"> - In this review, Peter Bradshaw discusses Jane Schoenbrun's film 'Teenage Sex and Death at Camp Miasma', highlighting Gillian Anderson's performance as Billy Presley, a reclusive actress from a slasher franchise. The film is praised for its blend of horror and introspection, with Anderson's portrayal being central to its success.</w:t>
      </w:r>
      <w:r/>
    </w:p>
    <w:p>
      <w:pPr>
        <w:pStyle w:val="ListNumber"/>
        <w:spacing w:line="240" w:lineRule="auto"/>
        <w:ind w:left="720"/>
      </w:pPr>
      <w:r/>
      <w:hyperlink r:id="rId10">
        <w:r>
          <w:rPr>
            <w:color w:val="0000EE"/>
            <w:u w:val="single"/>
          </w:rPr>
          <w:t>https://www.theguardian.com/film/2026/may/14/teenage-sex-and-death-at-camp-miasma-review-seductive-gillian-anderson-fulfils-a-rapturous-slasher-fan-obsession</w:t>
        </w:r>
      </w:hyperlink>
      <w:r>
        <w:t xml:space="preserve"> - In this review, Peter Bradshaw discusses Jane Schoenbrun's film 'Teenage Sex and Death at Camp Miasma', highlighting Gillian Anderson's performance as Billy Presley, a reclusive actress from a slasher franchise. The film is praised for its blend of horror and introspection, with Anderson's portrayal being central to its success.</w:t>
      </w:r>
      <w:r/>
    </w:p>
    <w:p>
      <w:pPr>
        <w:pStyle w:val="ListNumber"/>
        <w:spacing w:line="240" w:lineRule="auto"/>
        <w:ind w:left="720"/>
      </w:pPr>
      <w:r/>
      <w:hyperlink r:id="rId10">
        <w:r>
          <w:rPr>
            <w:color w:val="0000EE"/>
            <w:u w:val="single"/>
          </w:rPr>
          <w:t>https://www.theguardian.com/film/2026/may/14/teenage-sex-and-death-at-camp-miasma-review-seductive-gillian-anderson-fulfils-a-rapturous-slasher-fan-obsession</w:t>
        </w:r>
      </w:hyperlink>
      <w:r>
        <w:t xml:space="preserve"> - In this review, Peter Bradshaw discusses Jane Schoenbrun's film 'Teenage Sex and Death at Camp Miasma', highlighting Gillian Anderson's performance as Billy Presley, a reclusive actress from a slasher franchise. The film is praised for its blend of horror and introspection, with Anderson's portrayal being central to its success.</w:t>
      </w:r>
      <w:r/>
    </w:p>
    <w:p>
      <w:pPr>
        <w:pStyle w:val="ListNumber"/>
        <w:spacing w:line="240" w:lineRule="auto"/>
        <w:ind w:left="720"/>
      </w:pPr>
      <w:r/>
      <w:hyperlink r:id="rId10">
        <w:r>
          <w:rPr>
            <w:color w:val="0000EE"/>
            <w:u w:val="single"/>
          </w:rPr>
          <w:t>https://www.theguardian.com/film/2026/may/14/teenage-sex-and-death-at-camp-miasma-review-seductive-gillian-anderson-fulfils-a-rapturous-slasher-fan-obsession</w:t>
        </w:r>
      </w:hyperlink>
      <w:r>
        <w:t xml:space="preserve"> - In this review, Peter Bradshaw discusses Jane Schoenbrun's film 'Teenage Sex and Death at Camp Miasma', highlighting Gillian Anderson's performance as Billy Presley, a reclusive actress from a slasher franchise. The film is praised for its blend of horror and introspection, with Anderson's portrayal being central to its success.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gillian-anderson-opens-up-about-her-first-same-relationship-as-a-teen-we-had-to-hide/" TargetMode="External"/><Relationship Id="rId10" Type="http://schemas.openxmlformats.org/officeDocument/2006/relationships/hyperlink" Target="https://www.theguardian.com/film/2026/may/14/teenage-sex-and-death-at-camp-miasma-review-seductive-gillian-anderson-fulfils-a-rapturous-slasher-fan-obses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