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BEEFMINCE Nights to Book at Sitges Bears Week 2026</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sun, sand and sequins are packing their suitcases , BEEFMINCE is back in Sitges for Bears Week 2026, bringing themed nights, big beats and an attitude-free dancefloor that matters for anyone wanting the loudest, proudest party schedule from September 9–13.</w:t>
      </w:r>
      <w:r/>
    </w:p>
    <w:p>
      <w:r/>
      <w:r>
        <w:t>Essential Takeaways</w:t>
      </w:r>
      <w:r/>
      <w:r/>
    </w:p>
    <w:p>
      <w:pPr>
        <w:pStyle w:val="ListBullet"/>
        <w:spacing w:line="240" w:lineRule="auto"/>
        <w:ind w:left="720"/>
      </w:pPr>
      <w:r/>
      <w:r>
        <w:rPr>
          <w:b/>
        </w:rPr>
        <w:t>Dates and venue:</w:t>
      </w:r>
      <w:r>
        <w:t xml:space="preserve"> BEEFMINCE runs a multi-night takeover at The Bear Cave, Club Mambo, from 9–13 September.</w:t>
      </w:r>
      <w:r/>
    </w:p>
    <w:p>
      <w:pPr>
        <w:pStyle w:val="ListBullet"/>
        <w:spacing w:line="240" w:lineRule="auto"/>
        <w:ind w:left="720"/>
      </w:pPr>
      <w:r/>
      <w:r>
        <w:rPr>
          <w:b/>
        </w:rPr>
        <w:t>Themed lineup:</w:t>
      </w:r>
      <w:r>
        <w:t xml:space="preserve"> Expect a Traffic Light Meet Market, a glittery disco night, a sports-themed rave and the big closing Ball.</w:t>
      </w:r>
      <w:r/>
    </w:p>
    <w:p>
      <w:pPr>
        <w:pStyle w:val="ListBullet"/>
        <w:spacing w:line="240" w:lineRule="auto"/>
        <w:ind w:left="720"/>
      </w:pPr>
      <w:r/>
      <w:r>
        <w:rPr>
          <w:b/>
        </w:rPr>
        <w:t>Music vibe:</w:t>
      </w:r>
      <w:r>
        <w:t xml:space="preserve"> DJs will spin chunky house, tech and disco-house; Silverhook &amp; Jon Byrne headline the final night.</w:t>
      </w:r>
      <w:r/>
    </w:p>
    <w:p>
      <w:pPr>
        <w:pStyle w:val="ListBullet"/>
        <w:spacing w:line="240" w:lineRule="auto"/>
        <w:ind w:left="720"/>
      </w:pPr>
      <w:r/>
      <w:r>
        <w:rPr>
          <w:b/>
        </w:rPr>
        <w:t>Crowd feel:</w:t>
      </w:r>
      <w:r>
        <w:t xml:space="preserve"> Warm, unpretentious and diverse , bears, cubs, chubs, chasers and allies welcome.</w:t>
      </w:r>
      <w:r/>
    </w:p>
    <w:p>
      <w:pPr>
        <w:pStyle w:val="ListBullet"/>
        <w:spacing w:line="240" w:lineRule="auto"/>
        <w:ind w:left="720"/>
      </w:pPr>
      <w:r/>
      <w:r>
        <w:rPr>
          <w:b/>
        </w:rPr>
        <w:t>Practical tip:</w:t>
      </w:r>
      <w:r>
        <w:t xml:space="preserve"> Buy tickets in advance via bearsevents.com or beefmince.com and pack dress-up items for themed nights.</w:t>
      </w:r>
      <w:r/>
      <w:r/>
    </w:p>
    <w:p>
      <w:pPr>
        <w:pStyle w:val="Heading2"/>
      </w:pPr>
      <w:r>
        <w:t>Why BEEFMINCE in Sitges is the party everyone’s booking</w:t>
      </w:r>
      <w:r/>
    </w:p>
    <w:p>
      <w:r/>
      <w:r>
        <w:t>BEEFMINCE has quietly become the UK’s beefiest club night with a reputation for loud music and an even louder welcome; the vibe is warm, sweaty and unpretentious. Returning to Sitges for Bears Week, the brand brings its London energy to Club Mambo’s Bear Cave, turning the town into a nightly playground. If you love music that makes your legs go and a crowd that cheers at the joy of being together, this is the place.</w:t>
      </w:r>
      <w:r/>
    </w:p>
    <w:p>
      <w:r/>
      <w:r>
        <w:t>The festival-style takeover matters because Sitges is already a magnet for the international bear scene, and BEEFMINCE’s residency adds a distinct, themed continuity across multiple evenings. Pack for heat, glitter and a long night; practical footwear and a lightweight jacket for the walk back to your hotel will save your morning.</w:t>
      </w:r>
      <w:r/>
    </w:p>
    <w:p>
      <w:pPr>
        <w:pStyle w:val="Heading2"/>
      </w:pPr>
      <w:r>
        <w:t>Meet Market: how the Traffic Light party keeps flirting simple</w:t>
      </w:r>
      <w:r/>
    </w:p>
    <w:p>
      <w:r/>
      <w:r>
        <w:t>The week opens with a classic Traffic Light Meet Market , wear a green, yellow or red sticker to signal your intentions. It’s a tactile, visual way to navigate the room: green for mingling, yellow for chat, red for taken. The format removes awkward small talk and lets the music and the stickers do the introductions.</w:t>
      </w:r>
      <w:r/>
    </w:p>
    <w:p>
      <w:r/>
      <w:r>
        <w:t>This is sensible if you’re joining alone or in a small group and want quick cues on who’s open to meeting. Bring bright stickers, a memorable opening line and an open attitude; the rest follows on the dancefloor.</w:t>
      </w:r>
      <w:r/>
    </w:p>
    <w:p>
      <w:pPr>
        <w:pStyle w:val="Heading2"/>
      </w:pPr>
      <w:r>
        <w:t>Disco night: sequins, nu-disco and pure euphoria</w:t>
      </w:r>
      <w:r/>
    </w:p>
    <w:p>
      <w:r/>
      <w:r>
        <w:t>On the disco-themed night, expect the floor to shimmer as classic disco, nu-disco and disco-house fill the club. BEEFMINCE has leaned into flamboyant production before, and this night promises glitter, energy and a soundtrack designed to keep bodies moving until dawn. It’s an excellent chance to embrace retro looks or to borrow a sequin from a friend.</w:t>
      </w:r>
      <w:r/>
    </w:p>
    <w:p>
      <w:r/>
      <w:r>
        <w:t>If you love dressing up, bring a standout piece, sequins, mirrored sunglasses or a bold shirt, and mind the club’s capacity by arriving early. The music selection is intentionally joyous, so plan on singing along and leaving your phone in your pocket for most of the set.</w:t>
      </w:r>
      <w:r/>
    </w:p>
    <w:p>
      <w:pPr>
        <w:pStyle w:val="Heading2"/>
      </w:pPr>
      <w:r>
        <w:t>Sports Zone: game on until 6am</w:t>
      </w:r>
      <w:r/>
    </w:p>
    <w:p>
      <w:r/>
      <w:r>
        <w:t>Friday’s Sports Zone switches to a playful, athletic dress code: football shorts, rugby tops, jocks and more. It’s a wink to fans and players who want to translate their day wear into night energy. The whistle reportedly blows at 1am and the party keeps going until 6am, so stamina and comfortable layers are smart choices.</w:t>
      </w:r>
      <w:r/>
    </w:p>
    <w:p>
      <w:r/>
      <w:r>
        <w:t>This night tends to attract a lively, physical crowd; consider ear protection if you are sensitive to bass, and stay hydrated , late-night trade winds off the Mediterranean can be deceptively dry.</w:t>
      </w:r>
      <w:r/>
    </w:p>
    <w:p>
      <w:pPr>
        <w:pStyle w:val="Heading2"/>
      </w:pPr>
      <w:r>
        <w:t>The Big Ball: chunky house, tech and an emphatic send-off</w:t>
      </w:r>
      <w:r/>
    </w:p>
    <w:p>
      <w:r/>
      <w:r>
        <w:t>The final night, billed as The Big Ball, promises a full-capacity dancefloor with Silverhook &amp; Jon Byrne mixing chunky house, tech and disco into an explosive close. It’s the kind of send-off that cements friendships made across the week and leaves you breathless in the best way. Expect theatrical energy, singalong moments and a clear community feel.</w:t>
      </w:r>
      <w:r/>
    </w:p>
    <w:p>
      <w:r/>
      <w:r>
        <w:t>For those choosing one night only, this is the pick for maximum energy and cross-community mingling. Book early, because legendary closing nights in Sitges fill fast.</w:t>
      </w:r>
      <w:r/>
    </w:p>
    <w:p>
      <w:pPr>
        <w:pStyle w:val="Heading2"/>
      </w:pPr>
      <w:r>
        <w:t>Practical planning for Sitges Bears Week</w:t>
      </w:r>
      <w:r/>
    </w:p>
    <w:p>
      <w:r/>
      <w:r>
        <w:t>Sitges itself throws an easy, sunlit backdrop to late-night partying , beaches, bars and a compact town layout make it simple to hop between events. According to local event listings, Bears Week includes dozens of parties and a calendar worth scanning before you arrive. Plan transport and accommodation early, check official sites for ticket links, and leave room in your bag for themed costume pieces.</w:t>
      </w:r>
      <w:r/>
    </w:p>
    <w:p>
      <w:r/>
      <w:r>
        <w:t>If you want a calmer day, aim for late starts and beach time; if you’re here for the nights, pace yourself and buddy up for late-night walks. The right pair of shoes, a small water bottle and a compact bag make the week far more enjoyable.</w:t>
      </w:r>
      <w:r/>
    </w:p>
    <w:p>
      <w:r/>
      <w:r>
        <w:t>It's a small wardrobe tweak and a quick ticket purchase that can make your Sitges week seriously unforgettable.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0">
        <w:r>
          <w:rPr>
            <w:color w:val="0000EE"/>
            <w:u w:val="single"/>
          </w:rPr>
          <w:t>[2]</w:t>
        </w:r>
      </w:hyperlink>
      <w:r>
        <w:t xml:space="preserve">, </w:t>
      </w:r>
      <w:hyperlink r:id="rId9">
        <w:r>
          <w:rPr>
            <w:color w:val="0000EE"/>
            <w:u w:val="single"/>
          </w:rPr>
          <w:t>[4]</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0">
        <w:r>
          <w:rPr>
            <w:color w:val="0000EE"/>
            <w:u w:val="single"/>
          </w:rPr>
          <w:t>[2]</w:t>
        </w:r>
      </w:hyperlink>
      <w:r>
        <w:t xml:space="preserve">, </w:t>
      </w:r>
      <w:hyperlink r:id="rId9">
        <w:r>
          <w:rPr>
            <w:color w:val="0000EE"/>
            <w:u w:val="single"/>
          </w:rPr>
          <w:t>[4]</w:t>
        </w:r>
      </w:hyperlink>
      <w:r>
        <w:t xml:space="preserve">- Paragraph 6: </w:t>
      </w:r>
      <w:hyperlink r:id="rId10">
        <w:r>
          <w:rPr>
            <w:color w:val="0000EE"/>
            <w:u w:val="single"/>
          </w:rPr>
          <w:t>[2]</w:t>
        </w:r>
      </w:hyperlink>
      <w:r>
        <w:t xml:space="preserve">, </w:t>
      </w:r>
      <w:hyperlink r:id="rId13">
        <w:r>
          <w:rPr>
            <w:color w:val="0000EE"/>
            <w:u w:val="single"/>
          </w:rPr>
          <w:t>[6]</w:t>
        </w:r>
      </w:hyperlink>
      <w:r>
        <w:t xml:space="preserve">- Paragraph 7: </w:t>
      </w:r>
      <w:hyperlink r:id="rId11">
        <w:r>
          <w:rPr>
            <w:color w:val="0000EE"/>
            <w:u w:val="single"/>
          </w:rPr>
          <w:t>[5]</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https://bearworldmag.com/beefmince-sitges-bears-week-2026/?utm_source=rss&amp;utm_medium=rss&amp;utm_campaign=beefmince-sitges-bears-week-2026</w:t>
        </w:r>
      </w:hyperlink>
      <w:r>
        <w:t xml:space="preserve"> - Please view link - unable to able to access data</w:t>
      </w:r>
      <w:r/>
    </w:p>
    <w:p>
      <w:pPr>
        <w:pStyle w:val="ListNumber"/>
        <w:spacing w:line="240" w:lineRule="auto"/>
        <w:ind w:left="720"/>
      </w:pPr>
      <w:r/>
      <w:hyperlink r:id="rId10">
        <w:r>
          <w:rPr>
            <w:color w:val="0000EE"/>
            <w:u w:val="single"/>
          </w:rPr>
          <w:t>https://bearworldmag.com/beefmince-returns-to-sitges-bears-week-2026-with-two-huge-all-night-parties/</w:t>
        </w:r>
      </w:hyperlink>
      <w:r>
        <w:t xml:space="preserve"> - BEEFMINCE, London's renowned 'bear-full, attitude-free' club night, is returning to Sitges Bears Week 2026. The event will take place at the legendary Bears Disco (Scandal) on Calle Bonaire 15, with two massive late-night parties scheduled for Friday, May 1st, and Saturday, May 2nd, both running from 12:30 AM to 6 AM. DJs Silverhook and Jon Byrne will provide the music, delivering a mix of classic mince anthems throughout the weekend. Tickets are available on the official BEEFMINCE website.</w:t>
      </w:r>
      <w:r/>
    </w:p>
    <w:p>
      <w:pPr>
        <w:pStyle w:val="ListNumber"/>
        <w:spacing w:line="240" w:lineRule="auto"/>
        <w:ind w:left="720"/>
      </w:pPr>
      <w:r/>
      <w:hyperlink r:id="rId12">
        <w:r>
          <w:rPr>
            <w:color w:val="0000EE"/>
            <w:u w:val="single"/>
          </w:rPr>
          <w:t>https://beefmince.com/sitges</w:t>
        </w:r>
      </w:hyperlink>
      <w:r>
        <w:t xml:space="preserve"> - BEEFMINCE is set to return to Sitges Bears Week in September 2026, hosting a series of themed parties at The Bear Cave (Club Mambo) from September 9th to 13th. The events include a Traffic Light Party on Wednesday, a disco-themed night on Thursday, a sports-themed night on Friday, and a high-energy celebration on Saturday featuring DJs Silverhook and Jon Byrne. The Bear Cave is located at Carrer Bonaire, 12, in Sitges. Tickets are available on the BEEFMINCE website.</w:t>
      </w:r>
      <w:r/>
    </w:p>
    <w:p>
      <w:pPr>
        <w:pStyle w:val="ListNumber"/>
        <w:spacing w:line="240" w:lineRule="auto"/>
        <w:ind w:left="720"/>
      </w:pPr>
      <w:r/>
      <w:hyperlink r:id="rId9">
        <w:r>
          <w:rPr>
            <w:color w:val="0000EE"/>
            <w:u w:val="single"/>
          </w:rPr>
          <w:t>https://bearworldmag.com/beefmince-sitges-bears-week-2026/?utm_source=rss&amp;utm_medium=rss&amp;utm_campaign=beefmince-sitges-bears-week-2026</w:t>
        </w:r>
      </w:hyperlink>
      <w:r>
        <w:t xml:space="preserve"> - BEEFMINCE, London's iconic 'bear-full, attitude-free' club night, is returning to Sitges Bears Week in September 2026. The event will take place at The Bear Cave (Club Mambo) from September 9th to 13th, featuring themed nights such as a Traffic Light Party, a disco-themed night, a sports-themed night, and a high-energy celebration with DJs Silverhook and Jon Byrne. The Bear Cave is located at Carrer Bonaire, 12, in Sitges. Tickets are available on the BEEFMINCE website.</w:t>
      </w:r>
      <w:r/>
    </w:p>
    <w:p>
      <w:pPr>
        <w:pStyle w:val="ListNumber"/>
        <w:spacing w:line="240" w:lineRule="auto"/>
        <w:ind w:left="720"/>
      </w:pPr>
      <w:r/>
      <w:hyperlink r:id="rId11">
        <w:r>
          <w:rPr>
            <w:color w:val="0000EE"/>
            <w:u w:val="single"/>
          </w:rPr>
          <w:t>https://tapasitges.com/en/blog/bears-week-sitges-guide</w:t>
        </w:r>
      </w:hyperlink>
      <w:r>
        <w:t xml:space="preserve"> - Bears Week Sitges is Europe's largest Bear event, attracting over 10,000 attendees each September. The 2026 edition runs from September 4th to 13th, featuring the Bear Village, Mr Bear Sitges contest, pool parties, and more. The Bear Village opens from September 7th to 13th, offering themed nights, official after-parties, and the Mr Bear Sitges contest. Other highlights include pool parties, beach volleyball tournaments, the Bear Market, and themed dinners. Tickets and more information are available on the official website.</w:t>
      </w:r>
      <w:r/>
    </w:p>
    <w:p>
      <w:pPr>
        <w:pStyle w:val="ListNumber"/>
        <w:spacing w:line="240" w:lineRule="auto"/>
        <w:ind w:left="720"/>
      </w:pPr>
      <w:r/>
      <w:hyperlink r:id="rId13">
        <w:r>
          <w:rPr>
            <w:color w:val="0000EE"/>
            <w:u w:val="single"/>
          </w:rPr>
          <w:t>https://www.sitgesanytime.com/en/calendar/pln330/bears-sitges-week</w:t>
        </w:r>
      </w:hyperlink>
      <w:r>
        <w:t xml:space="preserve"> - Bears Sitges Week is the world's largest Bear gathering, taking place from September 4th to 13th, 2026. The event offers a wide range of cultural and leisure activities, turning the experience into a true Bear celebration. The programme for 2026 is pending confirmation, but the event is expected to feature various activities and venues across Sitges. For the latest updates and detailed information, visit the official website.</w:t>
      </w:r>
      <w:r/>
    </w:p>
    <w:p>
      <w:pPr>
        <w:pStyle w:val="ListNumber"/>
        <w:spacing w:line="240" w:lineRule="auto"/>
        <w:ind w:left="720"/>
      </w:pPr>
      <w:r/>
      <w:hyperlink r:id="rId14">
        <w:r>
          <w:rPr>
            <w:color w:val="0000EE"/>
            <w:u w:val="single"/>
          </w:rPr>
          <w:t>https://www.sitgesanytime.com/de/aktuelles/kalender/pln330/bears-sitges-week</w:t>
        </w:r>
      </w:hyperlink>
      <w:r>
        <w:t xml:space="preserve"> - Bears Sitges Week is the world's largest Bear gathering, taking place from September 4th to 13th, 2026. The event offers a wide range of cultural and leisure activities, turning the experience into a true Bear celebration. The programme for 2026 is pending confirmation, but the event is expected to feature various activities and venues across Sitges. For the latest updates and detailed information, visit the official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earworldmag.com/beefmince-sitges-bears-week-2026/?utm_source=rss&amp;utm_medium=rss&amp;utm_campaign=beefmince-sitges-bears-week-2026" TargetMode="External"/><Relationship Id="rId10" Type="http://schemas.openxmlformats.org/officeDocument/2006/relationships/hyperlink" Target="https://bearworldmag.com/beefmince-returns-to-sitges-bears-week-2026-with-two-huge-all-night-parties/" TargetMode="External"/><Relationship Id="rId11" Type="http://schemas.openxmlformats.org/officeDocument/2006/relationships/hyperlink" Target="https://tapasitges.com/en/blog/bears-week-sitges-guide" TargetMode="External"/><Relationship Id="rId12" Type="http://schemas.openxmlformats.org/officeDocument/2006/relationships/hyperlink" Target="https://beefmince.com/sitges" TargetMode="External"/><Relationship Id="rId13" Type="http://schemas.openxmlformats.org/officeDocument/2006/relationships/hyperlink" Target="https://www.sitgesanytime.com/en/calendar/pln330/bears-sitges-week" TargetMode="External"/><Relationship Id="rId14" Type="http://schemas.openxmlformats.org/officeDocument/2006/relationships/hyperlink" Target="https://www.sitgesanytime.com/de/aktuelles/kalender/pln330/bears-sitges-wee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