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Bay Area Nights Out: Top Theatre, Dance and Queer Events This Week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 your weekend plans: San Francisco and the Bay Area burst with theatre, dance, live music and queer nightlife this week, from the recreated diner of Compton’s Cafeteria to aerial concerts and Fringe-style play festivals, handy picks and tips so you don’t miss the shows that matter.</w:t>
      </w:r>
      <w:r/>
    </w:p>
    <w:p>
      <w:r/>
      <w:r>
        <w:t>Essential Takeaways</w:t>
      </w:r>
      <w:r/>
      <w:r/>
    </w:p>
    <w:p>
      <w:pPr>
        <w:pStyle w:val="ListBullet"/>
        <w:spacing w:line="240" w:lineRule="auto"/>
        <w:ind w:left="720"/>
      </w:pPr>
      <w:r/>
      <w:r>
        <w:rPr>
          <w:b/>
        </w:rPr>
        <w:t>Must-see theatre:</w:t>
      </w:r>
      <w:r>
        <w:t xml:space="preserve"> The Tenderloin’s immersive staging of Compton’s Cafeteria Riot offers dinner-and-drama in a recreated diner, with a one-year run and special guest appearances.</w:t>
      </w:r>
      <w:r/>
    </w:p>
    <w:p>
      <w:pPr>
        <w:pStyle w:val="ListBullet"/>
        <w:spacing w:line="240" w:lineRule="auto"/>
        <w:ind w:left="720"/>
      </w:pPr>
      <w:r/>
      <w:r>
        <w:rPr>
          <w:b/>
        </w:rPr>
        <w:t>Fringe-style variety:</w:t>
      </w:r>
      <w:r>
        <w:t xml:space="preserve"> Potrero Stage’s Free-Play Festival presents a rotating slate of short plays and new work, free or donation-based, easy to dip into.</w:t>
      </w:r>
      <w:r/>
    </w:p>
    <w:p>
      <w:pPr>
        <w:pStyle w:val="ListBullet"/>
        <w:spacing w:line="240" w:lineRule="auto"/>
        <w:ind w:left="720"/>
      </w:pPr>
      <w:r/>
      <w:r>
        <w:rPr>
          <w:b/>
        </w:rPr>
        <w:t>High-flying entertainment:</w:t>
      </w:r>
      <w:r>
        <w:t xml:space="preserve"> The 7 Fingers’ Dear San Francisco at Club Fugazi delivers acrobatics and local homage, great for a spectacle night out.</w:t>
      </w:r>
      <w:r/>
    </w:p>
    <w:p>
      <w:pPr>
        <w:pStyle w:val="ListBullet"/>
        <w:spacing w:line="240" w:lineRule="auto"/>
        <w:ind w:left="720"/>
      </w:pPr>
      <w:r/>
      <w:r>
        <w:rPr>
          <w:b/>
        </w:rPr>
        <w:t>Community and music:</w:t>
      </w:r>
      <w:r>
        <w:t xml:space="preserve"> Expansive Showcase mixes trans singers and spoken word with projections, while the Marsh and ODC mount strong festivals for new solo and dance works.</w:t>
      </w:r>
      <w:r/>
    </w:p>
    <w:p>
      <w:pPr>
        <w:pStyle w:val="ListBullet"/>
        <w:spacing w:line="240" w:lineRule="auto"/>
        <w:ind w:left="720"/>
      </w:pPr>
      <w:r/>
      <w:r>
        <w:rPr>
          <w:b/>
        </w:rPr>
        <w:t>Nightlife pulse:</w:t>
      </w:r>
      <w:r>
        <w:t xml:space="preserve"> Castro and SoMa clubs, plus neighborhood queer bars across Oakland and the North Bay, keep late-night options lively and varied.</w:t>
      </w:r>
      <w:r/>
      <w:r/>
    </w:p>
    <w:p>
      <w:pPr>
        <w:pStyle w:val="Heading2"/>
      </w:pPr>
      <w:r>
        <w:t>Dinner, protest and performance: Compton’s Cafeteria Riot is immersive and resonant</w:t>
      </w:r>
      <w:r/>
    </w:p>
    <w:p>
      <w:r/>
      <w:r>
        <w:t>Step into a diner's warm light and you’re somewhere between a museum exhibit and a punchy play, with the smell of breakfast and the friction of a 1966 uprising under the plates. According to the Tenderloin Museum, Colette LeGrande, Mark Nassar and Donna Personna recreate the historic resistance of trans and drag people with theatrical gusto. It’s tactile and immediate, the staging invites you to feel the cramped heat and the anger that led to change. If you want context before you go, the museum’s materials and the on-stage pre-show help frame the history. Book ahead for weekend dates and special-guest nights, and expect a slightly risqué, deeply human evening.</w:t>
      </w:r>
      <w:r/>
    </w:p>
    <w:p>
      <w:pPr>
        <w:pStyle w:val="Heading2"/>
      </w:pPr>
      <w:r>
        <w:t>Fringe on rotation: Free-Play Festival makes new theatre easy to try</w:t>
      </w:r>
      <w:r/>
    </w:p>
    <w:p>
      <w:r/>
      <w:r>
        <w:t>Potrero Stage’s Free-Play Festival is one of those job-saving events for curious theatre-goers: short runs, rotating pieces and low-cost entry mean you can sample without commitment. Playground-SF lists multiple short plays across a four-week stretch, so you can catch a mixture of styles in one visit. It’s relaxed, often raw and a great place to spot emerging writers or actors before they hit bigger houses. Arrive early for the best seats, and bring cash or a small donation, many nights run on community support.</w:t>
      </w:r>
      <w:r/>
    </w:p>
    <w:p>
      <w:pPr>
        <w:pStyle w:val="Heading2"/>
      </w:pPr>
      <w:r>
        <w:t>Acrobatics and spectacle: Dear San Francisco brings circus flair to Club Fugazi</w:t>
      </w:r>
      <w:r/>
    </w:p>
    <w:p>
      <w:r/>
      <w:r>
        <w:t>If you want something that feels celebratory and unapologetically showy, The 7 Fingers’ Dear San Francisco at Club Fugazi is built for it. The company blends circus skills with a love letter to the city, offering jaw-dropping aerial sequences and intimate moments. Club Fugazi’s theatre setting tightens the experience, so book decent seats if you want unobstructed sightlines. Whether it’s date-night glitz or family-friendly wonder, this one skews big on visual thrill.</w:t>
      </w:r>
      <w:r/>
    </w:p>
    <w:p>
      <w:pPr>
        <w:pStyle w:val="Heading2"/>
      </w:pPr>
      <w:r>
        <w:t>Voices that push boundaries: Comedians with Disabilities Act and queer festivals</w:t>
      </w:r>
      <w:r/>
    </w:p>
    <w:p>
      <w:r/>
      <w:r>
        <w:t>Comedy can be political and healing at once. The Comedians with Disabilities Act brings performers who use humour to upend expectations and stereotypes, touring to venues like Woodminster Theater. Their mix of personal storytelling and punchlines softens a heavy subject while still delivering sharp insight. Meanwhile, the Marsh’s In Front of Your Eyes festival and ODC’s State of Play showcase solo and experimental pieces by women and non-binary artists, ideal if you prefer theatre that’s intimate, inventive and not afraid to be rough around the edges.</w:t>
      </w:r>
      <w:r/>
    </w:p>
    <w:p>
      <w:pPr>
        <w:pStyle w:val="Heading2"/>
      </w:pPr>
      <w:r>
        <w:t>Music, nightlife and community picks: from opera to drag brunches</w:t>
      </w:r>
      <w:r/>
    </w:p>
    <w:p>
      <w:r/>
      <w:r>
        <w:t>The week isn’t all theatre. Opera Parallèle and the Transgender District’s Expansive Showcase offers trans vocalists and projections, which is a rare blend of chamber-scale music and activist presence. For nightlife, the Castro and SoMa remain reliably busy: places like Beaux, Aunt Charlie’s and Oasis programme drag brunches, themed dance parties and late-night revues. If you’re planning a bar crawl, pace yourself, many spots have outdoor seating but solid queues on busy nights, and some events include admission fees or membership rules. Check event pages before you go for cover charges or guest lists.</w:t>
      </w:r>
      <w:r/>
    </w:p>
    <w:p>
      <w:pPr>
        <w:pStyle w:val="Heading2"/>
      </w:pPr>
      <w:r>
        <w:t>How to choose what to see (and how to make the night smoother)</w:t>
      </w:r>
      <w:r/>
    </w:p>
    <w:p>
      <w:r/>
      <w:r>
        <w:t>Start with mood: want spectacle, experiment, history or comedy? Buy tickets in advance for popular nights, and scan accessibility and content notes, many shows now list sensory or mobility info online. For immersive pieces like Compton’s Cafeteria Riot, allow extra time for the pre-show setting and remember dinner portions may be small but atmospheric. For festivals with multiple short works, build a flexible schedule and treat shows like tapas, sample a few rather than committing to everything at once.</w:t>
      </w:r>
      <w:r/>
    </w:p>
    <w:p>
      <w:r/>
      <w:r>
        <w:t>It’s a good week to swap a routine night out for something that bites, sings or flips you upside down, there’s theatre to stir you, music to lift you, and clubs that keep the lights on till late.</w:t>
      </w:r>
      <w:r/>
    </w:p>
    <w:p>
      <w:r/>
      <w:r>
        <w:t>It's a small change that can make your week feel vividly lived.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Paragraph 3: </w:t>
      </w:r>
      <w:hyperlink r:id="rId11">
        <w:r>
          <w:rPr>
            <w:color w:val="0000EE"/>
            <w:u w:val="single"/>
          </w:rPr>
          <w:t>[4]</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4">
        <w:r>
          <w:rPr>
            <w:color w:val="0000EE"/>
            <w:u w:val="single"/>
          </w:rPr>
          <w:t>[6]</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https://www.ebar.com/story/169456/</w:t>
        </w:r>
      </w:hyperlink>
      <w:r>
        <w:t xml:space="preserve"> - Please view link - unable to able to access data</w:t>
      </w:r>
      <w:r/>
    </w:p>
    <w:p>
      <w:pPr>
        <w:pStyle w:val="ListNumber"/>
        <w:spacing w:line="240" w:lineRule="auto"/>
        <w:ind w:left="720"/>
      </w:pPr>
      <w:r/>
      <w:hyperlink r:id="rId10">
        <w:r>
          <w:rPr>
            <w:color w:val="0000EE"/>
            <w:u w:val="single"/>
          </w:rPr>
          <w:t>https://www.tenderloinmuseum.org/the-comptons-cafeteria-riot-play</w:t>
        </w:r>
      </w:hyperlink>
      <w:r>
        <w:t xml:space="preserve"> - The Compton's Cafeteria Riot is an immersive theatrical experience presented by the Tenderloin Museum, located at 835 Larkin Street in San Francisco. The play, co-written by Colette LeGrande, Mark Nassar, and Donna Personna, dramatizes the historic 1966 uprising of trans and drag individuals in the Tenderloin district. Performances are held every Friday and Saturday at 7:00 PM, with tickets priced at $75, which includes a meal. The show has been extended through August 2026. (</w:t>
      </w:r>
      <w:hyperlink r:id="rId15">
        <w:r>
          <w:rPr>
            <w:color w:val="0000EE"/>
            <w:u w:val="single"/>
          </w:rPr>
          <w:t>tenderloinmuseum.org</w:t>
        </w:r>
      </w:hyperlink>
      <w:r>
        <w:t>)</w:t>
      </w:r>
      <w:r/>
    </w:p>
    <w:p>
      <w:pPr>
        <w:pStyle w:val="ListNumber"/>
        <w:spacing w:line="240" w:lineRule="auto"/>
        <w:ind w:left="720"/>
      </w:pPr>
      <w:r/>
      <w:hyperlink r:id="rId13">
        <w:r>
          <w:rPr>
            <w:color w:val="0000EE"/>
            <w:u w:val="single"/>
          </w:rPr>
          <w:t>https://comedianswithdisabilitiesact.com/</w:t>
        </w:r>
      </w:hyperlink>
      <w:r>
        <w:t xml:space="preserve"> - The Comedians with Disabilities Act is a group of comedians with various disabilities who perform to challenge stereotypes through laughter. Their upcoming show is scheduled for August 22, 2026, at 8:00 PM at the Woodminster Theater in Oakland, located at 3540 Sanborn Drive, Joaquin Miller Park. Tickets range from $15 to $25.</w:t>
      </w:r>
      <w:r/>
    </w:p>
    <w:p>
      <w:pPr>
        <w:pStyle w:val="ListNumber"/>
        <w:spacing w:line="240" w:lineRule="auto"/>
        <w:ind w:left="720"/>
      </w:pPr>
      <w:r/>
      <w:hyperlink r:id="rId11">
        <w:r>
          <w:rPr>
            <w:color w:val="0000EE"/>
            <w:u w:val="single"/>
          </w:rPr>
          <w:t>https://www.clubfugazisf.com/</w:t>
        </w:r>
      </w:hyperlink>
      <w:r>
        <w:t xml:space="preserve"> - Club Fugazi is a venue in San Francisco that hosts various performances, including 'Dear San Francisco,' a high-flying acrobatics show by The 7 Fingers. The show pays homage to the city and is scheduled to run through August 2026. Tickets are priced between $87 and $200.</w:t>
      </w:r>
      <w:r/>
    </w:p>
    <w:p>
      <w:pPr>
        <w:pStyle w:val="ListNumber"/>
        <w:spacing w:line="240" w:lineRule="auto"/>
        <w:ind w:left="720"/>
      </w:pPr>
      <w:r/>
      <w:hyperlink r:id="rId12">
        <w:r>
          <w:rPr>
            <w:color w:val="0000EE"/>
            <w:u w:val="single"/>
          </w:rPr>
          <w:t>https://playground-sf.org/</w:t>
        </w:r>
      </w:hyperlink>
      <w:r>
        <w:t xml:space="preserve"> - The Free-Play Festival is an annual four-week Fringe-style presentation of multiple plays, organized by Playground, a San Francisco-based theatre company. The festival is scheduled to run through August 23, 2026, at Potrero Stage, located at 1695 18th Street. Admission is free, with suggested donations ranging from $10 to $30.</w:t>
      </w:r>
      <w:r/>
    </w:p>
    <w:p>
      <w:pPr>
        <w:pStyle w:val="ListNumber"/>
        <w:spacing w:line="240" w:lineRule="auto"/>
        <w:ind w:left="720"/>
      </w:pPr>
      <w:r/>
      <w:hyperlink r:id="rId14">
        <w:r>
          <w:rPr>
            <w:color w:val="0000EE"/>
            <w:u w:val="single"/>
          </w:rPr>
          <w:t>https://www.tickettailor.com/events/girlofthegoldenwest/2336084</w:t>
        </w:r>
      </w:hyperlink>
      <w:r>
        <w:t xml:space="preserve"> - 'The Girl of the Golden West' is a performance by The Voice Studio of Thomas Clark, featuring Giacomo Puccini's 'La Fanciulla del West.' The performance is scheduled from August 21 to August 30, 2026, at Terra Nova Theater, located at 1450 Terra Nova Boulevard in Pacifica. Tickets are priced between $20 and $52.</w:t>
      </w:r>
      <w:r/>
    </w:p>
    <w:p>
      <w:pPr>
        <w:pStyle w:val="ListNumber"/>
        <w:spacing w:line="240" w:lineRule="auto"/>
        <w:ind w:left="720"/>
      </w:pPr>
      <w:r/>
      <w:hyperlink r:id="rId16">
        <w:r>
          <w:rPr>
            <w:color w:val="0000EE"/>
            <w:u w:val="single"/>
          </w:rPr>
          <w:t>https://sfplayhouse.org/</w:t>
        </w:r>
      </w:hyperlink>
      <w:r>
        <w:t xml:space="preserve"> - San Francisco Playhouse is a theatre company known for productions like 'Hairspray,' a musical based on the John Waters film. The show is scheduled to run through September 12, 2026, at 450 Post Street. Tickets are priced between $52 and $145.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456/" TargetMode="External"/><Relationship Id="rId10" Type="http://schemas.openxmlformats.org/officeDocument/2006/relationships/hyperlink" Target="https://www.tenderloinmuseum.org/the-comptons-cafeteria-riot-play" TargetMode="External"/><Relationship Id="rId11" Type="http://schemas.openxmlformats.org/officeDocument/2006/relationships/hyperlink" Target="https://www.clubfugazisf.com/" TargetMode="External"/><Relationship Id="rId12" Type="http://schemas.openxmlformats.org/officeDocument/2006/relationships/hyperlink" Target="https://playground-sf.org/" TargetMode="External"/><Relationship Id="rId13" Type="http://schemas.openxmlformats.org/officeDocument/2006/relationships/hyperlink" Target="https://comedianswithdisabilitiesact.com/" TargetMode="External"/><Relationship Id="rId14" Type="http://schemas.openxmlformats.org/officeDocument/2006/relationships/hyperlink" Target="https://www.tickettailor.com/events/girlofthegoldenwest/2336084" TargetMode="External"/><Relationship Id="rId15" Type="http://schemas.openxmlformats.org/officeDocument/2006/relationships/hyperlink" Target="https://www.tenderloinmuseum.org/the-comptons-cafeteria-riot-play?utm_source=openai" TargetMode="External"/><Relationship Id="rId16" Type="http://schemas.openxmlformats.org/officeDocument/2006/relationships/hyperlink" Target="https://sfplayhous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