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Austin Weekend Events: Top Things to Do Aug 20–23 in Austin, Texas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a rodeo thrill, dine like Blanche, and cheer at festivals , Austin locals and visitors have a stacked weekend of live music, pop-ups, gallery shows and good causes to choose from, all around the city and perfect for a long summer evening.</w:t>
      </w:r>
      <w:r/>
    </w:p>
    <w:p>
      <w:r/>
      <w:r>
        <w:t>Essential Takeaways</w:t>
      </w:r>
      <w:r/>
      <w:r/>
    </w:p>
    <w:p>
      <w:pPr>
        <w:pStyle w:val="ListBullet"/>
        <w:spacing w:line="240" w:lineRule="auto"/>
        <w:ind w:left="720"/>
      </w:pPr>
      <w:r/>
      <w:r>
        <w:rPr>
          <w:b/>
        </w:rPr>
        <w:t>Bull-riding excitement:</w:t>
      </w:r>
      <w:r>
        <w:t xml:space="preserve"> The PBR Gambler Days run Aug. 21–23 with fast, loud eight‑second rides and a Saturday night performance by Nelly; arena energy is high.</w:t>
      </w:r>
      <w:r/>
    </w:p>
    <w:p>
      <w:pPr>
        <w:pStyle w:val="ListBullet"/>
        <w:spacing w:line="240" w:lineRule="auto"/>
        <w:ind w:left="720"/>
      </w:pPr>
      <w:r/>
      <w:r>
        <w:rPr>
          <w:b/>
        </w:rPr>
        <w:t>Nostalgia dining:</w:t>
      </w:r>
      <w:r>
        <w:t xml:space="preserve"> The Golden Girls Kitchen pop-up opens Aug. 20, serving themed dishes and cocktails with plenty of photo moments and cheesy comfort food.</w:t>
      </w:r>
      <w:r/>
    </w:p>
    <w:p>
      <w:pPr>
        <w:pStyle w:val="ListBullet"/>
        <w:spacing w:line="240" w:lineRule="auto"/>
        <w:ind w:left="720"/>
      </w:pPr>
      <w:r/>
      <w:r>
        <w:rPr>
          <w:b/>
        </w:rPr>
        <w:t>Community and causes:</w:t>
      </w:r>
      <w:r>
        <w:t xml:space="preserve"> Abbey Lights Up COTA is a gala on Aug. 22 raising funds with dinner, auctions and live music; Peelander‑Z benefit show supports a band in recovery.</w:t>
      </w:r>
      <w:r/>
    </w:p>
    <w:p>
      <w:pPr>
        <w:pStyle w:val="ListBullet"/>
        <w:spacing w:line="240" w:lineRule="auto"/>
        <w:ind w:left="720"/>
      </w:pPr>
      <w:r/>
      <w:r>
        <w:rPr>
          <w:b/>
        </w:rPr>
        <w:t>Pride and culture:</w:t>
      </w:r>
      <w:r>
        <w:t xml:space="preserve"> Austin PRIDE festival and parade on Aug. 22 brings big crowds, parties and rooftop events; Banksy exhibition runs through Sept. 7 for art lovers.</w:t>
      </w:r>
      <w:r/>
    </w:p>
    <w:p>
      <w:pPr>
        <w:pStyle w:val="ListBullet"/>
        <w:spacing w:line="240" w:lineRule="auto"/>
        <w:ind w:left="720"/>
      </w:pPr>
      <w:r/>
      <w:r>
        <w:rPr>
          <w:b/>
        </w:rPr>
        <w:t>Family‑friendly treats:</w:t>
      </w:r>
      <w:r>
        <w:t xml:space="preserve"> New Hopdoddy in Mueller hosts a grand opening Aug. 23 with giveaways, live patio music and morning fun for kids.</w:t>
      </w:r>
      <w:r/>
      <w:r/>
    </w:p>
    <w:p>
      <w:pPr>
        <w:pStyle w:val="Heading2"/>
      </w:pPr>
      <w:r>
        <w:t>Watch PBR Gambler Days , it’s loud, fast and a bit addictive</w:t>
      </w:r>
      <w:r/>
    </w:p>
    <w:p>
      <w:r/>
      <w:r>
        <w:t>If you’ve never felt the rumble of a 2,000‑pound bull beneath spotlights, this weekend is your chance. The Austin Gamblers’ Gambler Days turn the arena into pulse‑quick entertainment, with riders clinging on for eight seconds while the crowd roars. There’s a festival feel to it, and organisers have stacked the weekend with big moments , including a Saturday night set by Nelly , so expect music and atmosphere alongside the competition. According to PBR schedules, the team series keeps things moving, making a single session an easy night out. If you go, bring ear protection and plan for quick exits: the arena can fill fast.</w:t>
      </w:r>
      <w:r/>
    </w:p>
    <w:p>
      <w:pPr>
        <w:pStyle w:val="Heading2"/>
      </w:pPr>
      <w:r>
        <w:t>Eat your feelings at The Golden Girls Kitchen pop‑up</w:t>
      </w:r>
      <w:r/>
    </w:p>
    <w:p>
      <w:r/>
      <w:r>
        <w:t>Are you a Dorothy or a Sophia? The Golden Girls Kitchen leans into TV nostalgia with themed plates like Sophia’s lasagna and Blanche’s cookies, plus signature cocktails and lots of photo ops. Immersive dining experiences like this have surged in popularity, offering playful content for your socials and a comforting, retro menu to boot. It’s a neat option if you want a quirky, sit‑down evening rather than standing at a festival. Book ahead where possible, and arrive hungry , the portions are comforting and meant to be savoured.</w:t>
      </w:r>
      <w:r/>
    </w:p>
    <w:p>
      <w:pPr>
        <w:pStyle w:val="Heading2"/>
      </w:pPr>
      <w:r>
        <w:t>Gala nights and benefit shows , community vibes across town</w:t>
      </w:r>
      <w:r/>
    </w:p>
    <w:p>
      <w:r/>
      <w:r>
        <w:t>Circuit of The Americas’ Abbey Lights Up COTA gala on Aug. 22 returns with a gourmet dinner, auctions and a live set by Dysfunkshun Junkshun; it’s a dressed‑up night out for those who want to pair fun with philanthropy. On the other end of the scale, Mohawk hosts a benefit for Japanese punk band Peelander‑Z on Aug. 22 after their on‑tour accident, featuring friends from Octopus Project and Riverboat Gamblers. Both events remind you how Austin’s live scene blends celebration with solidarity. If you care about giving back, check ticket options and donation routes in advance.</w:t>
      </w:r>
      <w:r/>
    </w:p>
    <w:p>
      <w:pPr>
        <w:pStyle w:val="Heading2"/>
      </w:pPr>
      <w:r>
        <w:t>Celebrate Austin PRIDE , the city takes over Congress Avenue</w:t>
      </w:r>
      <w:r/>
    </w:p>
    <w:p>
      <w:r/>
      <w:r>
        <w:t>Austin PRIDE’s festival and parade on Aug. 22 is the signature event of the season, starting at the Texas State Capitol and flowing down Congress Avenue. The day offers everything from pool parties and drag shows to rooftop bashes, so you can pace yourself between mellow daytime gatherings and late‑night raves. Expect crowds and colourful processions , if you want a front‑row view, get there early; if you prefer a quieter slice of the action, pick an affiliated venue or rooftop party. Pride always feels celebratory and communal here, and it’s a great way to connect with local culture.</w:t>
      </w:r>
      <w:r/>
    </w:p>
    <w:p>
      <w:pPr>
        <w:pStyle w:val="Heading2"/>
      </w:pPr>
      <w:r>
        <w:t>Banksy exhibit and new burger spots , art and casual treats for every taste</w:t>
      </w:r>
      <w:r/>
    </w:p>
    <w:p>
      <w:r/>
      <w:r>
        <w:t>If you want a cooler, indoor option, The Art of Banksy Without Limits runs through Sept. 7 with prints, sculptures and immersive visuals , great for anyone who likes street art served in a gallery format. It’s a timely pick if the summer heat pushes you inside. For something lighter, Hopdoddy’s new Mueller opening on Aug. 23 brings free T‑shirts for early guests, prize wheels, live patio tunes and morning family activities like airbrush tattoos. Plan a morning stop if you’ve got kids, or swing by for a burger and a shake after a morning gallery visit.</w:t>
      </w:r>
      <w:r/>
    </w:p>
    <w:p>
      <w:r/>
      <w:r>
        <w:t>It's a small change that can make your weekend feel fuller and more Austin.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Paragraph 3: </w:t>
      </w:r>
      <w:hyperlink r:id="rId13">
        <w:r>
          <w:rPr>
            <w:color w:val="0000EE"/>
            <w:u w:val="single"/>
          </w:rPr>
          <w:t>[5]</w:t>
        </w:r>
      </w:hyperlink>
      <w:r>
        <w:t xml:space="preserve">- Paragraph 4: </w:t>
      </w:r>
      <w:hyperlink r:id="rId9">
        <w:r>
          <w:rPr>
            <w:color w:val="0000EE"/>
            <w:u w:val="single"/>
          </w:rPr>
          <w:t>[1]</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https://www.austinmonthly.com/7-fun-things-to-do-in-austin-this-weekend-aug-20-23/</w:t>
        </w:r>
      </w:hyperlink>
      <w:r>
        <w:t xml:space="preserve"> - Please view link - unable to able to access data</w:t>
      </w:r>
      <w:r/>
    </w:p>
    <w:p>
      <w:pPr>
        <w:pStyle w:val="ListNumber"/>
        <w:spacing w:line="240" w:lineRule="auto"/>
        <w:ind w:left="720"/>
      </w:pPr>
      <w:r/>
      <w:hyperlink r:id="rId10">
        <w:r>
          <w:rPr>
            <w:color w:val="0000EE"/>
            <w:u w:val="single"/>
          </w:rPr>
          <w:t>https://www.pbr.com/news/2023/06/austin-gamblers-announce-2023-pbr-teams-game-schedule</w:t>
        </w:r>
      </w:hyperlink>
      <w:r>
        <w:t xml:space="preserve"> - In June 2023, the Austin Gamblers announced their 2023 PBR Teams game schedule, featuring a three-day homestand at Moody Center from August 25-27. The event showcased the team's participation in the PBR Team Series, transforming bull riding into a team competition. Tickets were available for purchase online, with prices starting at $22. The homestand marked the fifth event of the 2023 PBR Team Series season and the third team-hosted homestand for the Gamblers.</w:t>
      </w:r>
      <w:r/>
    </w:p>
    <w:p>
      <w:pPr>
        <w:pStyle w:val="ListNumber"/>
        <w:spacing w:line="240" w:lineRule="auto"/>
        <w:ind w:left="720"/>
      </w:pPr>
      <w:r/>
      <w:hyperlink r:id="rId15">
        <w:r>
          <w:rPr>
            <w:color w:val="0000EE"/>
            <w:u w:val="single"/>
          </w:rPr>
          <w:t>https://www.pbr.com/news/2023/02/austin-gamblers-return-to-moody-center-for-2023-pbr-team-series-homestand-august-25-27</w:t>
        </w:r>
      </w:hyperlink>
      <w:r>
        <w:t xml:space="preserve"> - In February 2023, the Austin Gamblers announced their annual homestand, PBR Gambler Days, presented by Tecovas, scheduled for August 25-27 at Moody Center. The event was part of the PBR Camping World Team Series, transforming bull riding into a team competition. Tickets went on sale in December 2022, starting at $22. The Gamblers aimed to defend their Regular Season Championship title during this homestand.</w:t>
      </w:r>
      <w:r/>
    </w:p>
    <w:p>
      <w:pPr>
        <w:pStyle w:val="ListNumber"/>
        <w:spacing w:line="240" w:lineRule="auto"/>
        <w:ind w:left="720"/>
      </w:pPr>
      <w:r/>
      <w:hyperlink r:id="rId11">
        <w:r>
          <w:rPr>
            <w:color w:val="0000EE"/>
            <w:u w:val="single"/>
          </w:rPr>
          <w:t>https://www.pbr.com/photo-galleries/2023/08/behind-the-lens-pbr-teams-gambler-days/</w:t>
        </w:r>
      </w:hyperlink>
      <w:r>
        <w:t xml:space="preserve"> - In August 2023, the Austin Gamblers hosted PBR Gambler Days at Moody Center, capturing their third event title of the season. The event featured two-time World Champion Jose Vitor Leme returning to the ride column, with event MVP Dalton Kasel leading the team. The Gamblers went a perfect 3-0 in gameplay, taking home the honors once again. The gallery provided behind-the-scenes photos of the event.</w:t>
      </w:r>
      <w:r/>
    </w:p>
    <w:p>
      <w:pPr>
        <w:pStyle w:val="ListNumber"/>
        <w:spacing w:line="240" w:lineRule="auto"/>
        <w:ind w:left="720"/>
      </w:pPr>
      <w:r/>
      <w:hyperlink r:id="rId13">
        <w:r>
          <w:rPr>
            <w:color w:val="0000EE"/>
            <w:u w:val="single"/>
          </w:rPr>
          <w:t>https://www.austinmonthly.com/events/pbr-gambler-days/</w:t>
        </w:r>
      </w:hyperlink>
      <w:r>
        <w:t xml:space="preserve"> - In August 2023, Austin Monthly Magazine highlighted PBR Gambler Days, a professional bull riding competition held at Moody Center from August 25-27. The event featured the Austin Gamblers, including two-time PBR World Champion Jose Vitor Leme, competing against the toughest bulls in a three-day, action-packed team competition. Tickets were available for purchase, with prices ranging from $22 to $499.</w:t>
      </w:r>
      <w:r/>
    </w:p>
    <w:p>
      <w:pPr>
        <w:pStyle w:val="ListNumber"/>
        <w:spacing w:line="240" w:lineRule="auto"/>
        <w:ind w:left="720"/>
      </w:pPr>
      <w:r/>
      <w:hyperlink r:id="rId12">
        <w:r>
          <w:rPr>
            <w:color w:val="0000EE"/>
            <w:u w:val="single"/>
          </w:rPr>
          <w:t>https://www.axios.com/local/miami/2023/10/19/golden-girls-experience-wynwood</w:t>
        </w:r>
      </w:hyperlink>
      <w:r>
        <w:t xml:space="preserve"> - In October 2023, Axios reported on 'The Golden Girls Kitchen,' an immersive pop-up restaurant replicating the set of the beloved TV show 'Golden Girls.' Located in Wynwood, Miami, the experience opened on November 10, 2023, offering guests a reserved seat, choice of entrée, and cheesecake. The pop-up was open to the public through December 31, 2023, providing fans a nostalgic and interactive way to celebrate the series.</w:t>
      </w:r>
      <w:r/>
    </w:p>
    <w:p>
      <w:pPr>
        <w:pStyle w:val="ListNumber"/>
        <w:spacing w:line="240" w:lineRule="auto"/>
        <w:ind w:left="720"/>
      </w:pPr>
      <w:r/>
      <w:hyperlink r:id="rId14">
        <w:r>
          <w:rPr>
            <w:color w:val="0000EE"/>
            <w:u w:val="single"/>
          </w:rPr>
          <w:t>https://www.youtube.com/watch?v=_MBgkQFcEUU</w:t>
        </w:r>
      </w:hyperlink>
      <w:r>
        <w:t xml:space="preserve"> - This YouTube video, titled 'Ep. 2 Unfinished Business | Austin Gamblers 2023 | PBR Team Series,' provides a behind-the-scenes look at the Austin Gamblers during the 2023 PBR Team Series season. The episode focuses on the lead-up to Gambler Days at the Moody Center, featuring insights from the riders' perspective and showcasing the excitement of bull riding in front of the hometown crowd in Austin, Texas.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stinmonthly.com/7-fun-things-to-do-in-austin-this-weekend-aug-20-23/" TargetMode="External"/><Relationship Id="rId10" Type="http://schemas.openxmlformats.org/officeDocument/2006/relationships/hyperlink" Target="https://www.pbr.com/news/2023/06/austin-gamblers-announce-2023-pbr-teams-game-schedule" TargetMode="External"/><Relationship Id="rId11" Type="http://schemas.openxmlformats.org/officeDocument/2006/relationships/hyperlink" Target="https://www.pbr.com/photo-galleries/2023/08/behind-the-lens-pbr-teams-gambler-days/" TargetMode="External"/><Relationship Id="rId12" Type="http://schemas.openxmlformats.org/officeDocument/2006/relationships/hyperlink" Target="https://www.axios.com/local/miami/2023/10/19/golden-girls-experience-wynwood" TargetMode="External"/><Relationship Id="rId13" Type="http://schemas.openxmlformats.org/officeDocument/2006/relationships/hyperlink" Target="https://www.austinmonthly.com/events/pbr-gambler-days/" TargetMode="External"/><Relationship Id="rId14" Type="http://schemas.openxmlformats.org/officeDocument/2006/relationships/hyperlink" Target="https://www.youtube.com/watch?v=_MBgkQFcEUU" TargetMode="External"/><Relationship Id="rId15" Type="http://schemas.openxmlformats.org/officeDocument/2006/relationships/hyperlink" Target="https://www.pbr.com/news/2023/02/austin-gamblers-return-to-moody-center-for-2023-pbr-team-series-homestand-august-25-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