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Aurora Pride 2026 Plans: What to Expect at Winged Melody Park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celebration: Aurora Pride returns Saturday, 29 August 2026, with an expanded, family-friendly festival at Winged Melody Park in The Aurora Highlands , free, all-day fun featuring live music, DJs, drag, artisan stalls, Latino Pride collaboration and evening concerts nearby. Here's what to pack, plan for and enjoy.</w:t>
      </w:r>
      <w:r/>
    </w:p>
    <w:p>
      <w:r/>
      <w:r>
        <w:t>Essential Takeaways</w:t>
      </w:r>
      <w:r/>
      <w:r/>
    </w:p>
    <w:p>
      <w:pPr>
        <w:pStyle w:val="ListBullet"/>
        <w:spacing w:line="240" w:lineRule="auto"/>
        <w:ind w:left="720"/>
      </w:pPr>
      <w:r/>
      <w:r>
        <w:rPr>
          <w:b/>
        </w:rPr>
        <w:t>When and where:</w:t>
      </w:r>
      <w:r>
        <w:t xml:space="preserve"> Aurora Pride runs 11am–7pm on 29 August 2026 at Winged Melody Park, Aurora Highlands, E. 38th Pl. at N. Main St.</w:t>
      </w:r>
      <w:r/>
    </w:p>
    <w:p>
      <w:pPr>
        <w:pStyle w:val="ListBullet"/>
        <w:spacing w:line="240" w:lineRule="auto"/>
        <w:ind w:left="720"/>
      </w:pPr>
      <w:r/>
      <w:r>
        <w:rPr>
          <w:b/>
        </w:rPr>
        <w:t>What’s on:</w:t>
      </w:r>
      <w:r>
        <w:t xml:space="preserve"> Live music, drag performances, DJs, artisan vendors, food and drinks, free carousel rides and family-friendly activities.</w:t>
      </w:r>
      <w:r/>
    </w:p>
    <w:p>
      <w:pPr>
        <w:pStyle w:val="ListBullet"/>
        <w:spacing w:line="240" w:lineRule="auto"/>
        <w:ind w:left="720"/>
      </w:pPr>
      <w:r/>
      <w:r>
        <w:rPr>
          <w:b/>
        </w:rPr>
        <w:t>Evening shows:</w:t>
      </w:r>
      <w:r>
        <w:t xml:space="preserve"> Concert at the Park continues nearby at Hogan Park at Highlands Creek with Michael Cecere (7–9pm) and Pameluv (9–10pm).</w:t>
      </w:r>
      <w:r/>
    </w:p>
    <w:p>
      <w:pPr>
        <w:pStyle w:val="ListBullet"/>
        <w:spacing w:line="240" w:lineRule="auto"/>
        <w:ind w:left="720"/>
      </w:pPr>
      <w:r/>
      <w:r>
        <w:rPr>
          <w:b/>
        </w:rPr>
        <w:t>Accessibility and vibe:</w:t>
      </w:r>
      <w:r>
        <w:t xml:space="preserve"> The move to a larger venue promises more space, a festival feel, and a shared celebration with Latino Pride.</w:t>
      </w:r>
      <w:r/>
    </w:p>
    <w:p>
      <w:pPr>
        <w:pStyle w:val="ListBullet"/>
        <w:spacing w:line="240" w:lineRule="auto"/>
        <w:ind w:left="720"/>
      </w:pPr>
      <w:r/>
      <w:r>
        <w:rPr>
          <w:b/>
        </w:rPr>
        <w:t>Cost:</w:t>
      </w:r>
      <w:r>
        <w:t xml:space="preserve"> The daytime festival is free and open to all ages; plan to bring cash or cards for food and vendors.</w:t>
      </w:r>
      <w:r/>
      <w:r/>
    </w:p>
    <w:p>
      <w:pPr>
        <w:pStyle w:val="Heading2"/>
      </w:pPr>
      <w:r>
        <w:t>Why the bigger stage matters , more room, more community, more colour</w:t>
      </w:r>
      <w:r/>
    </w:p>
    <w:p>
      <w:r/>
      <w:r>
        <w:t>Aurora Pride shifting to Winged Melody Park means room to breathe, wander and linger, and that matters on a sunny August day. Organisers wanted a larger footprint to host more vendors and performances, so families, friends and first-timers can spread out without feeling cramped. Expect a livelier marketplace, more stages or performance areas and a sense that this is Aurora’s pride moment expanded , bright banners, upbeat music and the smell of street food in the air. If you want a relaxed visit, arrive early for quieter browsing; peak hours will be late afternoon.</w:t>
      </w:r>
      <w:r/>
    </w:p>
    <w:p>
      <w:pPr>
        <w:pStyle w:val="Heading2"/>
      </w:pPr>
      <w:r>
        <w:t>What to see and hear , performers, DJs and a queer marketplace</w:t>
      </w:r>
      <w:r/>
    </w:p>
    <w:p>
      <w:r/>
      <w:r>
        <w:t>The lineup mixes drag, DJs and live acts to suit different moods: high-energy sets for dancing, intimate performances for listening, and playful drag for laughs and spectacle. Vendors will offer crafts and local artisans, so it’s a good place to pick up a handmade keepsake or a colourful outfit. According to the festival website, there are family-friendly activities and a free carousel, which makes it genuinely all-ages. Bring a reusable water bottle and comfortable shoes , you’ll be standing, dancing or queuing for treats at times.</w:t>
      </w:r>
      <w:r/>
    </w:p>
    <w:p>
      <w:pPr>
        <w:pStyle w:val="Heading2"/>
      </w:pPr>
      <w:r>
        <w:t>Evening encore , from acoustic street music to cinematic electronic sets</w:t>
      </w:r>
      <w:r/>
    </w:p>
    <w:p>
      <w:r/>
      <w:r>
        <w:t>The party doesn’t entirely stop at sundown. The Aurora Highlands continues the night with Concert at the Park at Hogan Park at Highlands Creek. Michael “Cec” Cecere brings an acoustic, street-musician warmth , think 90s folk covers and originals , a mellow, singalong-friendly sound that suits a picnic blanket crowd. Later, Pameluv shifts the mood into electronic, cinematic territory with rhythmic, emotive sets that encourage movement and reflection. It’s an easy two-act combo if you want a quiet transition from daytime festival energy to a more immersive sonic experience.</w:t>
      </w:r>
      <w:r/>
    </w:p>
    <w:p>
      <w:pPr>
        <w:pStyle w:val="Heading2"/>
      </w:pPr>
      <w:r>
        <w:t>How Latino Pride partnership changes the mix</w:t>
      </w:r>
      <w:r/>
    </w:p>
    <w:p>
      <w:r/>
      <w:r>
        <w:t>This year’s partnership with Latino Pride signals a deliberate turn toward inclusivity and cultural crossover, bringing wider community representation to the programme. Expect bilingual elements, a richer vendor mix and performances that reflect Aurora’s diverse LGBTQ+ population. Collaborative programming often means traditional foods, crafts and music that broaden the festival’s palette, so it’s worth exploring beyond the main stage to savour cultural offerings. If you’re interested in solidarity and learning, this is a good opportunity to meet people and taste community.</w:t>
      </w:r>
      <w:r/>
    </w:p>
    <w:p>
      <w:pPr>
        <w:pStyle w:val="Heading2"/>
      </w:pPr>
      <w:r>
        <w:t>Practical tips , getting there, what to bring and how to plan your day</w:t>
      </w:r>
      <w:r/>
    </w:p>
    <w:p>
      <w:r/>
      <w:r>
        <w:t>Winged Melody Park sits in The Aurora Highlands at E. 38th Pl. and N. Main St., and organisers advise checking local transit and parking options early , spaces will fill on a busy weekend. Pack sunscreen, a hat, snacks for kids, wet wipes and a portable phone charger. For families, the free carousel is a draw, but parents should note times for performances to avoid missing main acts. If you rely on accessible services, contact festival organisers in advance; larger venues usually offer better mobility access. Finally, bring a little cash for independent vendors who may prefer it.</w:t>
      </w:r>
      <w:r/>
    </w:p>
    <w:p>
      <w:r/>
      <w:r>
        <w:t>It's a small change that can make every visit feel bigger, brighter and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[7]</w:t>
        </w:r>
      </w:hyperlink>
      <w:r>
        <w:t xml:space="preserve">, </w:t>
      </w:r>
      <w:hyperlink r:id="rId11">
        <w:r>
          <w:rPr>
            <w:color w:val="0000EE"/>
            <w:u w:val="single"/>
          </w:rPr>
          <w:t>[3]</w:t>
        </w:r>
      </w:hyperlink>
      <w:r>
        <w:t xml:space="preserve">- Paragraph 3: </w:t>
      </w:r>
      <w:hyperlink r:id="rId9">
        <w:r>
          <w:rPr>
            <w:color w:val="0000EE"/>
            <w:u w:val="single"/>
          </w:rPr>
          <w:t>[7]</w:t>
        </w:r>
      </w:hyperlink>
      <w:r>
        <w:t xml:space="preserve">, </w:t>
      </w:r>
      <w:hyperlink r:id="rId12">
        <w:r>
          <w:rPr>
            <w:color w:val="0000EE"/>
            <w:u w:val="single"/>
          </w:rPr>
          <w:t>[5]</w:t>
        </w:r>
      </w:hyperlink>
      <w:r>
        <w:t xml:space="preserve">- Paragraph 4: </w:t>
      </w:r>
      <w:hyperlink r:id="rId9">
        <w:r>
          <w:rPr>
            <w:color w:val="0000EE"/>
            <w:u w:val="single"/>
          </w:rPr>
          <w:t>[7]</w:t>
        </w:r>
      </w:hyperlink>
      <w:r>
        <w:t xml:space="preserve">, </w:t>
      </w:r>
      <w:hyperlink r:id="rId13">
        <w:r>
          <w:rPr>
            <w:color w:val="0000EE"/>
            <w:u w:val="single"/>
          </w:rPr>
          <w:t>[6]</w:t>
        </w:r>
      </w:hyperlink>
      <w:r>
        <w:t xml:space="preserve">- Paragraph 5: </w:t>
      </w:r>
      <w:hyperlink r:id="rId14">
        <w:r>
          <w:rPr>
            <w:color w:val="0000EE"/>
            <w:u w:val="single"/>
          </w:rPr>
          <w:t>[4]</w:t>
        </w:r>
      </w:hyperlink>
      <w:r>
        <w:t xml:space="preserve">, </w:t>
      </w:r>
      <w:hyperlink r:id="rId9">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https://www.milehighonthecheap.com/aurora-pride/?utm_source=feedblitz&amp;utm_medium=FeedBlitzRss&amp;utm_campaign=milehighonthecheap</w:t>
        </w:r>
      </w:hyperlink>
      <w:r>
        <w:t xml:space="preserve"> - Please view link - unable to able to access data</w:t>
      </w:r>
      <w:r/>
    </w:p>
    <w:p>
      <w:pPr>
        <w:pStyle w:val="ListNumber"/>
        <w:spacing w:line="240" w:lineRule="auto"/>
        <w:ind w:left="720"/>
      </w:pPr>
      <w:r/>
      <w:hyperlink r:id="rId10">
        <w:r>
          <w:rPr>
            <w:color w:val="0000EE"/>
            <w:u w:val="single"/>
          </w:rPr>
          <w:t>https://www.auroragov.org/things_to_do/parks_and_recreation/parks/winged_melody_park</w:t>
        </w:r>
      </w:hyperlink>
      <w:r>
        <w:t xml:space="preserve"> - Winged Melody Park, located at E. 38th Place and N. Main Street in Aurora, is a community park offering various recreational facilities. The park features open green spaces, playgrounds, and walking paths, making it a popular destination for families and outdoor enthusiasts. It serves as a venue for community events and gatherings, contributing to the vibrant community life in Aurora.</w:t>
      </w:r>
      <w:r/>
    </w:p>
    <w:p>
      <w:pPr>
        <w:pStyle w:val="ListNumber"/>
        <w:spacing w:line="240" w:lineRule="auto"/>
        <w:ind w:left="720"/>
      </w:pPr>
      <w:r/>
      <w:hyperlink r:id="rId11">
        <w:r>
          <w:rPr>
            <w:color w:val="0000EE"/>
            <w:u w:val="single"/>
          </w:rPr>
          <w:t>https://www.aurorapride.com</w:t>
        </w:r>
      </w:hyperlink>
      <w:r>
        <w:t xml:space="preserve"> - Aurora Pride is an annual event celebrating the LGBTQ+ community in Aurora, Colorado. The festival features live music, drag performances, DJs, artisan and craft vendors, food and drinks, free carousel rides, and family-friendly activities. It aims to promote inclusivity and celebrate the diverse LGBTQ+ community in Aurora.</w:t>
      </w:r>
      <w:r/>
    </w:p>
    <w:p>
      <w:pPr>
        <w:pStyle w:val="ListNumber"/>
        <w:spacing w:line="240" w:lineRule="auto"/>
        <w:ind w:left="720"/>
      </w:pPr>
      <w:r/>
      <w:hyperlink r:id="rId14">
        <w:r>
          <w:rPr>
            <w:color w:val="0000EE"/>
            <w:u w:val="single"/>
          </w:rPr>
          <w:t>https://www.latino-pride.org</w:t>
        </w:r>
      </w:hyperlink>
      <w:r>
        <w:t xml:space="preserve"> - Latino Pride is an organization dedicated to celebrating and advocating for the LGBTQ+ Latinx community. They host events and provide resources to support and empower Latinx individuals within the LGBTQ+ community. Their mission includes fostering inclusivity and cultural pride.</w:t>
      </w:r>
      <w:r/>
    </w:p>
    <w:p>
      <w:pPr>
        <w:pStyle w:val="ListNumber"/>
        <w:spacing w:line="240" w:lineRule="auto"/>
        <w:ind w:left="720"/>
      </w:pPr>
      <w:r/>
      <w:hyperlink r:id="rId12">
        <w:r>
          <w:rPr>
            <w:color w:val="0000EE"/>
            <w:u w:val="single"/>
          </w:rPr>
          <w:t>https://www.michaelcecere.com</w:t>
        </w:r>
      </w:hyperlink>
      <w:r>
        <w:t xml:space="preserve"> - Michael Cecere is a Colorado-based street musician known for his performances in Larimer Square and other venues. He offers a unique blend of original music and covers, including 90s and Colorado folk songs. His music is characterized by its authentic street performance style.</w:t>
      </w:r>
      <w:r/>
    </w:p>
    <w:p>
      <w:pPr>
        <w:pStyle w:val="ListNumber"/>
        <w:spacing w:line="240" w:lineRule="auto"/>
        <w:ind w:left="720"/>
      </w:pPr>
      <w:r/>
      <w:hyperlink r:id="rId13">
        <w:r>
          <w:rPr>
            <w:color w:val="0000EE"/>
            <w:u w:val="single"/>
          </w:rPr>
          <w:t>https://www.pameluvmusic.com</w:t>
        </w:r>
      </w:hyperlink>
      <w:r>
        <w:t xml:space="preserve"> - Pameluv is an electronic music artist who explores themes of movement, remembrance, and self-discovery through her music. She creates cinematic soundscapes and uplifting rhythms, aiming to provide experiences that are both deeply personal and universally human.</w:t>
      </w:r>
      <w:r/>
    </w:p>
    <w:p>
      <w:pPr>
        <w:pStyle w:val="ListNumber"/>
        <w:spacing w:line="240" w:lineRule="auto"/>
        <w:ind w:left="720"/>
      </w:pPr>
      <w:r/>
      <w:hyperlink r:id="rId9">
        <w:r>
          <w:rPr>
            <w:color w:val="0000EE"/>
            <w:u w:val="single"/>
          </w:rPr>
          <w:t>https://www.milehighonthecheap.com/aurora-pride/?utm_source=feedblitz&amp;utm_medium=FeedBlitzRss&amp;utm_campaign=milehighonthecheap</w:t>
        </w:r>
      </w:hyperlink>
      <w:r>
        <w:t xml:space="preserve"> - This article provides detailed information about the Aurora Pride 2026 event, including its expanded venue at Winged Melody Park, the partnership with Latino Pride, and the schedule of daytime and evening activities. It also highlights the performances by Michael Cecere and Pameluv, offering insights into the event's offerings and community significance.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lehighonthecheap.com/aurora-pride/?utm_source=feedblitz&amp;utm_medium=FeedBlitzRss&amp;utm_campaign=milehighonthecheap" TargetMode="External"/><Relationship Id="rId10" Type="http://schemas.openxmlformats.org/officeDocument/2006/relationships/hyperlink" Target="https://www.auroragov.org/things_to_do/parks_and_recreation/parks/winged_melody_park" TargetMode="External"/><Relationship Id="rId11" Type="http://schemas.openxmlformats.org/officeDocument/2006/relationships/hyperlink" Target="https://www.aurorapride.com" TargetMode="External"/><Relationship Id="rId12" Type="http://schemas.openxmlformats.org/officeDocument/2006/relationships/hyperlink" Target="https://www.michaelcecere.com" TargetMode="External"/><Relationship Id="rId13" Type="http://schemas.openxmlformats.org/officeDocument/2006/relationships/hyperlink" Target="https://www.pameluvmusic.com" TargetMode="External"/><Relationship Id="rId14" Type="http://schemas.openxmlformats.org/officeDocument/2006/relationships/hyperlink" Target="https://www.latino-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