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Warning: How Fake-Dates on Queer Apps Fuel Violent “Pedo-Hunter” Attacks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the dating world are getting a harsh reminder: queer men across Germany are being lured into fake-dates and attacked. Investigative reporting has uncovered organised Discord groups where young men plan, film and celebrate violence , here's what happened, why it matters and how to stay safer on queer dating platforms.</w:t>
      </w:r>
      <w:r/>
    </w:p>
    <w:p>
      <w:r/>
      <w:r>
        <w:t>Essential Takeaways</w:t>
      </w:r>
      <w:r/>
      <w:r/>
    </w:p>
    <w:p>
      <w:pPr>
        <w:pStyle w:val="ListBullet"/>
        <w:spacing w:line="240" w:lineRule="auto"/>
        <w:ind w:left="720"/>
      </w:pPr>
      <w:r/>
      <w:r>
        <w:rPr>
          <w:b/>
        </w:rPr>
        <w:t>Organised networks:</w:t>
      </w:r>
      <w:r>
        <w:t xml:space="preserve"> Young men use Discord servers to coordinate fake-dates and share videos, creating a group dynamic that normalises violence.</w:t>
      </w:r>
      <w:r/>
    </w:p>
    <w:p>
      <w:pPr>
        <w:pStyle w:val="ListBullet"/>
        <w:spacing w:line="240" w:lineRule="auto"/>
        <w:ind w:left="720"/>
      </w:pPr>
      <w:r/>
      <w:r>
        <w:rPr>
          <w:b/>
        </w:rPr>
        <w:t>Queer men targeted:</w:t>
      </w:r>
      <w:r>
        <w:t xml:space="preserve"> Victims are frequently queer-identifying men who expect an adult date but instead face humiliation or physical assault.</w:t>
      </w:r>
      <w:r/>
    </w:p>
    <w:p>
      <w:pPr>
        <w:pStyle w:val="ListBullet"/>
        <w:spacing w:line="240" w:lineRule="auto"/>
        <w:ind w:left="720"/>
      </w:pPr>
      <w:r/>
      <w:r>
        <w:rPr>
          <w:b/>
        </w:rPr>
        <w:t>Right‑wing overlap:</w:t>
      </w:r>
      <w:r>
        <w:t xml:space="preserve"> Extremist symbols and rhetoric appear on the same channels, linking these actions with broader radicalisation.</w:t>
      </w:r>
      <w:r/>
    </w:p>
    <w:p>
      <w:pPr>
        <w:pStyle w:val="ListBullet"/>
        <w:spacing w:line="240" w:lineRule="auto"/>
        <w:ind w:left="720"/>
      </w:pPr>
      <w:r/>
      <w:r>
        <w:rPr>
          <w:b/>
        </w:rPr>
        <w:t>Under‑reported problem:</w:t>
      </w:r>
      <w:r>
        <w:t xml:space="preserve"> Official figures understate the scale; investigative reporting found dozens of cases and experts warn of a larger dark figure.</w:t>
      </w:r>
      <w:r/>
    </w:p>
    <w:p>
      <w:pPr>
        <w:pStyle w:val="ListBullet"/>
        <w:spacing w:line="240" w:lineRule="auto"/>
        <w:ind w:left="720"/>
      </w:pPr>
      <w:r/>
      <w:r>
        <w:rPr>
          <w:b/>
        </w:rPr>
        <w:t>Practical caution:</w:t>
      </w:r>
      <w:r>
        <w:t xml:space="preserve"> Simple safety habits , public meetups, video calls, check‑ins , can reduce risk, though they won’t eliminate the threat of organised groups.</w:t>
      </w:r>
      <w:r/>
      <w:r/>
    </w:p>
    <w:p>
      <w:pPr>
        <w:pStyle w:val="Heading2"/>
      </w:pPr>
      <w:r>
        <w:t>Why fake-dates are more than a nasty prank</w:t>
      </w:r>
      <w:r/>
    </w:p>
    <w:p>
      <w:r/>
      <w:r>
        <w:t>The sharpest fact here is the cruelty: victims arrive hoping for connection and leave traumatised, often filmed and humiliated. The reporting shows attackers don’t act alone; they coordinate and rehearse online, then weaponise images and footage for bragging rights. According to team.recherche’s reporting, more than 70 cases have been recorded over ten years, and experts tell us the true number is likely far higher.</w:t>
      </w:r>
      <w:r/>
    </w:p>
    <w:p>
      <w:r/>
      <w:r>
        <w:t>This isn’t random street crime. The group dynamics on Discord amplify risk , people egg each other on, share violent fantasies and normalise queerphobic slurs. For anyone who uses dating apps, that makes a bad encounter potentially dangerous rather than simply awkward.</w:t>
      </w:r>
      <w:r/>
    </w:p>
    <w:p>
      <w:pPr>
        <w:pStyle w:val="Heading2"/>
      </w:pPr>
      <w:r>
        <w:t>How the online scene breeds violence</w:t>
      </w:r>
      <w:r/>
    </w:p>
    <w:p>
      <w:r/>
      <w:r>
        <w:t>Investigative journalists infiltrated a Discord server with about 1,500 users and found a steady stream of violent talk and posts. Users openly discuss attacks, swap footage and even boast about veterans of the group. That creates an echo chamber where cruelty becomes a badge of identity.</w:t>
      </w:r>
      <w:r/>
    </w:p>
    <w:p>
      <w:r/>
      <w:r>
        <w:t>A worrying detail: some channels mix so‑called child protection talk with homophobic conspiracy theories, equating queer men with predators. The Verfassungsschutz has warned this rhetoric can be a recruiting tool for right‑wing extremists, who cloak hate in the language of protecting children.</w:t>
      </w:r>
      <w:r/>
    </w:p>
    <w:p>
      <w:pPr>
        <w:pStyle w:val="Heading2"/>
      </w:pPr>
      <w:r>
        <w:t>The blurred line between vigilante “justice” and hate crime</w:t>
      </w:r>
      <w:r/>
    </w:p>
    <w:p>
      <w:r/>
      <w:r>
        <w:t>Perpetrators often call themselves “Pedo‑Hunters” and claim a mission to protect children, yet investigations show victims are regularly consenting adults. That pretext is dangerous: it allows attackers to justify violence and attracts people who want to feel righteous while committing crimes.</w:t>
      </w:r>
      <w:r/>
    </w:p>
    <w:p>
      <w:r/>
      <w:r>
        <w:t>Legal consequences do happen , the attackers in one high‑profile case were convicted , but the wider ecosystem of chatrooms, memes and recruitment remains. The authorities have produced guidance for police to better record queer‑motivated crimes, but campaigners say a central reporting hub for queer‑targeted attacks is needed.</w:t>
      </w:r>
      <w:r/>
    </w:p>
    <w:p>
      <w:pPr>
        <w:pStyle w:val="Heading2"/>
      </w:pPr>
      <w:r>
        <w:t>Practical safety tips for dating app users</w:t>
      </w:r>
      <w:r/>
    </w:p>
    <w:p>
      <w:r/>
      <w:r>
        <w:t>There’s no silver bullet, but common‑sense steps help. Always arrange first meetings in busy, well‑lit public places and tell a friend the time, location and name used on the app. Video‑call before meeting so you can verify the person and avoid isolated pickup points like late‑night car parks.</w:t>
      </w:r>
      <w:r/>
    </w:p>
    <w:p>
      <w:r/>
      <w:r>
        <w:t>If something feels off, trust your instincts and leave. Keep conversations on the app until you feel safe, and save screenshots of worrying messages. Report threatening profiles to the app and, if assaulted, contact the police , even though many surveys show only a minority of queer people file reports, reporting helps build a clearer picture of the threat.</w:t>
      </w:r>
      <w:r/>
    </w:p>
    <w:p>
      <w:pPr>
        <w:pStyle w:val="Heading2"/>
      </w:pPr>
      <w:r>
        <w:t>What officials and communities are calling for</w:t>
      </w:r>
      <w:r/>
    </w:p>
    <w:p>
      <w:r/>
      <w:r>
        <w:t>Campaigners, including the federal queer commissioner, say more must be done to protect queer people. Proposals include a national reporting centre for queer‑motivated crimes and better, standardised police recording so trends aren’t invisible. Government ministers insist programmes haven’t abandoned queer protection, yet funding and priorities remain contentious in public debate.</w:t>
      </w:r>
      <w:r/>
    </w:p>
    <w:p>
      <w:r/>
      <w:r>
        <w:t>Community groups are also stepping up: pride organisations, shelter networks and online safety charities are sharing resources, safe‑dating checklists and helplines. For now, grassroots support is often the first line of help for victims.</w:t>
      </w:r>
      <w:r/>
    </w:p>
    <w:p>
      <w:r/>
      <w:r>
        <w:t>It's a small change that can make every date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0">
        <w:r>
          <w:rPr>
            <w:color w:val="0000EE"/>
            <w:u w:val="single"/>
          </w:rPr>
          <w:t>[6]</w:t>
        </w:r>
      </w:hyperlink>
      <w:r>
        <w:t xml:space="preserve">- Paragraph 3: </w:t>
      </w:r>
      <w:hyperlink r:id="rId10">
        <w:r>
          <w:rPr>
            <w:color w:val="0000EE"/>
            <w:u w:val="single"/>
          </w:rPr>
          <w:t>[2]</w:t>
        </w:r>
      </w:hyperlink>
      <w:r>
        <w:t xml:space="preserve">, </w:t>
      </w:r>
      <w:hyperlink r:id="rId11">
        <w:r>
          <w:rPr>
            <w:color w:val="0000EE"/>
            <w:u w:val="single"/>
          </w:rPr>
          <w:t>[5]</w:t>
        </w:r>
      </w:hyperlink>
      <w:r>
        <w:t xml:space="preserve">- Paragraph 4: </w:t>
      </w:r>
      <w:hyperlink r:id="rId11">
        <w:r>
          <w:rPr>
            <w:color w:val="0000EE"/>
            <w:u w:val="single"/>
          </w:rPr>
          <w:t>[3]</w:t>
        </w:r>
      </w:hyperlink>
      <w:r>
        <w:t xml:space="preserve">, </w:t>
      </w:r>
      <w:hyperlink r:id="rId11">
        <w:r>
          <w:rPr>
            <w:color w:val="0000EE"/>
            <w:u w:val="single"/>
          </w:rPr>
          <w:t>[7]</w:t>
        </w:r>
      </w:hyperlink>
      <w:r>
        <w:t xml:space="preserve">- Paragraph 5: </w:t>
      </w:r>
      <w:hyperlink r:id="rId10">
        <w:r>
          <w:rPr>
            <w:color w:val="0000EE"/>
            <w:u w:val="single"/>
          </w:rPr>
          <w:t>[2]</w:t>
        </w:r>
      </w:hyperlink>
      <w:r>
        <w:t xml:space="preserve">, </w:t>
      </w:r>
      <w:hyperlink r:id="rId10">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https://www.tagesschau.de/investigativ/fake-dates-angriffe-100.html</w:t>
        </w:r>
      </w:hyperlink>
      <w:r>
        <w:t xml:space="preserve"> - Please view link - unable to able to access data</w:t>
      </w:r>
      <w:r/>
    </w:p>
    <w:p>
      <w:pPr>
        <w:pStyle w:val="ListNumber"/>
        <w:spacing w:line="240" w:lineRule="auto"/>
        <w:ind w:left="720"/>
      </w:pPr>
      <w:r/>
      <w:hyperlink r:id="rId10">
        <w:r>
          <w:rPr>
            <w:color w:val="0000EE"/>
            <w:u w:val="single"/>
          </w:rPr>
          <w:t>https://www.queer.de/detail.php?article_id=51008</w:t>
        </w:r>
      </w:hyperlink>
      <w:r>
        <w:t xml:space="preserve"> - In September 2024, ten men were arrested in Darmstadt for using a dating platform to lure victims into robberies. The group, aged 17 to 19, is suspected of at least eight robberies since October 2023. They arranged fake dates through the platform, meeting victims in the Waldkolonie area, where they threatened them with knives or firearms and demanded personal belongings.</w:t>
      </w:r>
      <w:r/>
    </w:p>
    <w:p>
      <w:pPr>
        <w:pStyle w:val="ListNumber"/>
        <w:spacing w:line="240" w:lineRule="auto"/>
        <w:ind w:left="720"/>
      </w:pPr>
      <w:r/>
      <w:hyperlink r:id="rId11">
        <w:r>
          <w:rPr>
            <w:color w:val="0000EE"/>
            <w:u w:val="single"/>
          </w:rPr>
          <w:t>https://www.queer.de/detail.php?article_id=56430</w:t>
        </w:r>
      </w:hyperlink>
      <w:r>
        <w:t xml:space="preserve"> - In January 2026, Quang Paasch, a climate activist and influencer, was attacked in Berlin-Neukölln after arranging a meeting via a dating app. Upon arrival, he was ambushed by four men who sprayed pepper spray in his face, punched him, and stole his belongings. Paasch attributed the assault to homophobia and queer hostility.</w:t>
      </w:r>
      <w:r/>
    </w:p>
    <w:p>
      <w:pPr>
        <w:pStyle w:val="ListNumber"/>
        <w:spacing w:line="240" w:lineRule="auto"/>
        <w:ind w:left="720"/>
      </w:pPr>
      <w:r/>
      <w:hyperlink r:id="rId10">
        <w:r>
          <w:rPr>
            <w:color w:val="0000EE"/>
            <w:u w:val="single"/>
          </w:rPr>
          <w:t>https://www.queer.de/detail.php?article_id=51008</w:t>
        </w:r>
      </w:hyperlink>
      <w:r>
        <w:t xml:space="preserve"> - In September 2024, ten men were arrested in Darmstadt for using a dating platform to lure victims into robberies. The group, aged 17 to 19, is suspected of at least eight robberies since October 2023. They arranged fake dates through the platform, meeting victims in the Waldkolonie area, where they threatened them with knives or firearms and demanded personal belongings.</w:t>
      </w:r>
      <w:r/>
    </w:p>
    <w:p>
      <w:pPr>
        <w:pStyle w:val="ListNumber"/>
        <w:spacing w:line="240" w:lineRule="auto"/>
        <w:ind w:left="720"/>
      </w:pPr>
      <w:r/>
      <w:hyperlink r:id="rId11">
        <w:r>
          <w:rPr>
            <w:color w:val="0000EE"/>
            <w:u w:val="single"/>
          </w:rPr>
          <w:t>https://www.queer.de/detail.php?article_id=56430</w:t>
        </w:r>
      </w:hyperlink>
      <w:r>
        <w:t xml:space="preserve"> - In January 2026, Quang Paasch, a climate activist and influencer, was attacked in Berlin-Neukölln after arranging a meeting via a dating app. Upon arrival, he was ambushed by four men who sprayed pepper spray in his face, punched him, and stole his belongings. Paasch attributed the assault to homophobia and queer hostility.</w:t>
      </w:r>
      <w:r/>
    </w:p>
    <w:p>
      <w:pPr>
        <w:pStyle w:val="ListNumber"/>
        <w:spacing w:line="240" w:lineRule="auto"/>
        <w:ind w:left="720"/>
      </w:pPr>
      <w:r/>
      <w:hyperlink r:id="rId10">
        <w:r>
          <w:rPr>
            <w:color w:val="0000EE"/>
            <w:u w:val="single"/>
          </w:rPr>
          <w:t>https://www.queer.de/detail.php?article_id=51008</w:t>
        </w:r>
      </w:hyperlink>
      <w:r>
        <w:t xml:space="preserve"> - In September 2024, ten men were arrested in Darmstadt for using a dating platform to lure victims into robberies. The group, aged 17 to 19, is suspected of at least eight robberies since October 2023. They arranged fake dates through the platform, meeting victims in the Waldkolonie area, where they threatened them with knives or firearms and demanded personal belongings.</w:t>
      </w:r>
      <w:r/>
    </w:p>
    <w:p>
      <w:pPr>
        <w:pStyle w:val="ListNumber"/>
        <w:spacing w:line="240" w:lineRule="auto"/>
        <w:ind w:left="720"/>
      </w:pPr>
      <w:r/>
      <w:hyperlink r:id="rId11">
        <w:r>
          <w:rPr>
            <w:color w:val="0000EE"/>
            <w:u w:val="single"/>
          </w:rPr>
          <w:t>https://www.queer.de/detail.php?article_id=56430</w:t>
        </w:r>
      </w:hyperlink>
      <w:r>
        <w:t xml:space="preserve"> - In January 2026, Quang Paasch, a climate activist and influencer, was attacked in Berlin-Neukölln after arranging a meeting via a dating app. Upon arrival, he was ambushed by four men who sprayed pepper spray in his face, punched him, and stole his belongings. Paasch attributed the assault to homophobia and queer hostility.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agesschau.de/investigativ/fake-dates-angriffe-100.html" TargetMode="External"/><Relationship Id="rId10" Type="http://schemas.openxmlformats.org/officeDocument/2006/relationships/hyperlink" Target="https://www.queer.de/detail.php?article_id=51008" TargetMode="External"/><Relationship Id="rId11" Type="http://schemas.openxmlformats.org/officeDocument/2006/relationships/hyperlink" Target="https://www.queer.de/detail.php?article_id=5643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