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Diocese of Fulda Rebukes Priest, Backs Christopher Street Day Support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parishioners and Pride supporters have noticed a sharp rebuke from the Diocese of Fulda after a retired priest’s letter framed the Berlin Christopher Street Day attack as a “signal”; the diocese publicly affirmed its support for Christopher Street Day and the dignity of LGBTQ+ people as Fulda prepares its own Pride festival.</w:t>
      </w:r>
      <w:r/>
    </w:p>
    <w:p>
      <w:r/>
      <w:r>
        <w:t>Essential Takeaways</w:t>
      </w:r>
      <w:r/>
      <w:r/>
    </w:p>
    <w:p>
      <w:pPr>
        <w:pStyle w:val="ListBullet"/>
        <w:spacing w:line="240" w:lineRule="auto"/>
        <w:ind w:left="720"/>
      </w:pPr>
      <w:r/>
      <w:r>
        <w:rPr>
          <w:b/>
        </w:rPr>
        <w:t>Diocese response:</w:t>
      </w:r>
      <w:r>
        <w:t xml:space="preserve"> The Diocese of Fulda publicly distanced itself from retired priest Winfried Abel’s remarks and reaffirmed support for Christopher Street Day and LGBTQ+ inclusion. </w:t>
      </w:r>
      <w:r/>
    </w:p>
    <w:p>
      <w:pPr>
        <w:pStyle w:val="ListBullet"/>
        <w:spacing w:line="240" w:lineRule="auto"/>
        <w:ind w:left="720"/>
      </w:pPr>
      <w:r/>
      <w:r>
        <w:rPr>
          <w:b/>
        </w:rPr>
        <w:t>Controversial letter:</w:t>
      </w:r>
      <w:r>
        <w:t xml:space="preserve"> Abel’s letter to the Fuldaer Zeitung described the Berlin attack in religious terms, prompting strong criticism from local media and church leaders. </w:t>
      </w:r>
      <w:r/>
    </w:p>
    <w:p>
      <w:pPr>
        <w:pStyle w:val="ListBullet"/>
        <w:spacing w:line="240" w:lineRule="auto"/>
        <w:ind w:left="720"/>
      </w:pPr>
      <w:r/>
      <w:r>
        <w:rPr>
          <w:b/>
        </w:rPr>
        <w:t>Local context:</w:t>
      </w:r>
      <w:r>
        <w:t xml:space="preserve"> Fulda will hold its own Christopher Street Day festival on 29 August, with past events drawing hundreds and sometimes more than a thousand participants. </w:t>
      </w:r>
      <w:r/>
    </w:p>
    <w:p>
      <w:pPr>
        <w:pStyle w:val="ListBullet"/>
        <w:spacing w:line="240" w:lineRule="auto"/>
        <w:ind w:left="720"/>
      </w:pPr>
      <w:r/>
      <w:r>
        <w:rPr>
          <w:b/>
        </w:rPr>
        <w:t>Community reaction:</w:t>
      </w:r>
      <w:r>
        <w:t xml:space="preserve"> Editors and clergy voiced firm objections, arguing victims must not be reframed as instruments of divine messages, and calling for pastoral care and mourning. </w:t>
      </w:r>
      <w:r/>
    </w:p>
    <w:p>
      <w:pPr>
        <w:pStyle w:val="ListBullet"/>
        <w:spacing w:line="240" w:lineRule="auto"/>
        <w:ind w:left="720"/>
      </w:pPr>
      <w:r/>
      <w:r>
        <w:rPr>
          <w:b/>
        </w:rPr>
        <w:t>People-focused note:</w:t>
      </w:r>
      <w:r>
        <w:t xml:space="preserve"> Observers stress attention to survivors and queer communities is essential, and vigils and outreach are part of the healing process.</w:t>
      </w:r>
      <w:r/>
      <w:r/>
    </w:p>
    <w:p>
      <w:pPr>
        <w:pStyle w:val="Heading2"/>
      </w:pPr>
      <w:r>
        <w:t>Why the diocese felt it had to speak up</w:t>
      </w:r>
      <w:r/>
    </w:p>
    <w:p>
      <w:r/>
      <w:r>
        <w:t>The diocese’s swift statement reads as a corrective: it wanted to make clear that the views expressed by one retired priest don’t represent diocesan teaching on dignity and welcome. The language of the response leaned into warm, inclusive theology , “every human being is created in the image of God” , which frames Christopher Street Day as a legitimate call for respect, not moralising condemnation. According to reporting in the Fuldaer Zeitung and tagesschau, local editors and church communicators were quick to condemn the letter, saying it crossed a line by treating a violent attack as a divine message. For parishioners and visitors, that distinction matters: church leaders are signalling they’ll prioritise pastoral care over punitive rhetoric.</w:t>
      </w:r>
      <w:r/>
    </w:p>
    <w:p>
      <w:pPr>
        <w:pStyle w:val="Heading2"/>
      </w:pPr>
      <w:r>
        <w:t>What Abel actually wrote and why it shocked people</w:t>
      </w:r>
      <w:r/>
    </w:p>
    <w:p>
      <w:r/>
      <w:r>
        <w:t>Rev. Winfried Abel’s letter to the editor criticised the festivities around Christopher Street Day and, while condemning Islamic extremism, described the Berlin attack in terms that many found theologically and morally troubling. Editors at the Fuldaer Zeitung argued his framing stripped victims of their dignity by casting the violence as a “call to reflection and repentance” rather than a crime. That prompted an immediate distancing from the diocese and public rebukes from regional press. The effect was to reopen old wounds for LGBTQ+ people who’ve long faced exclusion and, in some contexts, religiously justified discrimination.</w:t>
      </w:r>
      <w:r/>
    </w:p>
    <w:p>
      <w:pPr>
        <w:pStyle w:val="Heading2"/>
      </w:pPr>
      <w:r>
        <w:t>Fulda’s Pride scene and why the diocese statement matters locally</w:t>
      </w:r>
      <w:r/>
    </w:p>
    <w:p>
      <w:r/>
      <w:r>
        <w:t>Fulda isn’t a one-off: local coverage shows Christopher Street Day events in the city regularly draw hundreds to over a thousand participants, and community spaces are increasingly queer-friendly. With a CSD festival scheduled for 29 August, the diocese’s timing was significant , saying “we welcome” ahead of a local parade sends a practical, reassuring message to residents and visitors. Reports from local outlets highlight that these events are both celebratory and civic: they’re where people publicly insist on safety and visibility. The diocese acknowledging that helps reduce the risk of religious voices being used to justify exclusion.</w:t>
      </w:r>
      <w:r/>
    </w:p>
    <w:p>
      <w:pPr>
        <w:pStyle w:val="Heading2"/>
      </w:pPr>
      <w:r>
        <w:t>Reactions from clergy, editors and LGBTQ+ advocates</w:t>
      </w:r>
      <w:r/>
    </w:p>
    <w:p>
      <w:r/>
      <w:r>
        <w:t>Local editors and clergy have been blunt: calling the letter a line-crossing and urging focus on victims and survivors. Emergency chaplain Uta Bolze, speaking in wider German church conversations, urged sustained pastoral attention, noting vigils helped begin healing after the Berlin attack. Catholic commentators and some bishops, from Hamburg to other dioceses, have also publicly supported Pride events, arguing hatred and exclusion sit uneasily with a Christian view of humanity. That chorus matters in practice: when bishops and dioceses signal safety and inclusion, LGBTQ+ people are more likely to encounter practical outreach rather than rhetoric that retraumatises.</w:t>
      </w:r>
      <w:r/>
    </w:p>
    <w:p>
      <w:pPr>
        <w:pStyle w:val="Heading2"/>
      </w:pPr>
      <w:r>
        <w:t>What this means going forward , practical takeaways</w:t>
      </w:r>
      <w:r/>
    </w:p>
    <w:p>
      <w:r/>
      <w:r>
        <w:t>For organisers, parish leaders and visitors, the lesson is simple: language matters. If you’re planning to attend Fulda’s Christopher Street Day, expect visible civic support and a parish-level distancing from homophobic statements. For churchgoers who want to help, attending vigils, offering pastoral care, or simply showing up at the festival are concrete ways to back dignity. And for diocesan communications teams, this episode underlines the importance of timely, clear messages when individual clergy step outside agreed pastoral lines.</w:t>
      </w:r>
      <w:r/>
    </w:p>
    <w:p>
      <w:r/>
      <w:r>
        <w:t>It’s a small but important reminder that words from church leaders carry weight , and can either heal or reopen wounds.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https://www.newwaysministry.org/2026/08/18/german-diocese-supports-pride-event-rebuffing-priests-criticism/</w:t>
        </w:r>
      </w:hyperlink>
      <w:r>
        <w:t xml:space="preserve"> - Please view link - unable to able to access data</w:t>
      </w:r>
      <w:r/>
    </w:p>
    <w:p>
      <w:pPr>
        <w:pStyle w:val="ListNumber"/>
        <w:spacing w:line="240" w:lineRule="auto"/>
        <w:ind w:left="720"/>
      </w:pPr>
      <w:r/>
      <w:hyperlink r:id="rId10">
        <w:r>
          <w:rPr>
            <w:color w:val="0000EE"/>
            <w:u w:val="single"/>
          </w:rPr>
          <w:t>https://www.fuldaerzeitung.de/fulda/pfarrer-bistum-fulda-distanziert-sich-nach-csd-leserbrief-von-ex-94424813.html</w:t>
        </w:r>
      </w:hyperlink>
      <w:r>
        <w:t xml:space="preserve"> - The Diocese of Fulda has distanced itself from retired priest Winfried Abel following his letter to the editor in the Fuldaer Zeitung, where he criticized the Christopher Street Day (CSD) event in Berlin and referred to the attack as a 'signal from heaven'. The diocese emphasized its support for CSD and its role in promoting inclusion and welcoming the LGBTQ+ community.</w:t>
      </w:r>
      <w:r/>
    </w:p>
    <w:p>
      <w:pPr>
        <w:pStyle w:val="ListNumber"/>
        <w:spacing w:line="240" w:lineRule="auto"/>
        <w:ind w:left="720"/>
      </w:pPr>
      <w:r/>
      <w:hyperlink r:id="rId11">
        <w:r>
          <w:rPr>
            <w:color w:val="0000EE"/>
            <w:u w:val="single"/>
          </w:rPr>
          <w:t>https://www.tagesschau.de/inland/regional/hessen/hr-bistum-fulda-distanziert-sich-von-homophoben-aeusserungen-eines-pfarrers-100.html</w:t>
        </w:r>
      </w:hyperlink>
      <w:r>
        <w:t xml:space="preserve"> - The Diocese of Fulda has distanced itself from a retired priest who referred to the attack on the Christopher Street Day in Berlin as a 'signal from heaven'. The diocese emphasized its support for the LGBTQ+ community and condemned the priest's homophobic remarks.</w:t>
      </w:r>
      <w:r/>
    </w:p>
    <w:p>
      <w:pPr>
        <w:pStyle w:val="ListNumber"/>
        <w:spacing w:line="240" w:lineRule="auto"/>
        <w:ind w:left="720"/>
      </w:pPr>
      <w:r/>
      <w:hyperlink r:id="rId12">
        <w:r>
          <w:rPr>
            <w:color w:val="0000EE"/>
            <w:u w:val="single"/>
          </w:rPr>
          <w:t>https://www.fuldaerzeitung.de/fulda/400-teilnehmer-gehen-bei-christopher-street-day-in-fulda-auf-die-strasse-umzug-parade-polizei-sprecher-91811727.html</w:t>
        </w:r>
      </w:hyperlink>
      <w:r>
        <w:t xml:space="preserve"> - Approximately 400 participants took to the streets in Fulda for the Christopher Street Day (CSD) parade, advocating for the rights of lesbians, gays, bisexuals, and transgender individuals. The parade started from the Bahnhofsvorplatz and proceeded through the city, culminating in a large CSD party at the Kulturzentrum Kreuz.</w:t>
      </w:r>
      <w:r/>
    </w:p>
    <w:p>
      <w:pPr>
        <w:pStyle w:val="ListNumber"/>
        <w:spacing w:line="240" w:lineRule="auto"/>
        <w:ind w:left="720"/>
      </w:pPr>
      <w:r/>
      <w:hyperlink r:id="rId13">
        <w:r>
          <w:rPr>
            <w:color w:val="0000EE"/>
            <w:u w:val="single"/>
          </w:rPr>
          <w:t>https://www.fuldaerzeitung.de/party-fulda-1000-menschen-christopher-street-day-bahnhofsplatz-csd-92337100.html</w:t>
        </w:r>
      </w:hyperlink>
      <w:r>
        <w:t xml:space="preserve"> - Around 1,000 people gathered at Bahnhofsvorplatz in Fulda to celebrate the Christopher Street Day (CSD). The event featured a parade through the city, a party in the Museumshof, and continued celebrations in the S-Club, promoting solidarity with the LGBTQ+ community.</w:t>
      </w:r>
      <w:r/>
    </w:p>
    <w:p>
      <w:pPr>
        <w:pStyle w:val="ListNumber"/>
        <w:spacing w:line="240" w:lineRule="auto"/>
        <w:ind w:left="720"/>
      </w:pPr>
      <w:r/>
      <w:hyperlink r:id="rId14">
        <w:r>
          <w:rPr>
            <w:color w:val="0000EE"/>
            <w:u w:val="single"/>
          </w:rPr>
          <w:t>https://www.fuldainfo.de/hunderte-nahmen-am-christopher-street-day-in-fulda-teil/</w:t>
        </w:r>
      </w:hyperlink>
      <w:r>
        <w:t xml:space="preserve"> - Hundreds participated in the Christopher Street Day (CSD) in Fulda, marching through the city under the motto 'United in Diversity – Together Against Right-Wing Extremism'. The event emphasized the demand for legal and social equality for all and called for active action against hate and discrimination.</w:t>
      </w:r>
      <w:r/>
    </w:p>
    <w:p>
      <w:pPr>
        <w:pStyle w:val="ListNumber"/>
        <w:spacing w:line="240" w:lineRule="auto"/>
        <w:ind w:left="720"/>
      </w:pPr>
      <w:r/>
      <w:hyperlink r:id="rId15">
        <w:r>
          <w:rPr>
            <w:color w:val="0000EE"/>
            <w:u w:val="single"/>
          </w:rPr>
          <w:t>https://www.osthessen-zeitung.de/einzelansicht/news/2026/mai/barock-but-make-it-queer-auftakt-im-neuen-base-club-in-fulda.html</w:t>
        </w:r>
      </w:hyperlink>
      <w:r>
        <w:t xml:space="preserve"> - The 'foll bunt' association introduced a new event called 'Barock, but make it queer' at the newly opened Base Club in Fulda. The event aims to provide a fresh concept in Fulda's nightlife, offering a space that differs from traditional club and rave formats, focusing on bringing people together and making diversity visible.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8/german-diocese-supports-pride-event-rebuffing-priests-criticism/" TargetMode="External"/><Relationship Id="rId10" Type="http://schemas.openxmlformats.org/officeDocument/2006/relationships/hyperlink" Target="https://www.fuldaerzeitung.de/fulda/pfarrer-bistum-fulda-distanziert-sich-nach-csd-leserbrief-von-ex-94424813.html" TargetMode="External"/><Relationship Id="rId11" Type="http://schemas.openxmlformats.org/officeDocument/2006/relationships/hyperlink" Target="https://www.tagesschau.de/inland/regional/hessen/hr-bistum-fulda-distanziert-sich-von-homophoben-aeusserungen-eines-pfarrers-100.html" TargetMode="External"/><Relationship Id="rId12" Type="http://schemas.openxmlformats.org/officeDocument/2006/relationships/hyperlink" Target="https://www.fuldaerzeitung.de/fulda/400-teilnehmer-gehen-bei-christopher-street-day-in-fulda-auf-die-strasse-umzug-parade-polizei-sprecher-91811727.html" TargetMode="External"/><Relationship Id="rId13" Type="http://schemas.openxmlformats.org/officeDocument/2006/relationships/hyperlink" Target="https://www.fuldaerzeitung.de/party-fulda-1000-menschen-christopher-street-day-bahnhofsplatz-csd-92337100.html" TargetMode="External"/><Relationship Id="rId14" Type="http://schemas.openxmlformats.org/officeDocument/2006/relationships/hyperlink" Target="https://www.fuldainfo.de/hunderte-nahmen-am-christopher-street-day-in-fulda-teil/" TargetMode="External"/><Relationship Id="rId15" Type="http://schemas.openxmlformats.org/officeDocument/2006/relationships/hyperlink" Target="https://www.osthessen-zeitung.de/einzelansicht/news/2026/mai/barock-but-make-it-queer-auftakt-im-neuen-base-club-in-fuld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