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Support the LGBT+ Archives Project of Louisiana Today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Notice how a local group turned quiet closets of memorabilia into a living history , volunteers, donors, and curious visitors are helping preserve Louisiana’s LGBTQ+ past, and it matters for the way we tell our stories tomorrow.</w:t>
      </w:r>
      <w:r/>
    </w:p>
    <w:p>
      <w:r/>
      <w:r>
        <w:t>Essential Takeaways</w:t>
      </w:r>
      <w:r/>
      <w:r/>
    </w:p>
    <w:p>
      <w:pPr>
        <w:pStyle w:val="ListBullet"/>
        <w:spacing w:line="240" w:lineRule="auto"/>
        <w:ind w:left="720"/>
      </w:pPr>
      <w:r/>
      <w:r>
        <w:rPr>
          <w:b/>
        </w:rPr>
        <w:t>Community-led effort:</w:t>
      </w:r>
      <w:r>
        <w:t xml:space="preserve"> The LGBT+ Archives Project connects private collections with institutions that can preserve them, rather than operating as a standalone archive.</w:t>
      </w:r>
      <w:r/>
    </w:p>
    <w:p>
      <w:pPr>
        <w:pStyle w:val="ListBullet"/>
        <w:spacing w:line="240" w:lineRule="auto"/>
        <w:ind w:left="720"/>
      </w:pPr>
      <w:r/>
      <w:r>
        <w:rPr>
          <w:b/>
        </w:rPr>
        <w:t>Wide partnerships:</w:t>
      </w:r>
      <w:r>
        <w:t xml:space="preserve"> The project has relationships with The Historic New Orleans Collection, Amistad Research Center, Louisiana State Museum and other repositories across the state.</w:t>
      </w:r>
      <w:r/>
    </w:p>
    <w:p>
      <w:pPr>
        <w:pStyle w:val="ListBullet"/>
        <w:spacing w:line="240" w:lineRule="auto"/>
        <w:ind w:left="720"/>
      </w:pPr>
      <w:r/>
      <w:r>
        <w:rPr>
          <w:b/>
        </w:rPr>
        <w:t>Public programming:</w:t>
      </w:r>
      <w:r>
        <w:t xml:space="preserve"> It runs oral-history recordings, guided tours, exhibitions and conferences that make history feel immediate and human.</w:t>
      </w:r>
      <w:r/>
    </w:p>
    <w:p>
      <w:pPr>
        <w:pStyle w:val="ListBullet"/>
        <w:spacing w:line="240" w:lineRule="auto"/>
        <w:ind w:left="720"/>
      </w:pPr>
      <w:r/>
      <w:r>
        <w:rPr>
          <w:b/>
        </w:rPr>
        <w:t>Volunteer-friendly:</w:t>
      </w:r>
      <w:r>
        <w:t xml:space="preserve"> You can help as a Sustaining Member, a volunteer, or by donating materials tucked away in attics and closets.</w:t>
      </w:r>
      <w:r/>
    </w:p>
    <w:p>
      <w:pPr>
        <w:pStyle w:val="ListBullet"/>
        <w:spacing w:line="240" w:lineRule="auto"/>
        <w:ind w:left="720"/>
      </w:pPr>
      <w:r/>
      <w:r>
        <w:rPr>
          <w:b/>
        </w:rPr>
        <w:t>Urgent need:</w:t>
      </w:r>
      <w:r>
        <w:t xml:space="preserve"> Funding has tightened for LGBTQ+ nonprofits, making grassroots support and small donations unusually important right now.</w:t>
      </w:r>
      <w:r/>
      <w:r/>
    </w:p>
    <w:p>
      <w:pPr>
        <w:pStyle w:val="Heading2"/>
      </w:pPr>
      <w:r>
        <w:t>Why this grassroots archive matters , and how it feels in person</w:t>
      </w:r>
      <w:r/>
    </w:p>
    <w:p>
      <w:r/>
      <w:r>
        <w:t>Walk into one of the Project’s exhibitions and the past isn’t dry; it’s textured , posters slightly curled at the edges, a T‑shirt with faint perfume stains, old photographs with pencilled notes on the back. That tactility is precisely why the group exists. According to the Project’s website, its founders realised that crucial items were being discarded or lost, and they set up a network to protect those materials. Volunteers say the work is emotional and rewarding, because every item rescued tells a person’s life and a community’s triumphs and losses.</w:t>
      </w:r>
      <w:r/>
    </w:p>
    <w:p>
      <w:pPr>
        <w:pStyle w:val="Heading2"/>
      </w:pPr>
      <w:r>
        <w:t>Not a museum, but the matchmaker for preservation</w:t>
      </w:r>
      <w:r/>
    </w:p>
    <w:p>
      <w:r/>
      <w:r>
        <w:t>It’s easy to assume the Archives Project is a single storehouse of files. It isn’t. The organisation acts as a liaison, helping owners of historic LGBT+ material find a repository with the staff, space and budget to preserve it properly. The benefit is practical: institutions like the Louisiana Research Collection or the Amistad Research Center can offer climate control, cataloguing and long-term access that private owners cannot. If you’re wondering where to send a box of old newsletters or videotapes, this is where to start.</w:t>
      </w:r>
      <w:r/>
    </w:p>
    <w:p>
      <w:pPr>
        <w:pStyle w:val="Heading2"/>
      </w:pPr>
      <w:r>
        <w:t>Oral histories, tours and public programming that bring stories alive</w:t>
      </w:r>
      <w:r/>
    </w:p>
    <w:p>
      <w:r/>
      <w:r>
        <w:t>The group doesn’t simply stash things away. It records oral histories with activists and community leaders, runs guided walking tours of queer New Orleans, and stages exhibitions and conferences on subjects from the UpStairs Lounge arson to the history of HIV/AIDS. The National Park Service has highlighted the Project’s advocacy for preservation, and local outlets have documented its public programming. These activities make the archive useful to students, filmmakers and anyone researching queer history in Louisiana.</w:t>
      </w:r>
      <w:r/>
    </w:p>
    <w:p>
      <w:pPr>
        <w:pStyle w:val="Heading2"/>
      </w:pPr>
      <w:r>
        <w:t>How funding pressures are shaping the work , and what you can do</w:t>
      </w:r>
      <w:r/>
    </w:p>
    <w:p>
      <w:r/>
      <w:r>
        <w:t>Like many LGBTQ+ nonprofits, the Project has felt the squeeze from a shift in philanthropy and political headwinds. That makes small donations and volunteer hours especially valuable. The group asks supporters to become Sustaining Members via their website, volunteer time, or simply to check their own closets for materials that could be preserved. Practically speaking, label what you have, keep fragile items wrapped and contact the Project before sending anything , they’ll guide you to the best institutional match.</w:t>
      </w:r>
      <w:r/>
    </w:p>
    <w:p>
      <w:pPr>
        <w:pStyle w:val="Heading2"/>
      </w:pPr>
      <w:r>
        <w:t>Practical tips for donating or volunteering</w:t>
      </w:r>
      <w:r/>
    </w:p>
    <w:p>
      <w:r/>
      <w:r>
        <w:t>If you think you have a collection worth saving, start by making a quick inventory , dates, names, item types , and take photographs. Avoid throwing away worn or seemingly mundane items: programmes, club flyers and personal correspondence often shed the brightest light on everyday life. For volunteers, the Project needs people for oral-history work, event staffing, digitisation helpers and tour guides. Training and partnerships with local archives mean your time can make a real, professional difference.</w:t>
      </w:r>
      <w:r/>
    </w:p>
    <w:p>
      <w:r/>
      <w:r>
        <w:t>It's a small effort with a big payoff: saving objects and memories that help future generations understand who we were and how we lived.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[4]</w:t>
        </w:r>
      </w:hyperlink>
      <w:r>
        <w:t xml:space="preserve">- Paragraph 3: </w:t>
      </w:r>
      <w:hyperlink r:id="rId13">
        <w:r>
          <w:rPr>
            <w:color w:val="0000EE"/>
            <w:u w:val="single"/>
          </w:rPr>
          <w:t>[3]</w:t>
        </w:r>
      </w:hyperlink>
      <w:r>
        <w:t xml:space="preserve">, </w:t>
      </w:r>
      <w:hyperlink r:id="rId14">
        <w:r>
          <w:rPr>
            <w:color w:val="0000EE"/>
            <w:u w:val="single"/>
          </w:rPr>
          <w:t>[7]</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10">
        <w:r>
          <w:rPr>
            <w:color w:val="0000EE"/>
            <w:u w:val="single"/>
          </w:rPr>
          <w:t>[2]</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https://www.ambushmag.com/the-lgbt-archives-project-of-louisiana-past-present-and-future/#utm_source=rss&amp;utm_medium=rss&amp;utm_campaign=the-lgbt-archives-project-of-louisiana-past-present-and-future</w:t>
        </w:r>
      </w:hyperlink>
      <w:r>
        <w:t xml:space="preserve"> - Please view link - unable to able to access data</w:t>
      </w:r>
      <w:r/>
    </w:p>
    <w:p>
      <w:pPr>
        <w:pStyle w:val="ListNumber"/>
        <w:spacing w:line="240" w:lineRule="auto"/>
        <w:ind w:left="720"/>
      </w:pPr>
      <w:r/>
      <w:hyperlink r:id="rId10">
        <w:r>
          <w:rPr>
            <w:color w:val="0000EE"/>
            <w:u w:val="single"/>
          </w:rPr>
          <w:t>https://lgbtarchiveslouisiana.org/about/</w:t>
        </w:r>
      </w:hyperlink>
      <w:r>
        <w:t xml:space="preserve"> - The LGBT+ Archives Project of Louisiana is a non-profit organisation dedicated to preserving the history and culture of the LGBTQ+ community in Louisiana. Established in 2013, the project collaborates with various institutions across the state to protect and maintain materials such as personal papers, organisational records, audio and visual recordings, ephemera, and publications. Their mission includes educating the community on the importance of archiving LGBTQ+ historical materials and ensuring their availability for future generations. The project operates a Queer History Exhibit Space at 311 Burgundy Street in New Orleans, offering walking tours and accepting donations to support their initiatives.</w:t>
      </w:r>
      <w:r/>
    </w:p>
    <w:p>
      <w:pPr>
        <w:pStyle w:val="ListNumber"/>
        <w:spacing w:line="240" w:lineRule="auto"/>
        <w:ind w:left="720"/>
      </w:pPr>
      <w:r/>
      <w:hyperlink r:id="rId13">
        <w:r>
          <w:rPr>
            <w:color w:val="0000EE"/>
            <w:u w:val="single"/>
          </w:rPr>
          <w:t>https://www.nps.gov/articles/000/podcast-96-advocating-for-preservation-with-the-lgbt%2B-archives-project-of-louisiana.htm</w:t>
        </w:r>
      </w:hyperlink>
      <w:r>
        <w:t xml:space="preserve"> - In this podcast episode, Frank Perez, president of the LGBT+ Archives Project of Louisiana, discusses the organisation's role in advocating for the preservation of queer history in Louisiana. The project operates as a statewide collective, connecting donors with institutions across the state to preserve materials documenting LGBTQ+ history. Perez highlights the project's collaborative approach, working with museums, libraries, and archival repositories to safeguard the state's queer heritage. The discussion also touches upon the project's origins, including the influence of activist Stewart Butler, and its ongoing efforts to protect and promote LGBTQ+ history in Louisiana.</w:t>
      </w:r>
      <w:r/>
    </w:p>
    <w:p>
      <w:pPr>
        <w:pStyle w:val="ListNumber"/>
        <w:spacing w:line="240" w:lineRule="auto"/>
        <w:ind w:left="720"/>
      </w:pPr>
      <w:r/>
      <w:hyperlink r:id="rId12">
        <w:r>
          <w:rPr>
            <w:color w:val="0000EE"/>
            <w:u w:val="single"/>
          </w:rPr>
          <w:t>https://64parishes.org/an-archival-collective-safeguards-lgbt-history</w:t>
        </w:r>
      </w:hyperlink>
      <w:r>
        <w:t xml:space="preserve"> - This article explores the LGBT+ Archives Project of Louisiana, a collective established in 2013 to preserve materials related to the state's LGBTQ+ history. The project operates as a collective, directing potential donors and researchers to institutions with relevant holdings, rather than maintaining a single dedicated repository. It collaborates with various organisations, including the Louisiana State Museum, the Historic New Orleans Collection, and Tulane University, to safeguard and promote the state's queer heritage. The article highlights the project's collaborative approach and its commitment to preserving Louisiana's LGBTQ+ history.</w:t>
      </w:r>
      <w:r/>
    </w:p>
    <w:p>
      <w:pPr>
        <w:pStyle w:val="ListNumber"/>
        <w:spacing w:line="240" w:lineRule="auto"/>
        <w:ind w:left="720"/>
      </w:pPr>
      <w:r/>
      <w:hyperlink r:id="rId15">
        <w:r>
          <w:rPr>
            <w:color w:val="0000EE"/>
            <w:u w:val="single"/>
          </w:rPr>
          <w:t>https://www.lastcallnola.org/who-we-are</w:t>
        </w:r>
      </w:hyperlink>
      <w:r>
        <w:t xml:space="preserve"> - Last Call is a collective of trans and queer artists and archivists based in New Orleans. The group creates innovative, multi-platform performances, events, and digital media to document and interpret neglected trans and queer history in New Orleans, Louisiana, and the U.S. South. Their work includes a digital archive of full-length oral history interviews, a podcast series, live performances, and community gatherings. Last Call was founded by Rachel Lee, Sara Pic, and Bonnie Gabel, and is co-directed by indee mitchell, Demi H. Ward, and Jasmine Davis.</w:t>
      </w:r>
      <w:r/>
    </w:p>
    <w:p>
      <w:pPr>
        <w:pStyle w:val="ListNumber"/>
        <w:spacing w:line="240" w:lineRule="auto"/>
        <w:ind w:left="720"/>
      </w:pPr>
      <w:r/>
      <w:hyperlink r:id="rId11">
        <w:r>
          <w:rPr>
            <w:color w:val="0000EE"/>
            <w:u w:val="single"/>
          </w:rPr>
          <w:t>https://www.frenchquarterjournal.com/archives/to-collect-and-to-preserve-the-lgbt-archives-project-of-louisiana</w:t>
        </w:r>
      </w:hyperlink>
      <w:r>
        <w:t xml:space="preserve"> - This article discusses the LGBT+ Archives Project of Louisiana, founded in 2012 by activist Stewart Butler and others, to preserve New Orleans' queer history. The project has grown into a statewide collective, facilitating the donation of materials to various institutions, including the Louisiana State Museum, the Historic New Orleans Collection, and Tulane University. It serves as a resource for historians, researchers, educators, and the community, offering public programming and initiatives to bring the city's queer history into the open.</w:t>
      </w:r>
      <w:r/>
    </w:p>
    <w:p>
      <w:pPr>
        <w:pStyle w:val="ListNumber"/>
        <w:spacing w:line="240" w:lineRule="auto"/>
        <w:ind w:left="720"/>
      </w:pPr>
      <w:r/>
      <w:hyperlink r:id="rId14">
        <w:r>
          <w:rPr>
            <w:color w:val="0000EE"/>
            <w:u w:val="single"/>
          </w:rPr>
          <w:t>https://www.ambushmag.com/the-lgbt-archives-project-of-louisiana-year-in-review/</w:t>
        </w:r>
      </w:hyperlink>
      <w:r>
        <w:t xml:space="preserve"> - This article provides a year-in-review for the LGBT+ Archives Project of Louisiana, highlighting accomplishments such as facilitating donations to area libraries and museums, launching an Oral History Initiative, and opening a new exhibit space. The project collaborates with institutions across Louisiana to preserve materials documenting local LGBTQ+ history, including personal papers, organisational records, audio and visual recordings, ephemera, and publications. The article underscores the project's ongoing efforts to safeguard and promote the state's queer heritage.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mbushmag.com/the-lgbt-archives-project-of-louisiana-past-present-and-future/#utm_source=rss&amp;utm_medium=rss&amp;utm_campaign=the-lgbt-archives-project-of-louisiana-past-present-and-future" TargetMode="External"/><Relationship Id="rId10" Type="http://schemas.openxmlformats.org/officeDocument/2006/relationships/hyperlink" Target="https://lgbtarchiveslouisiana.org/about/" TargetMode="External"/><Relationship Id="rId11" Type="http://schemas.openxmlformats.org/officeDocument/2006/relationships/hyperlink" Target="https://www.frenchquarterjournal.com/archives/to-collect-and-to-preserve-the-lgbt-archives-project-of-louisiana" TargetMode="External"/><Relationship Id="rId12" Type="http://schemas.openxmlformats.org/officeDocument/2006/relationships/hyperlink" Target="https://64parishes.org/an-archival-collective-safeguards-lgbt-history" TargetMode="External"/><Relationship Id="rId13" Type="http://schemas.openxmlformats.org/officeDocument/2006/relationships/hyperlink" Target="https://www.nps.gov/articles/000/podcast-96-advocating-for-preservation-with-the-lgbt%2B-archives-project-of-louisiana.htm" TargetMode="External"/><Relationship Id="rId14" Type="http://schemas.openxmlformats.org/officeDocument/2006/relationships/hyperlink" Target="https://www.ambushmag.com/the-lgbt-archives-project-of-louisiana-year-in-review/" TargetMode="External"/><Relationship Id="rId15" Type="http://schemas.openxmlformats.org/officeDocument/2006/relationships/hyperlink" Target="https://www.lastcallnola.org/who-we-a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