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Support Bar X and Protect Philly’s Gayborhood Nightlife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neighbours are watching as Bar X, a long‑standing Camac Street haunt, fights a lawsuit that could force it to close; patrons and performers are mobilising online and in person because the outcome matters to the Gayborhood’s culture, safety and diversity.</w:t>
      </w:r>
      <w:r/>
    </w:p>
    <w:p>
      <w:r/>
      <w:r>
        <w:t>Essential Takeaways</w:t>
      </w:r>
      <w:r/>
      <w:r/>
    </w:p>
    <w:p>
      <w:pPr>
        <w:pStyle w:val="ListBullet"/>
        <w:spacing w:line="240" w:lineRule="auto"/>
        <w:ind w:left="720"/>
      </w:pPr>
      <w:r/>
      <w:r>
        <w:rPr>
          <w:b/>
        </w:rPr>
        <w:t>Legal challenge:</w:t>
      </w:r>
      <w:r>
        <w:t xml:space="preserve"> A newly formed group sued to close Bar X, accusing the bar of noise, disorder and safety issues.</w:t>
      </w:r>
      <w:r/>
    </w:p>
    <w:p>
      <w:pPr>
        <w:pStyle w:val="ListBullet"/>
        <w:spacing w:line="240" w:lineRule="auto"/>
        <w:ind w:left="720"/>
      </w:pPr>
      <w:r/>
      <w:r>
        <w:rPr>
          <w:b/>
        </w:rPr>
        <w:t>Owners deny claims:</w:t>
      </w:r>
      <w:r>
        <w:t xml:space="preserve"> Bar X’s owner and staff say the allegations are exaggerated and point to the bar’s role as a neighbourhood fixture.</w:t>
      </w:r>
      <w:r/>
    </w:p>
    <w:p>
      <w:pPr>
        <w:pStyle w:val="ListBullet"/>
        <w:spacing w:line="240" w:lineRule="auto"/>
        <w:ind w:left="720"/>
      </w:pPr>
      <w:r/>
      <w:r>
        <w:rPr>
          <w:b/>
        </w:rPr>
        <w:t>Community response:</w:t>
      </w:r>
      <w:r>
        <w:t xml:space="preserve"> The bar urged supporters to share coverage, speak up and back LGBTQ+ businesses; many commented about racial dynamics.</w:t>
      </w:r>
      <w:r/>
    </w:p>
    <w:p>
      <w:pPr>
        <w:pStyle w:val="ListBullet"/>
        <w:spacing w:line="240" w:lineRule="auto"/>
        <w:ind w:left="720"/>
      </w:pPr>
      <w:r/>
      <w:r>
        <w:rPr>
          <w:b/>
        </w:rPr>
        <w:t>Safety steps taken:</w:t>
      </w:r>
      <w:r>
        <w:t xml:space="preserve"> Bar X has adopted precautions such as drink covers after online rumours about drugged drinks circulated.</w:t>
      </w:r>
      <w:r/>
    </w:p>
    <w:p>
      <w:pPr>
        <w:pStyle w:val="ListBullet"/>
        <w:spacing w:line="240" w:lineRule="auto"/>
        <w:ind w:left="720"/>
      </w:pPr>
      <w:r/>
      <w:r>
        <w:rPr>
          <w:b/>
        </w:rPr>
        <w:t>Broader stakes:</w:t>
      </w:r>
      <w:r>
        <w:t xml:space="preserve"> The dispute follows other recent closures in the Gayborhood and intersects with questions about gentrification and policing.</w:t>
      </w:r>
      <w:r/>
      <w:r/>
    </w:p>
    <w:p>
      <w:pPr>
        <w:pStyle w:val="Heading2"/>
      </w:pPr>
      <w:r>
        <w:t>What happened , a neighbourhood fight that’s turned legal</w:t>
      </w:r>
      <w:r/>
    </w:p>
    <w:p>
      <w:r/>
      <w:r>
        <w:t>This story began with a lawsuit aiming to halt Bar X’s operations, lodged by a group called Save Our Neighborhood for Tomorrow Inc., and served up a startling image: a small bar suddenly at the centre of a legal attempt to end its business life. According to reporting in local outlets, the complaint cites noise, public intoxication, alleged sexual activity outside the premises and repeated need for police presence. Bar X’s owners and staff reject those claims and say they’ve worked to keep the space safe and welcoming. For regulars the scene feels tense and confusing, and for the wider city it raises familiar questions about who gets to shape nightlife.</w:t>
      </w:r>
      <w:r/>
    </w:p>
    <w:p>
      <w:pPr>
        <w:pStyle w:val="Heading2"/>
      </w:pPr>
      <w:r>
        <w:t>Who’s behind the suit , and why it’s raised eyebrows</w:t>
      </w:r>
      <w:r/>
    </w:p>
    <w:p>
      <w:r/>
      <w:r>
        <w:t>The suit names several people and public officials, but two figures have drawn the most attention: a nearby lawyer who alleges he was assaulted leaving his office, and the lawyer who incorporated the suing group. Local reporting links them to high‑profile legal work, which has prompted chatter about motives and resources. Commenters on Bar X’s social posts have also flagged race and class, many customers are Black, and some say this action feels like another instance of small, culturally important venues being pushed out. It’s a reminder that disputes over noise or safety often sit inside bigger stories about neighbourhood change.</w:t>
      </w:r>
      <w:r/>
    </w:p>
    <w:p>
      <w:pPr>
        <w:pStyle w:val="Heading2"/>
      </w:pPr>
      <w:r>
        <w:t>How the bar and community are responding</w:t>
      </w:r>
      <w:r/>
    </w:p>
    <w:p>
      <w:r/>
      <w:r>
        <w:t>Bar X turned to its Instagram to ask for visible support, urging people to share the Inquirer’s coverage and speak up respectfully. Staff describe the venue as a safe space and say they’ve taken concrete steps after troubling online rumours surfaced , for instance, ordering drink covers to reassure customers. Local bartenders, performers and elected officials have amplified fundraising drives and public messages, framing the fight as both legal and cultural. When a business leans on its community like this, it’s as much about solidarity as it is about sound legal strategy.</w:t>
      </w:r>
      <w:r/>
    </w:p>
    <w:p>
      <w:pPr>
        <w:pStyle w:val="Heading2"/>
      </w:pPr>
      <w:r>
        <w:t>Practical ways locals can help , thoughtful, effective actions</w:t>
      </w:r>
      <w:r/>
    </w:p>
    <w:p>
      <w:r/>
      <w:r>
        <w:t>If you want to support Bar X without amplifying noise or hostility, there are sensible options: share balanced news coverage so more people understand what’s at stake, visit the venue in respectful ways, and back nearby LGBTQ+ and BIPOC‑led spots to keep a diverse scene alive. Write to local officials or attend community hearings if the case goes before municipal bodies, and donate to verified legal funds only if they’re established by the bar or named organisers. Small gestures, an honest review, reporting suspicious activity responsibly, can make a difference without escalating tensions.</w:t>
      </w:r>
      <w:r/>
    </w:p>
    <w:p>
      <w:pPr>
        <w:pStyle w:val="Heading2"/>
      </w:pPr>
      <w:r>
        <w:t>Why this matters beyond one block</w:t>
      </w:r>
      <w:r/>
    </w:p>
    <w:p>
      <w:r/>
      <w:r>
        <w:t>This dispute comes on the heels of other closures in the Gayborhood, and it dovetails with national conversations about cultural displacement, policing of nightlife and the protection of queer spaces. According to local coverage, the outcome could influence how other small venues defend themselves against similar suits. For patrons and performers who depend on these rooms for income and community, the legal fight is also about continuity: keeping creative spaces where people can be seen, perform and belong.</w:t>
      </w:r>
      <w:r/>
    </w:p>
    <w:p>
      <w:r/>
      <w:r>
        <w:t>It’s a small change that can make every night out safer and fairer.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11">
        <w:r>
          <w:rPr>
            <w:color w:val="0000EE"/>
            <w:u w:val="single"/>
          </w:rPr>
          <w:t>[4]</w:t>
        </w:r>
      </w:hyperlink>
      <w:r>
        <w:t xml:space="preserve">, </w:t>
      </w:r>
      <w:hyperlink r:id="rId10">
        <w:r>
          <w:rPr>
            <w:color w:val="0000EE"/>
            <w:u w:val="single"/>
          </w:rPr>
          <w:t>[2]</w:t>
        </w:r>
      </w:hyperlink>
      <w:r>
        <w:t xml:space="preserve">- Paragraph 4: </w:t>
      </w:r>
      <w:hyperlink r:id="rId12">
        <w:r>
          <w:rPr>
            <w:color w:val="0000EE"/>
            <w:u w:val="single"/>
          </w:rPr>
          <w:t>[3]</w:t>
        </w:r>
      </w:hyperlink>
      <w:r>
        <w:t xml:space="preserve">, </w:t>
      </w:r>
      <w:hyperlink r:id="rId11">
        <w:r>
          <w:rPr>
            <w:color w:val="0000EE"/>
            <w:u w:val="single"/>
          </w:rPr>
          <w:t>[5]</w:t>
        </w:r>
      </w:hyperlink>
      <w:r>
        <w:t xml:space="preserve">- Paragraph 5: </w:t>
      </w:r>
      <w:hyperlink r:id="rId11">
        <w:r>
          <w:rPr>
            <w:color w:val="0000EE"/>
            <w:u w:val="single"/>
          </w:rPr>
          <w:t>[6]</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https://epgn.com/2026/08/18/community-brief-a-local-drag-performer-and-gayborhood-bar-need-community-support/</w:t>
        </w:r>
      </w:hyperlink>
      <w:r>
        <w:t xml:space="preserve"> - Please view link - unable to able to access data</w:t>
      </w:r>
      <w:r/>
    </w:p>
    <w:p>
      <w:pPr>
        <w:pStyle w:val="ListNumber"/>
        <w:spacing w:line="240" w:lineRule="auto"/>
        <w:ind w:left="720"/>
      </w:pPr>
      <w:r/>
      <w:hyperlink r:id="rId10">
        <w:r>
          <w:rPr>
            <w:color w:val="0000EE"/>
            <w:u w:val="single"/>
          </w:rPr>
          <w:t>https://www.phillyvoice.com/bar-x-philadelphia-gayborhood-lawsuit-noise-complaints/</w:t>
        </w:r>
      </w:hyperlink>
      <w:r>
        <w:t xml:space="preserve"> - Bar X, a popular establishment in Philadelphia's Gayborhood, is facing a lawsuit filed by Michael van der Veen, a local attorney, who alleges that the bar has been using his private parking spot without permission and has been a source of excessive noise and disturbances. The lawsuit seeks to have the bar cease operations. Bar X's owner, Tony Tsang, disputes these allegations, emphasizing the bar's longstanding presence in the community and questioning the selective nature of the complaints.</w:t>
      </w:r>
      <w:r/>
    </w:p>
    <w:p>
      <w:pPr>
        <w:pStyle w:val="ListNumber"/>
        <w:spacing w:line="240" w:lineRule="auto"/>
        <w:ind w:left="720"/>
      </w:pPr>
      <w:r/>
      <w:hyperlink r:id="rId12">
        <w:r>
          <w:rPr>
            <w:color w:val="0000EE"/>
            <w:u w:val="single"/>
          </w:rPr>
          <w:t>https://www.phillymag.com/news/2026/08/18/bar-x-philadelphia-lawsuit/</w:t>
        </w:r>
      </w:hyperlink>
      <w:r>
        <w:t xml:space="preserve"> - Michael van der Veen, a 62-year-old attorney from Center City, has filed a lawsuit against Bar X, a bar in Philadelphia's Gayborhood, alleging repeated use of his private parking spot and disturbances caused by the bar's clientele. The lawsuit seeks to have the bar cease operations. Bar X's owner, Tony Tsang, denies the allegations, highlighting the bar's longstanding presence and questioning the selective nature of the complaints.</w:t>
      </w:r>
      <w:r/>
    </w:p>
    <w:p>
      <w:pPr>
        <w:pStyle w:val="ListNumber"/>
        <w:spacing w:line="240" w:lineRule="auto"/>
        <w:ind w:left="720"/>
      </w:pPr>
      <w:r/>
      <w:hyperlink r:id="rId11">
        <w:r>
          <w:rPr>
            <w:color w:val="0000EE"/>
            <w:u w:val="single"/>
          </w:rPr>
          <w:t>https://www.philly.com/news/bar-x-philadelphia-lawsuit-noise-complaints-2026-08-18.html</w:t>
        </w:r>
      </w:hyperlink>
      <w:r>
        <w:t xml:space="preserve"> - A lawsuit has been filed against Bar X, a bar in Philadelphia's Gayborhood, by Michael van der Veen, a local attorney, who alleges that the bar has been using his private parking spot without permission and has been a source of excessive noise and disturbances. The lawsuit seeks to have the bar cease operations. Bar X's owner, Tony Tsang, disputes these allegations, emphasizing the bar's longstanding presence in the community and questioning the selective nature of the complaints.</w:t>
      </w:r>
      <w:r/>
    </w:p>
    <w:p>
      <w:pPr>
        <w:pStyle w:val="ListNumber"/>
        <w:spacing w:line="240" w:lineRule="auto"/>
        <w:ind w:left="720"/>
      </w:pPr>
      <w:r/>
      <w:hyperlink r:id="rId11">
        <w:r>
          <w:rPr>
            <w:color w:val="0000EE"/>
            <w:u w:val="single"/>
          </w:rPr>
          <w:t>https://www.philly.com/news/bar-x-philadelphia-lawsuit-noise-complaints-2026-08-18.html</w:t>
        </w:r>
      </w:hyperlink>
      <w:r>
        <w:t xml:space="preserve"> - A lawsuit has been filed against Bar X, a bar in Philadelphia's Gayborhood, by Michael van der Veen, a local attorney, who alleges that the bar has been using his private parking spot without permission and has been a source of excessive noise and disturbances. The lawsuit seeks to have the bar cease operations. Bar X's owner, Tony Tsang, disputes these allegations, emphasizing the bar's longstanding presence in the community and questioning the selective nature of the complaints.</w:t>
      </w:r>
      <w:r/>
    </w:p>
    <w:p>
      <w:pPr>
        <w:pStyle w:val="ListNumber"/>
        <w:spacing w:line="240" w:lineRule="auto"/>
        <w:ind w:left="720"/>
      </w:pPr>
      <w:r/>
      <w:hyperlink r:id="rId11">
        <w:r>
          <w:rPr>
            <w:color w:val="0000EE"/>
            <w:u w:val="single"/>
          </w:rPr>
          <w:t>https://www.philly.com/news/bar-x-philadelphia-lawsuit-noise-complaints-2026-08-18.html</w:t>
        </w:r>
      </w:hyperlink>
      <w:r>
        <w:t xml:space="preserve"> - A lawsuit has been filed against Bar X, a bar in Philadelphia's Gayborhood, by Michael van der Veen, a local attorney, who alleges that the bar has been using his private parking spot without permission and has been a source of excessive noise and disturbances. The lawsuit seeks to have the bar cease operations. Bar X's owner, Tony Tsang, disputes these allegations, emphasizing the bar's longstanding presence in the community and questioning the selective nature of the complaints.</w:t>
      </w:r>
      <w:r/>
    </w:p>
    <w:p>
      <w:pPr>
        <w:pStyle w:val="ListNumber"/>
        <w:spacing w:line="240" w:lineRule="auto"/>
        <w:ind w:left="720"/>
      </w:pPr>
      <w:r/>
      <w:hyperlink r:id="rId11">
        <w:r>
          <w:rPr>
            <w:color w:val="0000EE"/>
            <w:u w:val="single"/>
          </w:rPr>
          <w:t>https://www.philly.com/news/bar-x-philadelphia-lawsuit-noise-complaints-2026-08-18.html</w:t>
        </w:r>
      </w:hyperlink>
      <w:r>
        <w:t xml:space="preserve"> - A lawsuit has been filed against Bar X, a bar in Philadelphia's Gayborhood, by Michael van der Veen, a local attorney, who alleges that the bar has been using his private parking spot without permission and has been a source of excessive noise and disturbances. The lawsuit seeks to have the bar cease operations. Bar X's owner, Tony Tsang, disputes these allegations, emphasizing the bar's longstanding presence in the community and questioning the selective nature of the complaints.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8/18/community-brief-a-local-drag-performer-and-gayborhood-bar-need-community-support/" TargetMode="External"/><Relationship Id="rId10" Type="http://schemas.openxmlformats.org/officeDocument/2006/relationships/hyperlink" Target="https://www.phillyvoice.com/bar-x-philadelphia-gayborhood-lawsuit-noise-complaints/" TargetMode="External"/><Relationship Id="rId11" Type="http://schemas.openxmlformats.org/officeDocument/2006/relationships/hyperlink" Target="https://www.philly.com/news/bar-x-philadelphia-lawsuit-noise-complaints-2026-08-18.html" TargetMode="External"/><Relationship Id="rId12" Type="http://schemas.openxmlformats.org/officeDocument/2006/relationships/hyperlink" Target="https://www.phillymag.com/news/2026/08/18/bar-x-philadelphia-lawsu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