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Smoggie Queens Back The Proud Trust’s DeserveBetter Campaign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TV stars stepping off-screen to stand with young people , Smoggie Queens cast members Elijah Young, Alexandra Mardell and Peter McPherson have joined 30 LGBTQ+ celebrities and allies in a new film by The Proud Trust, amplifying calls for safer spaces, understanding and better support for LGBTQ+ youth across the UK.</w:t>
      </w:r>
      <w:r/>
    </w:p>
    <w:p>
      <w:r/>
      <w:r>
        <w:t>Essential Takeaways</w:t>
      </w:r>
      <w:r/>
      <w:r/>
    </w:p>
    <w:p>
      <w:pPr>
        <w:pStyle w:val="ListBullet"/>
        <w:spacing w:line="240" w:lineRule="auto"/>
        <w:ind w:left="720"/>
      </w:pPr>
      <w:r/>
      <w:r>
        <w:rPr>
          <w:b/>
        </w:rPr>
        <w:t>Local voices:</w:t>
      </w:r>
      <w:r>
        <w:t xml:space="preserve"> Smoggie Queens actors born and raised in Teesside lend regional visibility to the campaign, boosting awareness in Middlesbrough and across Teesside.</w:t>
      </w:r>
      <w:r/>
    </w:p>
    <w:p>
      <w:pPr>
        <w:pStyle w:val="ListBullet"/>
        <w:spacing w:line="240" w:lineRule="auto"/>
        <w:ind w:left="720"/>
      </w:pPr>
      <w:r/>
      <w:r>
        <w:rPr>
          <w:b/>
        </w:rPr>
        <w:t>Big-name backing:</w:t>
      </w:r>
      <w:r>
        <w:t xml:space="preserve"> The film features high-profile allies, from Sir Stephen Fry to Dame Kelly Holmes, increasing reach and credibility.</w:t>
      </w:r>
      <w:r/>
    </w:p>
    <w:p>
      <w:pPr>
        <w:pStyle w:val="ListBullet"/>
        <w:spacing w:line="240" w:lineRule="auto"/>
        <w:ind w:left="720"/>
      </w:pPr>
      <w:r/>
      <w:r>
        <w:rPr>
          <w:b/>
        </w:rPr>
        <w:t>Urgent need:</w:t>
      </w:r>
      <w:r>
        <w:t xml:space="preserve"> The Proud Trust reports nearly half of LGBTQ+ pupils face bullying and almost six in 10 have seriously considered suicide, underlining why the campaign matters.</w:t>
      </w:r>
      <w:r/>
    </w:p>
    <w:p>
      <w:pPr>
        <w:pStyle w:val="ListBullet"/>
        <w:spacing w:line="240" w:lineRule="auto"/>
        <w:ind w:left="720"/>
      </w:pPr>
      <w:r/>
      <w:r>
        <w:rPr>
          <w:b/>
        </w:rPr>
        <w:t>Practical help:</w:t>
      </w:r>
      <w:r>
        <w:t xml:space="preserve"> The Proud Trust offers youth groups, mentoring and one-to-one support, with resources and the campaign film available online.</w:t>
      </w:r>
      <w:r/>
    </w:p>
    <w:p>
      <w:pPr>
        <w:pStyle w:val="ListBullet"/>
        <w:spacing w:line="240" w:lineRule="auto"/>
        <w:ind w:left="720"/>
      </w:pPr>
      <w:r/>
      <w:r>
        <w:rPr>
          <w:b/>
        </w:rPr>
        <w:t>Emotional tone:</w:t>
      </w:r>
      <w:r>
        <w:t xml:space="preserve"> The cast stress belonging and acceptance, with personal reflections that feel sincere and grounded.</w:t>
      </w:r>
      <w:r/>
      <w:r/>
    </w:p>
    <w:p>
      <w:pPr>
        <w:pStyle w:val="Heading2"/>
      </w:pPr>
      <w:r>
        <w:t>Why Smoggie Queens’ involvement matters now</w:t>
      </w:r>
      <w:r/>
    </w:p>
    <w:p>
      <w:r/>
      <w:r>
        <w:t>The simplest thing is this: familiar faces make messages stick. Seeing Elijah Young, Alexandra Mardell and Peter McPherson , actors who portray friends in a Middlesbrough sitcom , lend their voices to The Proud Trust’s Deserve Better campaign gives the appeal a warm, local heartbeat. It’s not just celebrity endorsement, it feels like neighbours speaking up for neighbours. That local connection helps shift the conversation from abstract policy to the lived reality of LGBTQ+ young people in communities where representation really counts.</w:t>
      </w:r>
      <w:r/>
    </w:p>
    <w:p>
      <w:pPr>
        <w:pStyle w:val="Heading2"/>
      </w:pPr>
      <w:r>
        <w:t>The campaign’s backbone , The Proud Trust’s services explained</w:t>
      </w:r>
      <w:r/>
    </w:p>
    <w:p>
      <w:r/>
      <w:r>
        <w:t>The Proud Trust isn’t a one-off awareness stunt; it runs youth groups, mentoring, family support and one-to-one help for LGBTQ+ young people. According to the charity, demand for those services has surged , referrals climbed dramatically after a recent Supreme Court ruling , which shows how fragile and contested young people’s safety can be. For parents and carers, the takeaway is straightforward: these services are where young people can find practical advice and quiet solidarity when school corridors feel unsafe.</w:t>
      </w:r>
      <w:r/>
    </w:p>
    <w:p>
      <w:pPr>
        <w:pStyle w:val="Heading2"/>
      </w:pPr>
      <w:r>
        <w:t>How the TV recommissioning helps the cause</w:t>
      </w:r>
      <w:r/>
    </w:p>
    <w:p>
      <w:r/>
      <w:r>
        <w:t>Smoggie Queens being recommissioned for a third series adds fuel to the campaign’s fire. More episodes mean more airtime for characters who normalise queer lives in a northern town setting, and more chances for stars to talk about the issues off-screen. Industry outlets such as BBC coverage and TV press have flagged the recommissioning, and that ongoing spotlight keeps the conversation about representation and youth welfare alive beyond a single campaign film.</w:t>
      </w:r>
      <w:r/>
    </w:p>
    <w:p>
      <w:pPr>
        <w:pStyle w:val="Heading2"/>
      </w:pPr>
      <w:r>
        <w:t>What the stats say , and what they feel like</w:t>
      </w:r>
      <w:r/>
    </w:p>
    <w:p>
      <w:r/>
      <w:r>
        <w:t>The Proud Trust’s figures are stark: almost half of LGBTQ+ pupils report bullying, and around six in 10 have seriously contemplated suicide. Numbers like these are more than data , they’re lived experiences for thousands of young people. Campaigns that pair data with human voices, like the Smoggie Queens cast speaking from their own communities, help translate grim statistics into understandable, actionable messages for schools, families and policymakers.</w:t>
      </w:r>
      <w:r/>
    </w:p>
    <w:p>
      <w:pPr>
        <w:pStyle w:val="Heading2"/>
      </w:pPr>
      <w:r>
        <w:t>How to help or find support today</w:t>
      </w:r>
      <w:r/>
    </w:p>
    <w:p>
      <w:r/>
      <w:r>
        <w:t>If you’re a young person, a parent, or a teacher wondering what to do next, start with The Proud Trust’s website and social channels where the campaign film and practical guides are hosted. For immediate help, familiar helplines such as Samaritans, SANE and Calm are listed widely and are there 24/7. For those wanting to support, share the film, volunteer with local youth services, or press your local schools to adopt anti-bullying and inclusion policies , small, steady steps change the culture.</w:t>
      </w:r>
      <w:r/>
    </w:p>
    <w:p>
      <w:r/>
      <w:r>
        <w:t>It's a small change that can make every young person feel safer and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https://www.thenorthernecho.co.uk/news/26473717.smoggie-queens-join-proud-trust-lgbtq-youth-campaign/?ref=rss</w:t>
        </w:r>
      </w:hyperlink>
      <w:r>
        <w:t xml:space="preserve"> - Please view link - unable to able to access data</w:t>
      </w:r>
      <w:r/>
    </w:p>
    <w:p>
      <w:pPr>
        <w:pStyle w:val="ListNumber"/>
        <w:spacing w:line="240" w:lineRule="auto"/>
        <w:ind w:left="720"/>
      </w:pPr>
      <w:r/>
      <w:hyperlink r:id="rId10">
        <w:r>
          <w:rPr>
            <w:color w:val="0000EE"/>
            <w:u w:val="single"/>
          </w:rPr>
          <w:t>https://www.comedy.co.uk/tv/news/8798/smoggie-queens-series-3/</w:t>
        </w:r>
      </w:hyperlink>
      <w:r>
        <w:t xml:space="preserve"> - BBC Three has recommissioned the LGBTQ+ sitcom 'Smoggie Queens' for a third series. The show, set and filmed in Middlesbrough, follows a group of friends proud of their North Eastern town and their LGBTQ+ community. The core cast, including Phil Dunning, Mark Benton, Alexandra Mardell, Patsy Lowe, and Elijah Young, are set to return, promising more chaos, heart, and mischief. Creator Phil Dunning expressed excitement over the recommissioning, stating, 'Going to have a cheeky Bloody Mam to celebrate.'</w:t>
      </w:r>
      <w:r/>
    </w:p>
    <w:p>
      <w:pPr>
        <w:pStyle w:val="ListNumber"/>
        <w:spacing w:line="240" w:lineRule="auto"/>
        <w:ind w:left="720"/>
      </w:pPr>
      <w:r/>
      <w:hyperlink r:id="rId14">
        <w:r>
          <w:rPr>
            <w:color w:val="0000EE"/>
            <w:u w:val="single"/>
          </w:rPr>
          <w:t>https://www.memorabletv.com/news/smoggie-queens-gets-series-3-bbc-three-orders-more/</w:t>
        </w:r>
      </w:hyperlink>
      <w:r>
        <w:t xml:space="preserve"> - The BBC has confirmed the return of 'Smoggie Queens' for a third series on BBC Three and iPlayer. The sitcom, set in Middlesbrough, follows a group of friends who are fiercely proud of their town and their LGBTQ+ community. The main cast, including Phil Dunning, Mark Benton, Alexandra Mardell, Patsy Lowe, and Elijah Young, will reprise their roles. The new series is expected to bring more chaos, heart, and mischief to the Boro. Creator Phil Dunning expressed his enthusiasm, saying, 'Going to have a cheeky Bloody Mam to celebrate.'</w:t>
      </w:r>
      <w:r/>
    </w:p>
    <w:p>
      <w:pPr>
        <w:pStyle w:val="ListNumber"/>
        <w:spacing w:line="240" w:lineRule="auto"/>
        <w:ind w:left="720"/>
      </w:pPr>
      <w:r/>
      <w:hyperlink r:id="rId11">
        <w:r>
          <w:rPr>
            <w:color w:val="0000EE"/>
            <w:u w:val="single"/>
          </w:rPr>
          <w:t>https://www.aol.com/articles/smoggie-queens-recommissioned-third-series-124018000.html</w:t>
        </w:r>
      </w:hyperlink>
      <w:r>
        <w:t xml:space="preserve"> - The BBC has announced the recommissioning of 'Smoggie Queens' for a third series on BBC Three and iPlayer. The award-winning sitcom follows a group of friends from Middlesbrough who are proud of their town and their LGBTQ+ community. The core cast, including Phil Dunning, Mark Benton, Alexandra Mardell, Patsy Lowe, and Elijah Young, are set to return. Creator Phil Dunning expressed his excitement, stating, 'So buzzing to be recommissioned for series 3 - going to have a cheeky Bloody Mam to celebrate.'</w:t>
      </w:r>
      <w:r/>
    </w:p>
    <w:p>
      <w:pPr>
        <w:pStyle w:val="ListNumber"/>
        <w:spacing w:line="240" w:lineRule="auto"/>
        <w:ind w:left="720"/>
      </w:pPr>
      <w:r/>
      <w:hyperlink r:id="rId15">
        <w:r>
          <w:rPr>
            <w:color w:val="0000EE"/>
            <w:u w:val="single"/>
          </w:rPr>
          <w:t>https://www.gaydio.co.uk/uk/whats-new/news/gaydio-news/smoggie-queens-returning-for-series-three/</w:t>
        </w:r>
      </w:hyperlink>
      <w:r>
        <w:t xml:space="preserve"> - BBC Three has recommissioned 'Smoggie Queens' for a third series. The sitcom, set and filmed in Middlesbrough, follows a group of friends who are fiercely proud of their North Eastern town and their LGBTQ+ community. The main cast, including Phil Dunning, Mark Benton, Alexandra Mardell, Patsy Lowe, and Elijah Young, will return. The new series is expected to bring more chaos, heart, and mischief. Creator Phil Dunning expressed his excitement, saying, 'Going to have a cheeky Bloody Mam to celebrate.'</w:t>
      </w:r>
      <w:r/>
    </w:p>
    <w:p>
      <w:pPr>
        <w:pStyle w:val="ListNumber"/>
        <w:spacing w:line="240" w:lineRule="auto"/>
        <w:ind w:left="720"/>
      </w:pPr>
      <w:r/>
      <w:hyperlink r:id="rId12">
        <w:r>
          <w:rPr>
            <w:color w:val="0000EE"/>
            <w:u w:val="single"/>
          </w:rPr>
          <w:t>https://www.theproudtrust.org/young-people/</w:t>
        </w:r>
      </w:hyperlink>
      <w:r>
        <w:t xml:space="preserve"> - The Proud Trust is a UK-based charity supporting LGBTQ+ young people. They offer resources and support for various topics, including coming out, faith and religion, and staying safe. The charity provides youth groups, mentoring, family services, and one-to-one support to help young people navigate mental health challenges associated with bullying and discrimination. Their services are accessible through their website, where young people can find information and support tailored to their needs.</w:t>
      </w:r>
      <w:r/>
    </w:p>
    <w:p>
      <w:pPr>
        <w:pStyle w:val="ListNumber"/>
        <w:spacing w:line="240" w:lineRule="auto"/>
        <w:ind w:left="720"/>
      </w:pPr>
      <w:r/>
      <w:hyperlink r:id="rId13">
        <w:r>
          <w:rPr>
            <w:color w:val="0000EE"/>
            <w:u w:val="single"/>
          </w:rPr>
          <w:t>https://www.theproudtrust.org/</w:t>
        </w:r>
      </w:hyperlink>
      <w:r>
        <w:t xml:space="preserve"> - The Proud Trust is a UK-based charity dedicated to supporting LGBTQ+ young people. They offer resources and support on topics such as coming out, faith and religion, and staying safe. The charity provides youth groups, mentoring, family services, and one-to-one support to help young people navigate mental health challenges associated with bullying and discrimination. Their services are accessible through their website, where young people can find information and support tailored to their needs.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orthernecho.co.uk/news/26473717.smoggie-queens-join-proud-trust-lgbtq-youth-campaign/?ref=rss" TargetMode="External"/><Relationship Id="rId10" Type="http://schemas.openxmlformats.org/officeDocument/2006/relationships/hyperlink" Target="https://www.comedy.co.uk/tv/news/8798/smoggie-queens-series-3/" TargetMode="External"/><Relationship Id="rId11" Type="http://schemas.openxmlformats.org/officeDocument/2006/relationships/hyperlink" Target="https://www.aol.com/articles/smoggie-queens-recommissioned-third-series-124018000.html" TargetMode="External"/><Relationship Id="rId12" Type="http://schemas.openxmlformats.org/officeDocument/2006/relationships/hyperlink" Target="https://www.theproudtrust.org/young-people/" TargetMode="External"/><Relationship Id="rId13" Type="http://schemas.openxmlformats.org/officeDocument/2006/relationships/hyperlink" Target="https://www.theproudtrust.org/" TargetMode="External"/><Relationship Id="rId14" Type="http://schemas.openxmlformats.org/officeDocument/2006/relationships/hyperlink" Target="https://www.memorabletv.com/news/smoggie-queens-gets-series-3-bbc-three-orders-more/" TargetMode="External"/><Relationship Id="rId15" Type="http://schemas.openxmlformats.org/officeDocument/2006/relationships/hyperlink" Target="https://www.gaydio.co.uk/uk/whats-new/news/gaydio-news/smoggie-queens-returning-for-series-th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