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River City Pride Gayla: A New Upscale LGBTQIA+ Gala in Evansville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boldly: River City Pride is launching its first-ever Gayla in Evansville on Thursday 17 September, an adults-only, creative-formal evening of plated dinner, live entertainment, awards and a silent auction that spotlights community, advocacy and colourful self-expression.</w:t>
      </w:r>
      <w:r/>
    </w:p>
    <w:p>
      <w:r/>
      <w:r>
        <w:t>Essential Takeaways</w:t>
      </w:r>
      <w:r/>
      <w:r/>
    </w:p>
    <w:p>
      <w:pPr>
        <w:pStyle w:val="ListBullet"/>
        <w:spacing w:line="240" w:lineRule="auto"/>
        <w:ind w:left="720"/>
      </w:pPr>
      <w:r/>
      <w:r>
        <w:rPr>
          <w:b/>
        </w:rPr>
        <w:t>When and where:</w:t>
      </w:r>
      <w:r>
        <w:t xml:space="preserve"> Thursday 17 September at Helms Hall, Evansville; tickets on sale now and end 1 September. </w:t>
      </w:r>
      <w:r/>
    </w:p>
    <w:p>
      <w:pPr>
        <w:pStyle w:val="ListBullet"/>
        <w:spacing w:line="240" w:lineRule="auto"/>
        <w:ind w:left="720"/>
      </w:pPr>
      <w:r/>
      <w:r>
        <w:rPr>
          <w:b/>
        </w:rPr>
        <w:t>Who it's for:</w:t>
      </w:r>
      <w:r>
        <w:t xml:space="preserve"> 21+ event aimed at community leaders, allies, local businesses, artists and advocates. </w:t>
      </w:r>
      <w:r/>
    </w:p>
    <w:p>
      <w:pPr>
        <w:pStyle w:val="ListBullet"/>
        <w:spacing w:line="240" w:lineRule="auto"/>
        <w:ind w:left="720"/>
      </w:pPr>
      <w:r/>
      <w:r>
        <w:rPr>
          <w:b/>
        </w:rPr>
        <w:t>What to expect:</w:t>
      </w:r>
      <w:r>
        <w:t xml:space="preserve"> Plated dinner by Chef Lo, live entertainment, community awards, silent auction and updates on River City Pride initiatives. </w:t>
      </w:r>
      <w:r/>
    </w:p>
    <w:p>
      <w:pPr>
        <w:pStyle w:val="ListBullet"/>
        <w:spacing w:line="240" w:lineRule="auto"/>
        <w:ind w:left="720"/>
      </w:pPr>
      <w:r/>
      <w:r>
        <w:rPr>
          <w:b/>
        </w:rPr>
        <w:t>Dress code:</w:t>
      </w:r>
      <w:r>
        <w:t xml:space="preserve"> Creative formal , think colourful, artistic or vintage glam rather than strict black tie. </w:t>
      </w:r>
      <w:r/>
    </w:p>
    <w:p>
      <w:pPr>
        <w:pStyle w:val="ListBullet"/>
        <w:spacing w:line="240" w:lineRule="auto"/>
        <w:ind w:left="720"/>
      </w:pPr>
      <w:r/>
      <w:r>
        <w:rPr>
          <w:b/>
        </w:rPr>
        <w:t>Purpose:</w:t>
      </w:r>
      <w:r>
        <w:t xml:space="preserve"> Funds raised will support River City Pride’s outreach, education and LGBTQIA+ programmes across the Tri-State.</w:t>
      </w:r>
      <w:r/>
      <w:r/>
    </w:p>
    <w:p>
      <w:pPr>
        <w:pStyle w:val="Heading2"/>
      </w:pPr>
      <w:r>
        <w:t>Why this Gayla matters , an upscale celebration with purpose</w:t>
      </w:r>
      <w:r/>
    </w:p>
    <w:p>
      <w:r/>
      <w:r>
        <w:t>River City Pride is stepping into new territory with a grown-up, upscale gala that still feels warm and community-minded. The mood is festive rather than formal; you’ll notice a plated meal, low lights and performances, but the point is connection. Organisers say proceeds fuel local programmes, so a night of good food and entertainment also translates into practical support for LGBTQIA+ services in the Tri-State.</w:t>
      </w:r>
      <w:r/>
    </w:p>
    <w:p>
      <w:pPr>
        <w:pStyle w:val="Heading2"/>
      </w:pPr>
      <w:r>
        <w:t>Colour outside the lines , the theme and what to wear</w:t>
      </w:r>
      <w:r/>
    </w:p>
    <w:p>
      <w:r/>
      <w:r>
        <w:t>The theme, Colour Outside the Lines, invites guests to show up as their fullest selves. So swap the predictable suit or basic black dress for something that sings , bold hues, sculptural accessories or vintage glamour are all encouraged. If you want guidance, aim for a creative-formal balance: polished silhouettes with one playful or artistic element. It’s a good excuse to try a daring look while feeling perfectly at home.</w:t>
      </w:r>
      <w:r/>
    </w:p>
    <w:p>
      <w:pPr>
        <w:pStyle w:val="Heading2"/>
      </w:pPr>
      <w:r>
        <w:t>The programme , food, awards and community highlights</w:t>
      </w:r>
      <w:r/>
    </w:p>
    <w:p>
      <w:r/>
      <w:r>
        <w:t>Expect an evening structured around dinner, performances and recognition. Chef Lo provides a plated menu, while the stage showcases local talent and community award recipients. There’s a silent auction too, a classic gala touch that lets guests bid on experiences or items while supporting River City Pride’s work. It’s designed to be equal parts celebration and civic-minded gathering.</w:t>
      </w:r>
      <w:r/>
    </w:p>
    <w:p>
      <w:pPr>
        <w:pStyle w:val="Heading2"/>
      </w:pPr>
      <w:r>
        <w:t>Who’s coming , networking, allies and local impact</w:t>
      </w:r>
      <w:r/>
    </w:p>
    <w:p>
      <w:r/>
      <w:r>
        <w:t>Organisers expect a mix of community leaders, healthcare professionals, artists, small businesses and allies. That diversity turns the Gayla into more than a party , it’s a place to meet partners, discover local initiatives and hear directly about priorities for the year ahead. If you’re involved in local causes or simply want to be more connected, this is a discreet, social way to plug in.</w:t>
      </w:r>
      <w:r/>
    </w:p>
    <w:p>
      <w:pPr>
        <w:pStyle w:val="Heading2"/>
      </w:pPr>
      <w:r>
        <w:t>Tickets, logistics and practical tips</w:t>
      </w:r>
      <w:r/>
    </w:p>
    <w:p>
      <w:r/>
      <w:r>
        <w:t>Tickets close on 1 September, so don’t wait until the week of the event. Helms Hall is centrally located and suited to an intimate, elegant evening; arrive a little early to enjoy pre-dinner mingling. If you plan to dress creatively, test your outfit for comfort , heels, elaborate headpieces or tricky fabrics can matter on a night that includes sitting, dining and moving between auction tables. Consider donating auction items if you represent a local business , it’s a visible way to support the cause.</w:t>
      </w:r>
      <w:r/>
    </w:p>
    <w:p>
      <w:r/>
      <w:r>
        <w:t>It's a small change that can make every celebration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https://womiowensboro.com/ixp/72/p/river-city-pride-gayla-evansville-indiana/</w:t>
        </w:r>
      </w:hyperlink>
      <w:r>
        <w:t xml:space="preserve"> - Please view link - unable to able to access data</w:t>
      </w:r>
      <w:r/>
    </w:p>
    <w:p>
      <w:pPr>
        <w:pStyle w:val="ListNumber"/>
        <w:spacing w:line="240" w:lineRule="auto"/>
        <w:ind w:left="720"/>
      </w:pPr>
      <w:r/>
      <w:hyperlink r:id="rId10">
        <w:r>
          <w:rPr>
            <w:color w:val="0000EE"/>
            <w:u w:val="single"/>
          </w:rPr>
          <w:t>https://www.rivercityprideindiana.org/about</w:t>
        </w:r>
      </w:hyperlink>
      <w:r>
        <w:t xml:space="preserve"> - River City Pride, established in 2019, is an LGBTQIA+ advocacy organisation based in Evansville, Indiana. Their mission is to unite, educate, and serve the LGBTQIA+ community, aiming to create a safe haven that supports and advocates for equality and equity. The organisation offers leadership development, educational programmes, and community events to promote inclusivity and awareness of LGBTQIA+ issues. Their board comprises individuals dedicated to fostering a vibrant and inclusive community.</w:t>
      </w:r>
      <w:r/>
    </w:p>
    <w:p>
      <w:pPr>
        <w:pStyle w:val="ListNumber"/>
        <w:spacing w:line="240" w:lineRule="auto"/>
        <w:ind w:left="720"/>
      </w:pPr>
      <w:r/>
      <w:hyperlink r:id="rId13">
        <w:r>
          <w:rPr>
            <w:color w:val="0000EE"/>
            <w:u w:val="single"/>
          </w:rPr>
          <w:t>https://www.14news.com/2023/06/04/evansville-celebrates-annual-pride-festival-main-st/</w:t>
        </w:r>
      </w:hyperlink>
      <w:r>
        <w:t xml:space="preserve"> - In June 2023, Evansville celebrated its annual Pride festival on Main Street, marking a significant event for the LGBTQIA+ community. The festival's relocation from Haynie’s Corner to Main Street provided more accessibility and space, accommodating hundreds of attendees. Participants expressed appreciation for the growing support system, highlighting the importance of feeling welcome and free from shame. The event continued until 10 p.m., fostering a sense of community and inclusivity.</w:t>
      </w:r>
      <w:r/>
    </w:p>
    <w:p>
      <w:pPr>
        <w:pStyle w:val="ListNumber"/>
        <w:spacing w:line="240" w:lineRule="auto"/>
        <w:ind w:left="720"/>
      </w:pPr>
      <w:r/>
      <w:hyperlink r:id="rId11">
        <w:r>
          <w:rPr>
            <w:color w:val="0000EE"/>
            <w:u w:val="single"/>
          </w:rPr>
          <w:t>https://www.14news.com/2023/06/02/river-city-pride-festival-parade-be-hosted-saturday-evansville/</w:t>
        </w:r>
      </w:hyperlink>
      <w:r>
        <w:t xml:space="preserve"> - The River City Pride Festival and Parade in Evansville, scheduled for June 3, 2023, introduced a new downtown location on Main Street, moving from Haynie’s Corner due to increased attendance. Organisers highlighted the event's growth and the need for a more accessible venue. The festival featured food trucks, vendors, and entertainment, including a drag queen who competed on RuPaul’s Drag Race. Collaborations with local law enforcement ensured a safe environment for all attendees.</w:t>
      </w:r>
      <w:r/>
    </w:p>
    <w:p>
      <w:pPr>
        <w:pStyle w:val="ListNumber"/>
        <w:spacing w:line="240" w:lineRule="auto"/>
        <w:ind w:left="720"/>
      </w:pPr>
      <w:r/>
      <w:hyperlink r:id="rId12">
        <w:r>
          <w:rPr>
            <w:color w:val="0000EE"/>
            <w:u w:val="single"/>
          </w:rPr>
          <w:t>https://hot96.com/2023/04/04/2023-river-city-pride-festival-presented-by-one-main-financial/</w:t>
        </w:r>
      </w:hyperlink>
      <w:r>
        <w:t xml:space="preserve"> - The 2023 River City Pride Festival, presented by One Main Financial, was set for June 3, 2023, in downtown Evansville. The event included a parade at 12 p.m., followed by the festival from 12 p.m. to 10 p.m. Organisers sought vendors and entertainers, encouraging local participation. Volunteers were also invited to join planning committees and assist on event days. Sponsorship opportunities were available, with a deadline for sign-ups on May 1, 2023.</w:t>
      </w:r>
      <w:r/>
    </w:p>
    <w:p>
      <w:pPr>
        <w:pStyle w:val="ListNumber"/>
        <w:spacing w:line="240" w:lineRule="auto"/>
        <w:ind w:left="720"/>
      </w:pPr>
      <w:r/>
      <w:hyperlink r:id="rId14">
        <w:r>
          <w:rPr>
            <w:color w:val="0000EE"/>
            <w:u w:val="single"/>
          </w:rPr>
          <w:t>https://103gbfrocks.com/akeria-river-city-pride-2023/</w:t>
        </w:r>
      </w:hyperlink>
      <w:r>
        <w:t xml:space="preserve"> - A'Keria C. Davenport, a renowned drag queen from RuPaul's Drag Race, was scheduled to appear at the 2023 River City Pride Parade and Festival in Evansville. The event, held on June 3, 2023, featured a meet-and-greet with A'Keria from 2 to 4 p.m. Tickets for the meet-and-greet were available for $35 each through Eventbrite. The festival aimed to celebrate love and inclusivity, with various activities and performances throughout the day.</w:t>
      </w:r>
      <w:r/>
    </w:p>
    <w:p>
      <w:pPr>
        <w:pStyle w:val="ListNumber"/>
        <w:spacing w:line="240" w:lineRule="auto"/>
        <w:ind w:left="720"/>
      </w:pPr>
      <w:r/>
      <w:hyperlink r:id="rId15">
        <w:r>
          <w:rPr>
            <w:color w:val="0000EE"/>
            <w:u w:val="single"/>
          </w:rPr>
          <w:t>https://www.exploreevansville.com/blog/post/lgbtq-too/</w:t>
        </w:r>
      </w:hyperlink>
      <w:r>
        <w:t xml:space="preserve"> - Evansville's LGBTQIA+ community is celebrated through various events, including the River City Pride Festival &amp; Parade. The festival features a parade along Main Street, local musicians, food trucks, comedians, dance troupes, choirs, and drag performances. The event is part of a broader initiative to foster inclusivity and support for the LGBTQIA+ community in Evansville, highlighting the city's commitment to diversity and acceptance.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omiowensboro.com/ixp/72/p/river-city-pride-gayla-evansville-indiana/" TargetMode="External"/><Relationship Id="rId10" Type="http://schemas.openxmlformats.org/officeDocument/2006/relationships/hyperlink" Target="https://www.rivercityprideindiana.org/about" TargetMode="External"/><Relationship Id="rId11" Type="http://schemas.openxmlformats.org/officeDocument/2006/relationships/hyperlink" Target="https://www.14news.com/2023/06/02/river-city-pride-festival-parade-be-hosted-saturday-evansville/" TargetMode="External"/><Relationship Id="rId12" Type="http://schemas.openxmlformats.org/officeDocument/2006/relationships/hyperlink" Target="https://hot96.com/2023/04/04/2023-river-city-pride-festival-presented-by-one-main-financial/" TargetMode="External"/><Relationship Id="rId13" Type="http://schemas.openxmlformats.org/officeDocument/2006/relationships/hyperlink" Target="https://www.14news.com/2023/06/04/evansville-celebrates-annual-pride-festival-main-st/" TargetMode="External"/><Relationship Id="rId14" Type="http://schemas.openxmlformats.org/officeDocument/2006/relationships/hyperlink" Target="https://103gbfrocks.com/akeria-river-city-pride-2023/" TargetMode="External"/><Relationship Id="rId15" Type="http://schemas.openxmlformats.org/officeDocument/2006/relationships/hyperlink" Target="https://www.exploreevansville.com/blog/post/lgbtq-t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