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Straight Men Should Spend Time in Queer Spaces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double standard: Jordan Stephens says queer venues can offer surprising freedom and perspective for straight men, and that matters because these spaces are where many LGBTQ+ people feel safe, seen and joyful , a lesson worth hearing in every city’s nightlife.</w:t>
      </w:r>
      <w:r/>
    </w:p>
    <w:p>
      <w:r/>
      <w:r>
        <w:t>Essential Takeaways</w:t>
      </w:r>
      <w:r/>
      <w:r/>
    </w:p>
    <w:p>
      <w:pPr>
        <w:pStyle w:val="ListBullet"/>
        <w:spacing w:line="240" w:lineRule="auto"/>
        <w:ind w:left="720"/>
      </w:pPr>
      <w:r/>
      <w:r>
        <w:rPr>
          <w:b/>
        </w:rPr>
        <w:t>Straight reaction:</w:t>
      </w:r>
      <w:r>
        <w:t xml:space="preserve"> Jordan Stephens heard a man admit he couldn’t relax around gay men because he worried about being looked at, highlighting a common discomfort. </w:t>
      </w:r>
      <w:r/>
    </w:p>
    <w:p>
      <w:pPr>
        <w:pStyle w:val="ListBullet"/>
        <w:spacing w:line="240" w:lineRule="auto"/>
        <w:ind w:left="720"/>
      </w:pPr>
      <w:r/>
      <w:r>
        <w:rPr>
          <w:b/>
        </w:rPr>
        <w:t>Queer atmosphere:</w:t>
      </w:r>
      <w:r>
        <w:t xml:space="preserve"> Stephens describes venues like Dalston Superstore and The Divine as places that feel less judgemental and more freeing. </w:t>
      </w:r>
      <w:r/>
    </w:p>
    <w:p>
      <w:pPr>
        <w:pStyle w:val="ListBullet"/>
        <w:spacing w:line="240" w:lineRule="auto"/>
        <w:ind w:left="720"/>
      </w:pPr>
      <w:r/>
      <w:r>
        <w:rPr>
          <w:b/>
        </w:rPr>
        <w:t>Perspective shift:</w:t>
      </w:r>
      <w:r>
        <w:t xml:space="preserve"> Being the object of attention in queer spaces can reveal how women and LGBTQ+ people experience being sexualised. </w:t>
      </w:r>
      <w:r/>
    </w:p>
    <w:p>
      <w:pPr>
        <w:pStyle w:val="ListBullet"/>
        <w:spacing w:line="240" w:lineRule="auto"/>
        <w:ind w:left="720"/>
      </w:pPr>
      <w:r/>
      <w:r>
        <w:rPr>
          <w:b/>
        </w:rPr>
        <w:t>Allyship in action:</w:t>
      </w:r>
      <w:r>
        <w:t xml:space="preserve"> Stephens’ public support , including performing at Trans Mission , shows allyship that mixes presence, not just words. </w:t>
      </w:r>
      <w:r/>
    </w:p>
    <w:p>
      <w:pPr>
        <w:pStyle w:val="ListBullet"/>
        <w:spacing w:line="240" w:lineRule="auto"/>
        <w:ind w:left="720"/>
      </w:pPr>
      <w:r/>
      <w:r>
        <w:rPr>
          <w:b/>
        </w:rPr>
        <w:t>Practical tip:</w:t>
      </w:r>
      <w:r>
        <w:t xml:space="preserve"> Visit respectfully, learn the social norms, and remember that attraction isn’t permission to cross boundaries.</w:t>
      </w:r>
      <w:r/>
      <w:r/>
    </w:p>
    <w:p>
      <w:pPr>
        <w:pStyle w:val="Heading2"/>
      </w:pPr>
      <w:r>
        <w:t>Why the sauna chat became a useful wake-up call</w:t>
      </w:r>
      <w:r/>
    </w:p>
    <w:p>
      <w:r/>
      <w:r>
        <w:t>Jordan Stephens overheard a conversation at his gym’s sauna that many of us would recognise: a man enjoying gay bars but admitting he felt uneasy at the thought of gay men looking at him. That small, sweaty scene crystallised a wider double standard , people will accept being the onlooker in some rooms but bristle at the idea of being looked at themselves. The image is tactile and a little funny, yet it lands hard: our comfort in public spaces often depends on who’s given the role of desirous subject and who’s given the role of object. According to Stephens’ telling, that discomfort is exactly what makes time in queer venues instructive.</w:t>
      </w:r>
      <w:r/>
    </w:p>
    <w:p>
      <w:pPr>
        <w:pStyle w:val="Heading2"/>
      </w:pPr>
      <w:r>
        <w:t>Queer venues aren’t just for cruising , they’re community rooms</w:t>
      </w:r>
      <w:r/>
    </w:p>
    <w:p>
      <w:r/>
      <w:r>
        <w:t>Stephens points to London spots such as Dalston Superstore and The Divine as the kinds of places that foster a relaxed, less aggressive vibe. That sense of ease isn’t accidental; queer bars and clubs traditionally grew as refuges where people could be open about affection and identity without policing. For many LGBTQ+ patrons, these venues are where they can breathe for a few hours. The takeaway for straight visitors is simple: come to observe and participate respectfully, and you’ll notice how different social codes can feel freeing rather than threatening.</w:t>
      </w:r>
      <w:r/>
    </w:p>
    <w:p>
      <w:pPr>
        <w:pStyle w:val="Heading2"/>
      </w:pPr>
      <w:r>
        <w:t>The double standard: being looked at vs doing the looking</w:t>
      </w:r>
      <w:r/>
    </w:p>
    <w:p>
      <w:r/>
      <w:r>
        <w:t>What struck Stephens was the inconsistency of feeling unsettled about possibly being sexualised while being willing to frequent spaces where women regularly face that dynamic. That flip , privileged people shrugging off their role as lookers but worrying about being scrutinised themselves , is worth unpacking. For men who aren’t used to being the object of attention, a night in a queer bar can be an eye-opener about how other groups experience public spaces. It’s not a moral lecture; it’s an experiential lesson that can nudge people toward more mindful behaviour elsewhere.</w:t>
      </w:r>
      <w:r/>
    </w:p>
    <w:p>
      <w:pPr>
        <w:pStyle w:val="Heading2"/>
      </w:pPr>
      <w:r>
        <w:t>Allyship that shows up: why Stephens’ approach matters</w:t>
      </w:r>
      <w:r/>
    </w:p>
    <w:p>
      <w:r/>
      <w:r>
        <w:t>Stephens has been visible in queer and trans solidarity spaces, most recently onstage at Trans Mission alongside other allies and LGBTQ+ performers. That kind of presence counts because it moves beyond platitudes , it normalises cross-community attendance and signals that queer spaces can be shared respectfully. For straight allies, the practical bit is to listen and learn: ask venue staff about etiquette, follow the lead of regulars, and understand that being welcome is conditional on respect.</w:t>
      </w:r>
      <w:r/>
    </w:p>
    <w:p>
      <w:pPr>
        <w:pStyle w:val="Heading2"/>
      </w:pPr>
      <w:r>
        <w:t>How to visit queer venues without stepping on toes</w:t>
      </w:r>
      <w:r/>
    </w:p>
    <w:p>
      <w:r/>
      <w:r>
        <w:t>If you’re curious to try it, start small and polite. Observe how people interact, don’t assume invitation equals consent, and avoid treating the room like a novelty. Dress to blend rather than to spectacle if you want to lower the temperature; ask before taking photos; and if someone corrects you, accept it graciously. These are simple habits that keep the night enjoyable for everyone and help preserve spaces that remain essential to LGBTQ+ community life.</w:t>
      </w:r>
      <w:r/>
    </w:p>
    <w:p>
      <w:r/>
      <w:r>
        <w:t>It’s a small change to spend an evening in a different kind of room , but it can reshape how you see other people, and how they see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https://gayexpress.co.nz/2026/08/jordan-stephens-challenges-straight-men-over-gay-bar-double-standard/?utm_source=rss&amp;utm_medium=rss&amp;utm_campaign=jordan-stephens-challenges-straight-men-over-gay-bar-double-standard</w:t>
        </w:r>
      </w:hyperlink>
      <w:r>
        <w:t xml:space="preserve"> - Please view link - unable to able to access data</w:t>
      </w:r>
      <w:r/>
    </w:p>
    <w:p>
      <w:pPr>
        <w:pStyle w:val="ListNumber"/>
        <w:spacing w:line="240" w:lineRule="auto"/>
        <w:ind w:left="720"/>
      </w:pPr>
      <w:r/>
      <w:hyperlink r:id="rId10">
        <w:r>
          <w:rPr>
            <w:color w:val="0000EE"/>
            <w:u w:val="single"/>
          </w:rPr>
          <w:t>https://www.lgbtqnation.com/2021/03/straight-men-sex-men-actually-straight/</w:t>
        </w:r>
      </w:hyperlink>
      <w:r>
        <w:t xml:space="preserve"> - In this article, therapist Dr. Joe Kort discusses the concept of straight men engaging in sexual activities with other men. He argues that such actions do not necessarily negate a man's heterosexuality, suggesting that straight men can have sex with men without being gay. Dr. Kort emphasizes that this phenomenon is more about the act than the sexual orientation, highlighting the complexity of human sexuality and challenging traditional notions of sexual identity.</w:t>
      </w:r>
      <w:r/>
    </w:p>
    <w:p>
      <w:pPr>
        <w:pStyle w:val="ListNumber"/>
        <w:spacing w:line="240" w:lineRule="auto"/>
        <w:ind w:left="720"/>
      </w:pPr>
      <w:r/>
      <w:hyperlink r:id="rId14">
        <w:r>
          <w:rPr>
            <w:color w:val="0000EE"/>
            <w:u w:val="single"/>
          </w:rPr>
          <w:t>https://so.gay/everything-else/news/a-straight-man-walks-into-a-lesbian-bar-and-were-not-happy-about-it/</w:t>
        </w:r>
      </w:hyperlink>
      <w:r>
        <w:t xml:space="preserve"> - This piece explores the controversy surrounding straight men entering lesbian bars, focusing on an incident at New York City's Cubbyhole Bar. The article details how a straight man was confronted by a lesbian patron questioning his presence, leading to a broader discussion about the dynamics of queer spaces and the discomfort some straight men feel when they are the ones being sexualized. It highlights the double standards in social settings and the importance of respecting designated safe spaces.</w:t>
      </w:r>
      <w:r/>
    </w:p>
    <w:p>
      <w:pPr>
        <w:pStyle w:val="ListNumber"/>
        <w:spacing w:line="240" w:lineRule="auto"/>
        <w:ind w:left="720"/>
      </w:pPr>
      <w:r/>
      <w:hyperlink r:id="rId15">
        <w:r>
          <w:rPr>
            <w:color w:val="0000EE"/>
            <w:u w:val="single"/>
          </w:rPr>
          <w:t>https://www.intomore.com/the-internet/controversy/lesbians-are-dragging-these-straight-people-for-invading-a-gay-bar/</w:t>
        </w:r>
      </w:hyperlink>
      <w:r>
        <w:t xml:space="preserve"> - This article delves into the backlash faced by straight individuals entering gay bars, particularly focusing on a TikTok incident involving a straight woman and her male friend at a lesbian bar. The piece discusses the reactions from the LGBTQ+ community, emphasizing the importance of respecting queer spaces and the discomfort caused by straight people occupying these venues. It also touches upon the broader issue of straight individuals appropriating spaces meant for marginalized groups.</w:t>
      </w:r>
      <w:r/>
    </w:p>
    <w:p>
      <w:pPr>
        <w:pStyle w:val="ListNumber"/>
        <w:spacing w:line="240" w:lineRule="auto"/>
        <w:ind w:left="720"/>
      </w:pPr>
      <w:r/>
      <w:hyperlink r:id="rId12">
        <w:r>
          <w:rPr>
            <w:color w:val="0000EE"/>
            <w:u w:val="single"/>
          </w:rPr>
          <w:t>https://www.advocate.com/comedy/2017/8/27/comedic-psa-outlines-rules-straight-people-visiting-gay-bars</w:t>
        </w:r>
      </w:hyperlink>
      <w:r>
        <w:t xml:space="preserve"> - Comedian Michael Henry released a humorous yet informative video titled 'Gay Men Love Me,' outlining the etiquette for straight people visiting gay bars. The video serves as a parody public service announcement, educating straight individuals on how to behave respectfully in queer spaces. It emphasizes that while straight people are welcome, they should not be the focus and should be mindful of the primary purpose of these venues as safe spaces for the LGBTQ+ community.</w:t>
      </w:r>
      <w:r/>
    </w:p>
    <w:p>
      <w:pPr>
        <w:pStyle w:val="ListNumber"/>
        <w:spacing w:line="240" w:lineRule="auto"/>
        <w:ind w:left="720"/>
      </w:pPr>
      <w:r/>
      <w:hyperlink r:id="rId11">
        <w:r>
          <w:rPr>
            <w:color w:val="0000EE"/>
            <w:u w:val="single"/>
          </w:rPr>
          <w:t>https://www.pride.com/firstperson/2017/8/09/straight-folks-there-are-some-spaces-you-dont-belong</w:t>
        </w:r>
      </w:hyperlink>
      <w:r>
        <w:t xml:space="preserve"> - In this opinion piece, Alexander Cheves discusses the concept of exclusive spaces within the LGBTQ+ community, particularly focusing on the backrooms of gay bars. He argues that certain areas are meant to be exclusive to gay men and that straight individuals should respect these boundaries. The article highlights the importance of having spaces where marginalized groups can feel safe and free from the presence of straight people, emphasizing the need for respect and understanding.</w:t>
      </w:r>
      <w:r/>
    </w:p>
    <w:p>
      <w:pPr>
        <w:pStyle w:val="ListNumber"/>
        <w:spacing w:line="240" w:lineRule="auto"/>
        <w:ind w:left="720"/>
      </w:pPr>
      <w:r/>
      <w:hyperlink r:id="rId13">
        <w:r>
          <w:rPr>
            <w:color w:val="0000EE"/>
            <w:u w:val="single"/>
          </w:rPr>
          <w:t>https://www.towleroad.com/2016/12/hitting-on-a-straight-guy/</w:t>
        </w:r>
      </w:hyperlink>
      <w:r>
        <w:t xml:space="preserve"> - This article features a comedic sketch by Jordan Doww, exploring the experience of a gay man attempting to flirt with a straight man. The sketch humorously portrays the awkwardness and challenges faced when a gay individual tries to engage with someone who is not interested. It highlights the complexities of sexual orientation and the often humorous misunderstandings that can occur in such interactions, providing a lighthearted take on the topic.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jordan-stephens-challenges-straight-men-over-gay-bar-double-standard/?utm_source=rss&amp;utm_medium=rss&amp;utm_campaign=jordan-stephens-challenges-straight-men-over-gay-bar-double-standard" TargetMode="External"/><Relationship Id="rId10" Type="http://schemas.openxmlformats.org/officeDocument/2006/relationships/hyperlink" Target="https://www.lgbtqnation.com/2021/03/straight-men-sex-men-actually-straight/" TargetMode="External"/><Relationship Id="rId11" Type="http://schemas.openxmlformats.org/officeDocument/2006/relationships/hyperlink" Target="https://www.pride.com/firstperson/2017/8/09/straight-folks-there-are-some-spaces-you-dont-belong" TargetMode="External"/><Relationship Id="rId12" Type="http://schemas.openxmlformats.org/officeDocument/2006/relationships/hyperlink" Target="https://www.advocate.com/comedy/2017/8/27/comedic-psa-outlines-rules-straight-people-visiting-gay-bars" TargetMode="External"/><Relationship Id="rId13" Type="http://schemas.openxmlformats.org/officeDocument/2006/relationships/hyperlink" Target="https://www.towleroad.com/2016/12/hitting-on-a-straight-guy/" TargetMode="External"/><Relationship Id="rId14" Type="http://schemas.openxmlformats.org/officeDocument/2006/relationships/hyperlink" Target="https://so.gay/everything-else/news/a-straight-man-walks-into-a-lesbian-bar-and-were-not-happy-about-it/" TargetMode="External"/><Relationship Id="rId15" Type="http://schemas.openxmlformats.org/officeDocument/2006/relationships/hyperlink" Target="https://www.intomore.com/the-internet/controversy/lesbians-are-dragging-these-straight-people-for-invading-a-gay-b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