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Things to Do in Michigan This Late Summer — Pride Events, Drag and Sideshow Nights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picnickers and night-owl performers are filling Michigan’s queer calendar , from an old-school Trans Pride picnic and grown-up lesbian camp to sword swallowing and open-stage drag. Here’s what to know, where to go, and how to pick the events that’ll make your summer feel endless.</w:t>
      </w:r>
      <w:r/>
    </w:p>
    <w:p>
      <w:r/>
      <w:r>
        <w:t>Essential Takeaways</w:t>
      </w:r>
      <w:r/>
      <w:r/>
    </w:p>
    <w:p>
      <w:pPr>
        <w:pStyle w:val="ListBullet"/>
        <w:spacing w:line="240" w:lineRule="auto"/>
        <w:ind w:left="720"/>
      </w:pPr>
      <w:r/>
      <w:r>
        <w:rPr>
          <w:b/>
        </w:rPr>
        <w:t>Trans Pride picnic:</w:t>
      </w:r>
      <w:r>
        <w:t xml:space="preserve"> Transgender Michigan’s free Transgender Pride in the Park returns Aug. 22, noon–6 p.m., with food, speakers, vendors and community vibes; bring a blanket. </w:t>
      </w:r>
      <w:r/>
    </w:p>
    <w:p>
      <w:pPr>
        <w:pStyle w:val="ListBullet"/>
        <w:spacing w:line="240" w:lineRule="auto"/>
        <w:ind w:left="720"/>
      </w:pPr>
      <w:r/>
      <w:r>
        <w:rPr>
          <w:b/>
        </w:rPr>
        <w:t>Lesbian camp weekend:</w:t>
      </w:r>
      <w:r>
        <w:t xml:space="preserve"> Sweat HER Weather Weekend runs Sept. 11–13 at Campit Outdoor Resort , expect campfires, midnight swims, Flannel Ball and karaoke. </w:t>
      </w:r>
      <w:r/>
    </w:p>
    <w:p>
      <w:pPr>
        <w:pStyle w:val="ListBullet"/>
        <w:spacing w:line="240" w:lineRule="auto"/>
        <w:ind w:left="720"/>
      </w:pPr>
      <w:r/>
      <w:r>
        <w:rPr>
          <w:b/>
        </w:rPr>
        <w:t>Sideshow thrills:</w:t>
      </w:r>
      <w:r>
        <w:t xml:space="preserve"> Hot Fix Sideshow brings fire, sword swallowing and burlesque to Tip-Top Showbar on Aug. 29 , think spectacularly odd and very loud. </w:t>
      </w:r>
      <w:r/>
    </w:p>
    <w:p>
      <w:pPr>
        <w:pStyle w:val="ListBullet"/>
        <w:spacing w:line="240" w:lineRule="auto"/>
        <w:ind w:left="720"/>
      </w:pPr>
      <w:r/>
      <w:r>
        <w:rPr>
          <w:b/>
        </w:rPr>
        <w:t>Try drag nights:</w:t>
      </w:r>
      <w:r>
        <w:t xml:space="preserve"> Pronto’s “You’ve Got Drag” open stage on Aug. 20 and 27 offers first-timers and veterans a friendly crowd and unpredictable fun. </w:t>
      </w:r>
      <w:r/>
    </w:p>
    <w:p>
      <w:pPr>
        <w:pStyle w:val="ListBullet"/>
        <w:spacing w:line="240" w:lineRule="auto"/>
        <w:ind w:left="720"/>
      </w:pPr>
      <w:r/>
      <w:r>
        <w:rPr>
          <w:b/>
        </w:rPr>
        <w:t>One hub for events:</w:t>
      </w:r>
      <w:r>
        <w:t xml:space="preserve"> Pride Source’s new Events page aggregates hundreds of listings across Michigan so you can filter by vibe, city and price.</w:t>
      </w:r>
      <w:r/>
      <w:r/>
    </w:p>
    <w:p>
      <w:pPr>
        <w:pStyle w:val="Heading2"/>
      </w:pPr>
      <w:r>
        <w:t>A Picnic That’s Part History, Part Community</w:t>
      </w:r>
      <w:r/>
    </w:p>
    <w:p>
      <w:r/>
      <w:r>
        <w:t>This isn’t your run-of-the-mill park meet-up; Transgender Michigan’s annual Transgender Pride in the Park is a long-standing ritual with a quiet, proud edge , and a mild, sunny smell of barbecue if the weather behaves. The gathering commemorates the Compton’s Cafeteria Riot and celebrates trans visibility, with food stalls, speakers and craftspeople pitching up stalls.</w:t>
      </w:r>
      <w:r/>
    </w:p>
    <w:p>
      <w:r/>
      <w:r>
        <w:t>According to Transgender Michigan, the picnic is community-run and family-friendly, so it’s a good place to meet allies or introduce someone to queer organising in a very low-stakes way. Bring a picnic blanket, a sun hat and patience for meeting lots of new faces. If you want to support without crowds, consider donating or volunteering ahead of time.</w:t>
      </w:r>
      <w:r/>
    </w:p>
    <w:p>
      <w:pPr>
        <w:pStyle w:val="Heading2"/>
      </w:pPr>
      <w:r>
        <w:t>Lesbian Camp for Grown-Ups: Bring Flannel and a Torch</w:t>
      </w:r>
      <w:r/>
    </w:p>
    <w:p>
      <w:r/>
      <w:r>
        <w:t>Imagine camp nights you actually choose to attend: midnight swims, dive-in movies, a drag king contest and the now-legendary Flannel Ball. That’s the pitch for Sweat HER Weather Weekend at Campit Outdoor Resort in Fennville , a Midwest Sapphic Society and Campit collaboration that leans into nostalgia with a modern, queer-forward twist.</w:t>
      </w:r>
      <w:r/>
    </w:p>
    <w:p>
      <w:r/>
      <w:r>
        <w:t>Campit gets good reviews for rustic comfort and lakeside access, making it ideal for weekend escapes. If you’re deciding on a ticket, think about accommodations: tent camping for full immersion, or a cabin if you prefer a softer landing after karaoke. Pack a checked shirt and your emotional-support Stanley; this one sells out, and organisers recommend booking early.</w:t>
      </w:r>
      <w:r/>
    </w:p>
    <w:p>
      <w:pPr>
        <w:pStyle w:val="Heading2"/>
      </w:pPr>
      <w:r>
        <w:t>Sideshow Spectacle: Fire, Swords and Velvet Curtains</w:t>
      </w:r>
      <w:r/>
    </w:p>
    <w:p>
      <w:r/>
      <w:r>
        <w:t>If your idea of a good night involves a little danger and a lot of theatricality, the Hot Fix Sideshow stop in Detroit promises exactly that. Expect fire-eaters, sword swallowers, aerial acts and burlesque performers delivering crowd-rousing energy under Tip-Top Showbar’s neon lights.</w:t>
      </w:r>
      <w:r/>
    </w:p>
    <w:p>
      <w:r/>
      <w:r>
        <w:t>These touring sideshows bring a century-old carnival language to contemporary queer nightlife, and they’re gloriously inclusive. Tickets tend to move quickly for speciality acts, so buy ahead. And a heads-up: the atmosphere is loud, immersive and best enjoyed with friends who appreciate the slightly surreal.</w:t>
      </w:r>
      <w:r/>
    </w:p>
    <w:p>
      <w:pPr>
        <w:pStyle w:val="Heading2"/>
      </w:pPr>
      <w:r>
        <w:t>Open-Stage Drag: Where the Bedroom Meets the Spotlight</w:t>
      </w:r>
      <w:r/>
    </w:p>
    <w:p>
      <w:r/>
      <w:r>
        <w:t>Pronto Lounge’s “You’ve Got Drag” turns late-summer Thursdays into experiment theatre, where first-timers, hobbyists and seasoned performers share stage time. It’s intimate, unpredictable and often hilarious , the kind of night where the audience’s roar is part of the show.</w:t>
      </w:r>
      <w:r/>
    </w:p>
    <w:p>
      <w:r/>
      <w:r>
        <w:t>For performers thinking of trying drag, start simple: a practiced lip-sync, a clear beat change and an outfit that feels like you. Spectators should arrive early for a good spot; the vibe is supportive, which makes these nights ideal for anyone curious about drag culture without the full-blown club scene.</w:t>
      </w:r>
      <w:r/>
    </w:p>
    <w:p>
      <w:pPr>
        <w:pStyle w:val="Heading2"/>
      </w:pPr>
      <w:r>
        <w:t>One Calendar to Rule Them All , Pride Source’s New Events Hub</w:t>
      </w:r>
      <w:r/>
    </w:p>
    <w:p>
      <w:r/>
      <w:r>
        <w:t>If you’ve ever wished there were a single place to find everything from queer bike rides to trans hiking groups, good news: Pride Source launched an Events hub that pulls listings from community partners across the state. You can filter by nightlife, arts, support groups, city or price , which is handy if your weekend budget is a deciding factor.</w:t>
      </w:r>
      <w:r/>
    </w:p>
    <w:p>
      <w:r/>
      <w:r>
        <w:t>This sort of centralised calendar mirrors a broader trend: queer communities organising online to make discovery easier and events more accessible. If you run a group or venue, submit your events; if you’re a planner, bookmark the page and set a reminder to check it weekly.</w:t>
      </w:r>
      <w:r/>
    </w:p>
    <w:p>
      <w:r/>
      <w:r>
        <w:t>It's a small change that can make every outing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https://pridesource.com/article/queer-things-to-do-aug-20-2026</w:t>
        </w:r>
      </w:hyperlink>
      <w:r>
        <w:t xml:space="preserve"> - Please view link - unable to able to access data</w:t>
      </w:r>
      <w:r/>
    </w:p>
    <w:p>
      <w:pPr>
        <w:pStyle w:val="ListNumber"/>
        <w:spacing w:line="240" w:lineRule="auto"/>
        <w:ind w:left="720"/>
      </w:pPr>
      <w:r/>
      <w:hyperlink r:id="rId10">
        <w:r>
          <w:rPr>
            <w:color w:val="0000EE"/>
            <w:u w:val="single"/>
          </w:rPr>
          <w:t>https://www.transgendermichigan.org/transgender-pride</w:t>
        </w:r>
      </w:hyperlink>
      <w:r>
        <w:t xml:space="preserve"> - Transgender Michigan's Transgender Pride in the Park returns for its 26th year on August 22, 2026, at Martin Road Park in Ferndale, MI. The event offers an afternoon of food, entertainment, speakers, vendors, and community. Attendees can bring their own picnic or purchase food on-site. The gathering commemorates the 1966 Compton's Cafeteria Riot, a pivotal moment in transgender history. Co-founder Rachel Crandall-Crocker, who established International Transgender Day of Visibility, continues to lead the organisation in its mission to support and empower the transgender community.</w:t>
      </w:r>
      <w:r/>
    </w:p>
    <w:p>
      <w:pPr>
        <w:pStyle w:val="ListNumber"/>
        <w:spacing w:line="240" w:lineRule="auto"/>
        <w:ind w:left="720"/>
      </w:pPr>
      <w:r/>
      <w:hyperlink r:id="rId11">
        <w:r>
          <w:rPr>
            <w:color w:val="0000EE"/>
            <w:u w:val="single"/>
          </w:rPr>
          <w:t>https://www.transgendermichigan.org/pride-season</w:t>
        </w:r>
      </w:hyperlink>
      <w:r>
        <w:t xml:space="preserve"> - Transgender Michigan is actively participating in Pride Season 2026, engaging in various events across the state. Their involvement includes Ferndale Pride on May 30, Family Pride in Royal Oak on June 10, Warren Pride on June 13, Livonia Pride on June 20, and Great Lakes Bay Pride in Saginaw on June 27. Additionally, they are hosting their own Transgender Pride in the Park on August 22 at Martin Road Park in Ferndale. These events aim to celebrate and support the LGBTQ+ community throughout Michigan.</w:t>
      </w:r>
      <w:r/>
    </w:p>
    <w:p>
      <w:pPr>
        <w:pStyle w:val="ListNumber"/>
        <w:spacing w:line="240" w:lineRule="auto"/>
        <w:ind w:left="720"/>
      </w:pPr>
      <w:r/>
      <w:hyperlink r:id="rId15">
        <w:r>
          <w:rPr>
            <w:color w:val="0000EE"/>
            <w:u w:val="single"/>
          </w:rPr>
          <w:t>https://www.transgendermichigan.org/visibility</w:t>
        </w:r>
      </w:hyperlink>
      <w:r>
        <w:t xml:space="preserve"> - International Transgender Day of Visibility, created by Transgender Michigan co-founder Rachel Crandall-Crocker, is observed annually on March 31. The day celebrates the transgender community and promotes visibility and representation. In 2026, the Ann Arbor District Library is hosting a Transgender Day of Visibility zine, inviting trans and non-binary individuals, along with their friends, family, and allies, to create art and writing that celebrate trans people and their accomplishments. The application deadline for submissions is February 15, 2026.</w:t>
      </w:r>
      <w:r/>
    </w:p>
    <w:p>
      <w:pPr>
        <w:pStyle w:val="ListNumber"/>
        <w:spacing w:line="240" w:lineRule="auto"/>
        <w:ind w:left="720"/>
      </w:pPr>
      <w:r/>
      <w:hyperlink r:id="rId13">
        <w:r>
          <w:rPr>
            <w:color w:val="0000EE"/>
            <w:u w:val="single"/>
          </w:rPr>
          <w:t>https://www.campendium.com/campit-outdoor-resort-saugatuck</w:t>
        </w:r>
      </w:hyperlink>
      <w:r>
        <w:t xml:space="preserve"> - Campit Outdoor Resort, located at 6635 118th Ave., Fennville, MI 49408, is an LGBTQ+ friendly campground offering a variety of amenities, including tent camping and RV sites. The resort is a membership-based facility, welcoming new members who can obtain a membership upon arrival with a valid driver's license or government ID. Campit Outdoor Resort provides a welcoming environment for LGBTQ+ individuals, their friends, and allies, offering a space to connect and enjoy the outdoors together.</w:t>
      </w:r>
      <w:r/>
    </w:p>
    <w:p>
      <w:pPr>
        <w:pStyle w:val="ListNumber"/>
        <w:spacing w:line="240" w:lineRule="auto"/>
        <w:ind w:left="720"/>
      </w:pPr>
      <w:r/>
      <w:hyperlink r:id="rId14">
        <w:r>
          <w:rPr>
            <w:color w:val="0000EE"/>
            <w:u w:val="single"/>
          </w:rPr>
          <w:t>https://www.michigan.gov/whitmer/news/proclamations/2026/06/01/june-2026-pride-month</w:t>
        </w:r>
      </w:hyperlink>
      <w:r>
        <w:t xml:space="preserve"> - In June 2026, Michigan Governor Gretchen Whitmer proclaimed June as Pride Month, recognising the state's LGBTQ+ community and their contributions. The proclamation highlights Michigan's history of advancing civil rights for LGBTQ+ individuals, including the nation's first non-discrimination ordinance passed in 1972 in East Lansing and the first Civil Rights Commission to recognise that discrimination 'because of sex' includes sexual orientation and gender identity in 2018. The establishment of the statewide LGBTQ+ commission in 2023 further underscores Michigan's commitment to addressing issues facing the LGBTQ+ community.</w:t>
      </w:r>
      <w:r/>
    </w:p>
    <w:p>
      <w:pPr>
        <w:pStyle w:val="ListNumber"/>
        <w:spacing w:line="240" w:lineRule="auto"/>
        <w:ind w:left="720"/>
      </w:pPr>
      <w:r/>
      <w:hyperlink r:id="rId12">
        <w:r>
          <w:rPr>
            <w:color w:val="0000EE"/>
            <w:u w:val="single"/>
          </w:rPr>
          <w:t>https://www.midewittpride.org/resources/2026-pride-in-the-park-event</w:t>
        </w:r>
      </w:hyperlink>
      <w:r>
        <w:t xml:space="preserve"> - DeWitt Pride is hosting the 2026 Pride in the Park event on Sunday, June 28, 2026, from 12:00 to 3:00 pm at Riverside Park, 405 S. Bridge St., DeWitt, MI 48820. The event aims to celebrate and support the LGBTQIA+ community and their allies in the DeWitt area. Additional parking will be available, pending weather conditions, in the grass adjacent to the Riverside Park parking lot. DeWitt Pride is a volunteer-powered 501(c)(3) nonprofit organisation dedicated to serving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queer-things-to-do-aug-20-2026" TargetMode="External"/><Relationship Id="rId10" Type="http://schemas.openxmlformats.org/officeDocument/2006/relationships/hyperlink" Target="https://www.transgendermichigan.org/transgender-pride" TargetMode="External"/><Relationship Id="rId11" Type="http://schemas.openxmlformats.org/officeDocument/2006/relationships/hyperlink" Target="https://www.transgendermichigan.org/pride-season" TargetMode="External"/><Relationship Id="rId12" Type="http://schemas.openxmlformats.org/officeDocument/2006/relationships/hyperlink" Target="https://www.midewittpride.org/resources/2026-pride-in-the-park-event" TargetMode="External"/><Relationship Id="rId13" Type="http://schemas.openxmlformats.org/officeDocument/2006/relationships/hyperlink" Target="https://www.campendium.com/campit-outdoor-resort-saugatuck" TargetMode="External"/><Relationship Id="rId14" Type="http://schemas.openxmlformats.org/officeDocument/2006/relationships/hyperlink" Target="https://www.michigan.gov/whitmer/news/proclamations/2026/06/01/june-2026-pride-month" TargetMode="External"/><Relationship Id="rId15" Type="http://schemas.openxmlformats.org/officeDocument/2006/relationships/hyperlink" Target="https://www.transgendermichigan.org/vi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