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Frequencies Line-up: Free Black British Music Weekend in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music-lovers are heading to Queen Elizabeth Olympic Park for Queer Frequencies, a free weekend festival celebrating Black British music and queer collectives on 22–23 August; expect two outdoor stages, a Sadler’s Wells East club night and chances to discover new DJs, live acts and community-minded programming.</w:t>
      </w:r>
      <w:r/>
    </w:p>
    <w:p>
      <w:r/>
      <w:r>
        <w:t>Essential Takeaways</w:t>
      </w:r>
      <w:r/>
      <w:r/>
    </w:p>
    <w:p>
      <w:pPr>
        <w:pStyle w:val="ListBullet"/>
        <w:spacing w:line="240" w:lineRule="auto"/>
        <w:ind w:left="720"/>
      </w:pPr>
      <w:r/>
      <w:r>
        <w:rPr>
          <w:b/>
        </w:rPr>
        <w:t>Free and open:</w:t>
      </w:r>
      <w:r>
        <w:t xml:space="preserve"> Queer Frequencies is a no-cost event across Queen Elizabeth Olympic Park, part of The Music Is Black Festival series. </w:t>
      </w:r>
      <w:r/>
    </w:p>
    <w:p>
      <w:pPr>
        <w:pStyle w:val="ListBullet"/>
        <w:spacing w:line="240" w:lineRule="auto"/>
        <w:ind w:left="720"/>
      </w:pPr>
      <w:r/>
      <w:r>
        <w:rPr>
          <w:b/>
        </w:rPr>
        <w:t>Curated line-ups:</w:t>
      </w:r>
      <w:r>
        <w:t xml:space="preserve"> Sets and stages are curated by Shy One, Donnie Sunshine, Mark-Ashley Dupé, Joel Mignott and Zinzi Minott, offering DJ and live music variety. </w:t>
      </w:r>
      <w:r/>
    </w:p>
    <w:p>
      <w:pPr>
        <w:pStyle w:val="ListBullet"/>
        <w:spacing w:line="240" w:lineRule="auto"/>
        <w:ind w:left="720"/>
      </w:pPr>
      <w:r/>
      <w:r>
        <w:rPr>
          <w:b/>
        </w:rPr>
        <w:t>Two outdoor stages plus club night:</w:t>
      </w:r>
      <w:r>
        <w:t xml:space="preserve"> Waterfront and Mid Terrace stages run daytime programming, while Sadler’s Wells East hosts family dance and a late club night with a bass-focused vibe. </w:t>
      </w:r>
      <w:r/>
    </w:p>
    <w:p>
      <w:pPr>
        <w:pStyle w:val="ListBullet"/>
        <w:spacing w:line="240" w:lineRule="auto"/>
        <w:ind w:left="720"/>
      </w:pPr>
      <w:r/>
      <w:r>
        <w:rPr>
          <w:b/>
        </w:rPr>
        <w:t>Plan travel:</w:t>
      </w:r>
      <w:r>
        <w:t xml:space="preserve"> Organisers advise planning ahead because a West Ham match nearby may increase crowds and traffic between mid-afternoon and early evening. </w:t>
      </w:r>
      <w:r/>
    </w:p>
    <w:p>
      <w:pPr>
        <w:pStyle w:val="ListBullet"/>
        <w:spacing w:line="240" w:lineRule="auto"/>
        <w:ind w:left="720"/>
      </w:pPr>
      <w:r/>
      <w:r>
        <w:rPr>
          <w:b/>
        </w:rPr>
        <w:t>Friendly support on site:</w:t>
      </w:r>
      <w:r>
        <w:t xml:space="preserve"> Park Champions and Safe Only stewards will be available across the park to help with directions and safety questions.</w:t>
      </w:r>
      <w:r/>
      <w:r/>
    </w:p>
    <w:p>
      <w:pPr>
        <w:pStyle w:val="Heading2"/>
      </w:pPr>
      <w:r>
        <w:t>Why Queer Frequencies feels like a park takeover</w:t>
      </w:r>
      <w:r/>
    </w:p>
    <w:p>
      <w:r/>
      <w:r>
        <w:t>This is a takeover that’s intentionally warm and noisy , think beats drifting across the grass and clusters of people discovering new favourites. According to organisers, the weekend is designed as a space for London’s queer collectives to redefine music, culture and community. The programming mixes DJ sets, live performance and conversation, so it’s as much about meeting people as it is about dancing.</w:t>
      </w:r>
      <w:r/>
    </w:p>
    <w:p>
      <w:r/>
      <w:r>
        <w:t>The festival sits within a summer series that also includes The Music Is Ours, Power and Respect and a forthcoming Black to the Future weekend. That continuity means the organisers are building an ongoing cultural hub, not just a one-off. If you like stumbling on fresh artists in relaxed outdoor settings, this is for you.</w:t>
      </w:r>
      <w:r/>
    </w:p>
    <w:p>
      <w:pPr>
        <w:pStyle w:val="Heading2"/>
      </w:pPr>
      <w:r>
        <w:t>Who’s curating and why it matters</w:t>
      </w:r>
      <w:r/>
    </w:p>
    <w:p>
      <w:r/>
      <w:r>
        <w:t>Curators include household names in London’s queer and club scenes , Shy One, Donnie Sunshine, Mark-Ashley Dupé, Joel Mignott and Zinzi Minott , each bringing distinct tastes. Curated stages let organisers shape a coherent mood: Waterfront leans into broad live/dance programming, while Mid Terrace showcases club-facing selectors and collectives.</w:t>
      </w:r>
      <w:r/>
    </w:p>
    <w:p>
      <w:r/>
      <w:r>
        <w:t>Curators highlight community as much as sound; expect line-ups that foreground emerging queer Black talent alongside seasoned DJs. If you follow London nights, you’ll recognise familiar collectives and might discover the next act you’ll see in a headline venue.</w:t>
      </w:r>
      <w:r/>
    </w:p>
    <w:p>
      <w:pPr>
        <w:pStyle w:val="Heading2"/>
      </w:pPr>
      <w:r>
        <w:t>What to expect across the schedule</w:t>
      </w:r>
      <w:r/>
    </w:p>
    <w:p>
      <w:r/>
      <w:r>
        <w:t>Saturday’s Waterfront , curated by Shy One , runs from noon to 7pm with a mix of talks, DJ sets and live acts. Meanwhile Donnie Sunshine’s Mid Terrace hosts sets from collectives like Jungle Kitty and Pride City, so there’s a steady rotation of energy and styles. Sadler’s Wells East turns the festival into a family-friendly daytime party and a hard-hitting club night from 7pm, billed as Together We Felt The Bass.</w:t>
      </w:r>
      <w:r/>
    </w:p>
    <w:p>
      <w:r/>
      <w:r>
        <w:t>Sunday tightens the daytime window , slightly shorter stage hours , and keeps the focus on discovery, including vocal-led sets and collaborative showcases such as Jungle Kitty x ISSA. If you’re planning your day, aim for earlier arrivals to catch talks and quieter moments before the busier sets.</w:t>
      </w:r>
      <w:r/>
    </w:p>
    <w:p>
      <w:pPr>
        <w:pStyle w:val="Heading2"/>
      </w:pPr>
      <w:r>
        <w:t>Practical travel tips and on-site essentials</w:t>
      </w:r>
      <w:r/>
    </w:p>
    <w:p>
      <w:r/>
      <w:r>
        <w:t>Organisers flag a West Ham match at the London Stadium that could spike crowds and traffic, especially between about 2–3pm and 5–6pm, so leave extra time if you’re arriving or departing then. Public transport will be busiest, and cycling or walking to nearby entrances can save time.</w:t>
      </w:r>
      <w:r/>
    </w:p>
    <w:p>
      <w:r/>
      <w:r>
        <w:t>Bring water, cashless payment cards, comfortable shoes and a small layer for breeze off the water , afternoons can be warm but evenings get cooler. Park Champions in pink and Safe Only stewards are stationed across the site for directions and safety queries, so don’t hesitate to ask if you need help.</w:t>
      </w:r>
      <w:r/>
    </w:p>
    <w:p>
      <w:pPr>
        <w:pStyle w:val="Heading2"/>
      </w:pPr>
      <w:r>
        <w:t>Why this weekend matters for London's music scene</w:t>
      </w:r>
      <w:r/>
    </w:p>
    <w:p>
      <w:r/>
      <w:r>
        <w:t>Queer Frequencies is more than a line-up; it’s part of a growing pattern of free, public festivals amplifying Black British and queer creative voices. It dovetails with broader moves to make cultural programming accessible and community-rooted. For first-timers, it’s a chance to sample curators’ tastes, meet like-minded people, and come away with a new playlist or a favourite producer.</w:t>
      </w:r>
      <w:r/>
    </w:p>
    <w:p>
      <w:r/>
      <w:r>
        <w:t>If you want music that feels locally made and socially alive, mark the weekend in your diary.</w:t>
      </w:r>
      <w:r/>
    </w:p>
    <w:p>
      <w:r/>
      <w:r>
        <w:t>It's a small change that can make every set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12">
        <w:r>
          <w:rPr>
            <w:color w:val="0000EE"/>
            <w:u w:val="single"/>
          </w:rPr>
          <w:t>[7]</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https://www.attitude.co.uk/culture/music-is-black-festival-queer-frequencies-line-up-stages-location-531875/</w:t>
        </w:r>
      </w:hyperlink>
      <w:r>
        <w:t xml:space="preserve"> - Please view link - unable to able to access data</w:t>
      </w:r>
      <w:r/>
    </w:p>
    <w:p>
      <w:pPr>
        <w:pStyle w:val="ListNumber"/>
        <w:spacing w:line="240" w:lineRule="auto"/>
        <w:ind w:left="720"/>
      </w:pPr>
      <w:r/>
      <w:hyperlink r:id="rId10">
        <w:r>
          <w:rPr>
            <w:color w:val="0000EE"/>
            <w:u w:val="single"/>
          </w:rPr>
          <w:t>https://www.queenelizabetholympicpark.co.uk/themusicisblackfestival</w:t>
        </w:r>
      </w:hyperlink>
      <w:r>
        <w:t xml:space="preserve"> - The Music is Black Festival is an eight-month series of events celebrating Black British music at Queen Elizabeth Olympic Park. It includes four live festival weekends: The Music is Ours (13-14 June), Power &amp; Respect (11-12 July), Queer Frequencies (22-23 August), and Black to the Future (12-13 September). Each weekend features live music, dance, and performance, highlighting the legacy and future of Black British music. The festival is free to attend, with activities suitable for all ages. For more details, visit the official website.</w:t>
      </w:r>
      <w:r/>
    </w:p>
    <w:p>
      <w:pPr>
        <w:pStyle w:val="ListNumber"/>
        <w:spacing w:line="240" w:lineRule="auto"/>
        <w:ind w:left="720"/>
      </w:pPr>
      <w:r/>
      <w:hyperlink r:id="rId11">
        <w:r>
          <w:rPr>
            <w:color w:val="0000EE"/>
            <w:u w:val="single"/>
          </w:rPr>
          <w:t>https://www.queenelizabetholympicpark.co.uk/themusicisblackfestival/queer-frequencies</w:t>
        </w:r>
      </w:hyperlink>
      <w:r>
        <w:t xml:space="preserve"> - Queer Frequencies, part of The Music is Black Festival, is a free event celebrating Black queer music and culture at Queen Elizabeth Olympic Park on 22-23 August 2026. Curated by Shy One, Donnie Sunshine, Mark-Ashley Dupé, and Joel Mignott, it features two outdoor stages and a club night at Sadler’s Wells East. The event aims to redefine music, culture, and community through DJ sets, live music, and collaborative spaces for queer creatives. Detailed information about the event's schedule and lineup is available on the official website.</w:t>
      </w:r>
      <w:r/>
    </w:p>
    <w:p>
      <w:pPr>
        <w:pStyle w:val="ListNumber"/>
        <w:spacing w:line="240" w:lineRule="auto"/>
        <w:ind w:left="720"/>
      </w:pPr>
      <w:r/>
      <w:hyperlink r:id="rId13">
        <w:r>
          <w:rPr>
            <w:color w:val="0000EE"/>
            <w:u w:val="single"/>
          </w:rPr>
          <w:t>https://ra.co/events/2488754</w:t>
        </w:r>
      </w:hyperlink>
      <w:r>
        <w:t xml:space="preserve"> - Queer Frequencies is a free event at Queen Elizabeth Olympic Park on Sunday, 23 August 2026, from 12:00 to 18:00. The lineup includes The Waterfront Stage curated by Mark-Ashley Dupé, featuring artists like JUNGLE KITTY, ISSA M-A.D HAUS PARTY, Seasoned, POPOLA, Studs Need Luv 2, and LAVILLE. Mid Terrace, curated by Joel Mignott, hosts Natalie Sandi, Joel Mignott, Shaun Ross, and Raven Mandella, with DARKWAH as the host. The event celebrates Black queer music culture and is part of The Music is Black Festival by East Bank.</w:t>
      </w:r>
      <w:r/>
    </w:p>
    <w:p>
      <w:pPr>
        <w:pStyle w:val="ListNumber"/>
        <w:spacing w:line="240" w:lineRule="auto"/>
        <w:ind w:left="720"/>
      </w:pPr>
      <w:r/>
      <w:hyperlink r:id="rId14">
        <w:r>
          <w:rPr>
            <w:color w:val="0000EE"/>
            <w:u w:val="single"/>
          </w:rPr>
          <w:t>https://ra.co/events/2488748</w:t>
        </w:r>
      </w:hyperlink>
      <w:r>
        <w:t xml:space="preserve"> - Queer Frequencies is a free event at Queen Elizabeth Olympic Park on Saturday, 22 August 2026, from 12:00 to 23:59. The lineup includes The Waterfront Stage, curated by Shy One, featuring SisterMatic, Private Joy, Lil C, Seb Odyssey, and Fiyahdred. Mid Terrace, curated by Donnie Sunshine, hosts Alizé, DJ Biggy C, Donnie Sunshine, DRYBABE, EWA, Jean-Mikheal, Jugu, Karteer, Ken Styles, MANNY, Mark Ashley Dupé, Talia.A Darling, Tayo Iku, Topia, The CookOUT, The Connection Party, Jungle Kitty, To The Left, and Trades. The event is part of The Music is Black Festival by East Bank.</w:t>
      </w:r>
      <w:r/>
    </w:p>
    <w:p>
      <w:pPr>
        <w:pStyle w:val="ListNumber"/>
        <w:spacing w:line="240" w:lineRule="auto"/>
        <w:ind w:left="720"/>
      </w:pPr>
      <w:r/>
      <w:hyperlink r:id="rId15">
        <w:r>
          <w:rPr>
            <w:color w:val="0000EE"/>
            <w:u w:val="single"/>
          </w:rPr>
          <w:t>https://www.queenelizabetholympicpark.co.uk/taxonomy/term/65</w:t>
        </w:r>
      </w:hyperlink>
      <w:r>
        <w:t xml:space="preserve"> - The Music is Black Festival at Queen Elizabeth Olympic Park includes several events: Queer Frequencies (22-23 August 2026), Power &amp; Respect (11-12 July 2026), The Music is Ours (13-14 June 2026), and Resonant Matter: exhibition (14 April - 14 June 2026). Each event celebrates different aspects of Black British music and culture, featuring live music, dance, and performance. The festival is free to attend, with activities suitable for all ages. For more details, visit the official website.</w:t>
      </w:r>
      <w:r/>
    </w:p>
    <w:p>
      <w:pPr>
        <w:pStyle w:val="ListNumber"/>
        <w:spacing w:line="240" w:lineRule="auto"/>
        <w:ind w:left="720"/>
      </w:pPr>
      <w:r/>
      <w:hyperlink r:id="rId12">
        <w:r>
          <w:rPr>
            <w:color w:val="0000EE"/>
            <w:u w:val="single"/>
          </w:rPr>
          <w:t>https://www.ucl.ac.uk/ucl-east/news/2026/may/music-black-festival-announces-four-free-summer-weekends-queen-elizabeth-olympic-park</w:t>
        </w:r>
      </w:hyperlink>
      <w:r>
        <w:t xml:space="preserve"> - The Music is Black Festival announces four free summer weekends at Queen Elizabeth Olympic Park, celebrating the cultural impact and creative legacy of Black British music across generations and genres. The festival includes four live festival weekends: The Music is Ours (13-14 June), Power &amp; Respect (11-12 July), Queer Frequencies (22-23 August), and Black to the Future (12-13 September). Each weekend features live music, dance, and performance, highlighting the legacy and future of Black British music. The festival is free to attend, with activities suitable for all 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culture/music-is-black-festival-queer-frequencies-line-up-stages-location-531875/" TargetMode="External"/><Relationship Id="rId10" Type="http://schemas.openxmlformats.org/officeDocument/2006/relationships/hyperlink" Target="https://www.queenelizabetholympicpark.co.uk/themusicisblackfestival" TargetMode="External"/><Relationship Id="rId11" Type="http://schemas.openxmlformats.org/officeDocument/2006/relationships/hyperlink" Target="https://www.queenelizabetholympicpark.co.uk/themusicisblackfestival/queer-frequencies" TargetMode="External"/><Relationship Id="rId12" Type="http://schemas.openxmlformats.org/officeDocument/2006/relationships/hyperlink" Target="https://www.ucl.ac.uk/ucl-east/news/2026/may/music-black-festival-announces-four-free-summer-weekends-queen-elizabeth-olympic-park" TargetMode="External"/><Relationship Id="rId13" Type="http://schemas.openxmlformats.org/officeDocument/2006/relationships/hyperlink" Target="https://ra.co/events/2488754" TargetMode="External"/><Relationship Id="rId14" Type="http://schemas.openxmlformats.org/officeDocument/2006/relationships/hyperlink" Target="https://ra.co/events/2488748" TargetMode="External"/><Relationship Id="rId15" Type="http://schemas.openxmlformats.org/officeDocument/2006/relationships/hyperlink" Target="https://www.queenelizabetholympicpark.co.uk/taxonomy/term/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