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Raising in Santa Barbara Signals Real Change for LGBTQ+ Residents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students and families are gathering as Santa Barbara raises the Pride flag outside City Hall for the first time, a visible start to Pride Week that signals inclusion, community-led organising and a push for safety and representation across the city.</w:t>
      </w:r>
      <w:r/>
    </w:p>
    <w:p>
      <w:r/>
      <w:r>
        <w:t>Essential Takeaways</w:t>
      </w:r>
      <w:r/>
      <w:r/>
    </w:p>
    <w:p>
      <w:pPr>
        <w:pStyle w:val="ListBullet"/>
        <w:spacing w:line="240" w:lineRule="auto"/>
        <w:ind w:left="720"/>
      </w:pPr>
      <w:r/>
      <w:r>
        <w:rPr>
          <w:b/>
        </w:rPr>
        <w:t>Historic moment:</w:t>
      </w:r>
      <w:r>
        <w:t xml:space="preserve"> Santa Barbara flew the Pride flag at City Hall for the first time, kicking off the city’s Pride Week and public celebrations.</w:t>
      </w:r>
      <w:r/>
    </w:p>
    <w:p>
      <w:pPr>
        <w:pStyle w:val="ListBullet"/>
        <w:spacing w:line="240" w:lineRule="auto"/>
        <w:ind w:left="720"/>
      </w:pPr>
      <w:r/>
      <w:r>
        <w:rPr>
          <w:b/>
        </w:rPr>
        <w:t>Community-led:</w:t>
      </w:r>
      <w:r>
        <w:t xml:space="preserve"> The ceremony was organised with Pacific Pride Foundation, PFLAG, the Santa Barbara Transgender Advocacy Network, YouthWell and local faith groups.</w:t>
      </w:r>
      <w:r/>
    </w:p>
    <w:p>
      <w:pPr>
        <w:pStyle w:val="ListBullet"/>
        <w:spacing w:line="240" w:lineRule="auto"/>
        <w:ind w:left="720"/>
      </w:pPr>
      <w:r/>
      <w:r>
        <w:rPr>
          <w:b/>
        </w:rPr>
        <w:t>Emotional impact:</w:t>
      </w:r>
      <w:r>
        <w:t xml:space="preserve"> Local queer leaders and residents described the flag as meaningful and affirming, some were moved to tears.</w:t>
      </w:r>
      <w:r/>
    </w:p>
    <w:p>
      <w:pPr>
        <w:pStyle w:val="ListBullet"/>
        <w:spacing w:line="240" w:lineRule="auto"/>
        <w:ind w:left="720"/>
      </w:pPr>
      <w:r/>
      <w:r>
        <w:rPr>
          <w:b/>
        </w:rPr>
        <w:t>Safety message:</w:t>
      </w:r>
      <w:r>
        <w:t xml:space="preserve"> Speakers emphasised visibility as a form of protection and support amid concerns about threats to transgender people.</w:t>
      </w:r>
      <w:r/>
    </w:p>
    <w:p>
      <w:pPr>
        <w:pStyle w:val="ListBullet"/>
        <w:spacing w:line="240" w:lineRule="auto"/>
        <w:ind w:left="720"/>
      </w:pPr>
      <w:r/>
      <w:r>
        <w:rPr>
          <w:b/>
        </w:rPr>
        <w:t>Ongoing events:</w:t>
      </w:r>
      <w:r>
        <w:t xml:space="preserve"> The flag raising dovetailed with a week of Pride events and a Pride Festival that brings food, music and family-friendly activities.</w:t>
      </w:r>
      <w:r/>
      <w:r/>
    </w:p>
    <w:p>
      <w:pPr>
        <w:pStyle w:val="Heading2"/>
      </w:pPr>
      <w:r>
        <w:t>A bright, public signal , why the flag matters now</w:t>
      </w:r>
      <w:r/>
    </w:p>
    <w:p>
      <w:r/>
      <w:r>
        <w:t>The sharp colour of the Pride flag over De La Guerra Plaza felt like a small, vivid promise: you belong here. According to local reporting, city leaders, activists and families gathered for the first-ever official flag-raising ceremony, and many described the moment as both joyful and necessary. Organisations such as Pacific Pride Foundation and PFLAG helped shape the event, which matters because it turns a symbol into a municipal statement.</w:t>
      </w:r>
      <w:r/>
    </w:p>
    <w:p>
      <w:r/>
      <w:r>
        <w:t>This gesture isn’t just ceremonial. It’s a public reassurance for kids, teens and elders who sometimes feel invisible. For many residents, seeing the flag outside City Hall sends a louder message than a pamphlet ever could: local government recognises and values LGBTQ+ people.</w:t>
      </w:r>
      <w:r/>
    </w:p>
    <w:p>
      <w:pPr>
        <w:pStyle w:val="Heading2"/>
      </w:pPr>
      <w:r>
        <w:t>Organised by the community, not just for it</w:t>
      </w:r>
      <w:r/>
    </w:p>
    <w:p>
      <w:r/>
      <w:r>
        <w:t>What made this different was who organised it. LGBTQ+ groups, youth services and faith communities collaborated on the ceremony, so it read as authentic rather than token. Organisers say that involvement from community members transformed the moment from lip service into action, and that’s an important distinction.</w:t>
      </w:r>
      <w:r/>
    </w:p>
    <w:p>
      <w:r/>
      <w:r>
        <w:t>When events are planned by those they serve, they’re more likely to reflect real needs, whether that’s queer youth support, trans safety, or inclusive programming. If you’re attending future gatherings, look for groups listed in the event notes; they often host workshops, resource tables and safe-space chats.</w:t>
      </w:r>
      <w:r/>
    </w:p>
    <w:p>
      <w:pPr>
        <w:pStyle w:val="Heading2"/>
      </w:pPr>
      <w:r>
        <w:t>Voices from the crowd: hope, tears and tough realities</w:t>
      </w:r>
      <w:r/>
    </w:p>
    <w:p>
      <w:r/>
      <w:r>
        <w:t>Several attendees spoke plainly about why visibility matters. One councilmember who identifies as queer said she was moved to tears when the flag went up, noting its importance for youth and elders alike. Others pointed to immediate safety concerns, especially for transgender people who face real-world threats.</w:t>
      </w:r>
      <w:r/>
    </w:p>
    <w:p>
      <w:r/>
      <w:r>
        <w:t>These emotional reactions are a reminder that symbols have weight. They can comfort someone struggling with identity, and they can rally allies to protect vulnerable neighbours. If you want to support the community, showing up at a local Pride event or donating to a vetted support organisation are simple, tangible steps.</w:t>
      </w:r>
      <w:r/>
    </w:p>
    <w:p>
      <w:pPr>
        <w:pStyle w:val="Heading2"/>
      </w:pPr>
      <w:r>
        <w:t>Pride Week and the wider festival scene</w:t>
      </w:r>
      <w:r/>
    </w:p>
    <w:p>
      <w:r/>
      <w:r>
        <w:t>The flag raising wasn’t an isolated stunt , it kicked off a full week of Pride programming, including a community festival with music, food and family-friendly activities run by Pacific Pride Foundation. These events aim to combine celebration with access to resources, from mental-health support to information on local advocacy.</w:t>
      </w:r>
      <w:r/>
    </w:p>
    <w:p>
      <w:r/>
      <w:r>
        <w:t>Regionally, Santa Barbara’s festivities sit alongside other Central Coast Pride events and campus initiatives that broaden participation. If you’re planning to attend, check official calendars for times and accessibility details, and consider arriving early for workshops or resource booths.</w:t>
      </w:r>
      <w:r/>
    </w:p>
    <w:p>
      <w:pPr>
        <w:pStyle w:val="Heading2"/>
      </w:pPr>
      <w:r>
        <w:t>What to look for next , beyond flags to real change</w:t>
      </w:r>
      <w:r/>
    </w:p>
    <w:p>
      <w:r/>
      <w:r>
        <w:t>Flags are a great start, but sustained progress comes from policy, funding and safety measures. Residents and advocates will likely watch how the city follows up with concrete support for LGBTQ+ services, protection against harassment, and inclusive representation in government.</w:t>
      </w:r>
      <w:r/>
    </w:p>
    <w:p>
      <w:r/>
      <w:r>
        <w:t>For anyone eager to help, volunteer with local groups, attend council meetings, or support Pride Week programming. Small actions add up, and community pressure often turns a symbolic gesture into lasting change.</w:t>
      </w:r>
      <w:r/>
    </w:p>
    <w:p>
      <w:r/>
      <w:r>
        <w:t>It's a small change that can make every resident feel a little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https://keyt.com/news/2026/08/17/santa-barbara-raises-pride-flag-outside-city-hall-for-first-time/</w:t>
        </w:r>
      </w:hyperlink>
      <w:r>
        <w:t xml:space="preserve"> - Please view link - unable to able to access data</w:t>
      </w:r>
      <w:r/>
    </w:p>
    <w:p>
      <w:pPr>
        <w:pStyle w:val="ListNumber"/>
        <w:spacing w:line="240" w:lineRule="auto"/>
        <w:ind w:left="720"/>
      </w:pPr>
      <w:r/>
      <w:hyperlink r:id="rId9">
        <w:r>
          <w:rPr>
            <w:color w:val="0000EE"/>
            <w:u w:val="single"/>
          </w:rPr>
          <w:t>https://keyt.com/news/2026/08/17/santa-barbara-raises-pride-flag-outside-city-hall-for-first-time/</w:t>
        </w:r>
      </w:hyperlink>
      <w:r>
        <w:t xml:space="preserve"> - On August 17, 2026, Santa Barbara held its inaugural Pride Flag Raising Ceremony at De La Guerra Plaza, marking the commencement of the city's Pride Week. The event was a collaborative effort involving the Pacific Pride Foundation, PFLAG Santa Barbara, the Santa Barbara Transgender Advocacy Network, YouthWell, and the Unitarian Society of Santa Barbara. The ceremony aimed to promote inclusion, equality, visibility, and support for LGBTQ+ residents. Community members expressed that the flag's presence was more than symbolic, fostering a sense of belonging and safety. District 1 Councilmember Wendy Santa Maria, who identifies as queer, found the moment particularly emotional, viewing it as a clear signal to the LGBTQ+ community of their importance in the city. The flag raising event officially launched Pride Week in Santa Barbara, with various local organizations hosting events throughout the week to celebrate the LGBTQ+ community and advocate for acceptance and equality.</w:t>
      </w:r>
      <w:r/>
    </w:p>
    <w:p>
      <w:pPr>
        <w:pStyle w:val="ListNumber"/>
        <w:spacing w:line="240" w:lineRule="auto"/>
        <w:ind w:left="720"/>
      </w:pPr>
      <w:r/>
      <w:hyperlink r:id="rId14">
        <w:r>
          <w:rPr>
            <w:color w:val="0000EE"/>
            <w:u w:val="single"/>
          </w:rPr>
          <w:t>https://www.centralcoast-tourism.com/events/syv-pride-parade</w:t>
        </w:r>
      </w:hyperlink>
      <w:r>
        <w:t xml:space="preserve"> - The Santa Ynez Valley Pride Parade and Festival took place on June 13, 2026, in Solvang, California. Organized by the local nonprofit SYV Pride, the event began with a parade featuring floats and music, followed by a family-friendly festival at Solvang Park. The festival included live DJ sets, food vendors, a beer and wine garden, and activities like face painting and rock climbing. This annual event aims to celebrate the LGBTQ+ community and promote inclusivity in the region.</w:t>
      </w:r>
      <w:r/>
    </w:p>
    <w:p>
      <w:pPr>
        <w:pStyle w:val="ListNumber"/>
        <w:spacing w:line="240" w:lineRule="auto"/>
        <w:ind w:left="720"/>
      </w:pPr>
      <w:r/>
      <w:hyperlink r:id="rId10">
        <w:r>
          <w:rPr>
            <w:color w:val="0000EE"/>
            <w:u w:val="single"/>
          </w:rPr>
          <w:t>https://calendar.santabarbaraca.gov/event/celebrating-pride-month-sba-7116</w:t>
        </w:r>
      </w:hyperlink>
      <w:r>
        <w:t xml:space="preserve"> - In June 2026, Santa Barbara Airport (SBA) partnered with the Pacific Pride Foundation to celebrate Pride Month. Throughout June, passengers wearing pride colours received early boarding on Alaska Airlines flights. A special event was held on June 25, featuring local drag performer Vivian Storm, therapy dogs for comfort, and SBA swag giveaways. This collaboration aimed to promote Pride Month activities and reinforce the airport's commitment to providing an inclusive environment for all passengers.</w:t>
      </w:r>
      <w:r/>
    </w:p>
    <w:p>
      <w:pPr>
        <w:pStyle w:val="ListNumber"/>
        <w:spacing w:line="240" w:lineRule="auto"/>
        <w:ind w:left="720"/>
      </w:pPr>
      <w:r/>
      <w:hyperlink r:id="rId11">
        <w:r>
          <w:rPr>
            <w:color w:val="0000EE"/>
            <w:u w:val="single"/>
          </w:rPr>
          <w:t>https://santabarbaraca.com/events/pacific-pride-festival/</w:t>
        </w:r>
      </w:hyperlink>
      <w:r>
        <w:t xml:space="preserve"> - The Pacific Pride Festival is scheduled for August 22, 2026, at Chase Palm Park in Santa Barbara. Hosted by the Pacific Pride Foundation, the festival is free to the public and welcomes all generations and identities within the LGBTQ+ community, as well as allies. The 2026 theme, 'Out. Proud. Unstoppable.', celebrates the strength, resilience, and joy of living authentically. The event will feature live entertainment, local and regional talent, DJs, community organizations, food trucks, and a 21+ beer garden. Attendees are encouraged to use public transportation due to limited parking.</w:t>
      </w:r>
      <w:r/>
    </w:p>
    <w:p>
      <w:pPr>
        <w:pStyle w:val="ListNumber"/>
        <w:spacing w:line="240" w:lineRule="auto"/>
        <w:ind w:left="720"/>
      </w:pPr>
      <w:r/>
      <w:hyperlink r:id="rId12">
        <w:r>
          <w:rPr>
            <w:color w:val="0000EE"/>
            <w:u w:val="single"/>
          </w:rPr>
          <w:t>https://pacificpridefoundation.org/summer-of-pride/pacific-pride-festival/</w:t>
        </w:r>
      </w:hyperlink>
      <w:r>
        <w:t xml:space="preserve"> - The Pacific Pride Festival, organised by the Pacific Pride Foundation, returns to Santa Barbara's waterfront on August 22, 2026. The 2026 theme, 'Out. Proud. Unstoppable.', honours the strength of showing up fully, the joy of living authentically, and the momentum created when moving together. The festival aims to build upon the energy of previous gatherings, where thousands came together to celebrate identity, expression, and belonging in a vibrant, intergenerational space.</w:t>
      </w:r>
      <w:r/>
    </w:p>
    <w:p>
      <w:pPr>
        <w:pStyle w:val="ListNumber"/>
        <w:spacing w:line="240" w:lineRule="auto"/>
        <w:ind w:left="720"/>
      </w:pPr>
      <w:r/>
      <w:hyperlink r:id="rId13">
        <w:r>
          <w:rPr>
            <w:color w:val="0000EE"/>
            <w:u w:val="single"/>
          </w:rPr>
          <w:t>https://rcsgd.sa.ucsb.edu/about/news-announcements/pride/queer-culture-campus-week-pride</w:t>
        </w:r>
      </w:hyperlink>
      <w:r>
        <w:t xml:space="preserve"> - The Associated Students Trans and Queer Commission at UC Santa Barbara held their annual Pride Week from April 5-11, 2026, themed 'Pride is in Bloom.' The week featured events with prominent queer figures, including a research panel and drag show. The earlier timing of the event, outside of the national Pride Month in June, was chosen to avoid conflicts with finals, allowing students to participate without academic stress.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yt.com/news/2026/08/17/santa-barbara-raises-pride-flag-outside-city-hall-for-first-time/" TargetMode="External"/><Relationship Id="rId10" Type="http://schemas.openxmlformats.org/officeDocument/2006/relationships/hyperlink" Target="https://calendar.santabarbaraca.gov/event/celebrating-pride-month-sba-7116" TargetMode="External"/><Relationship Id="rId11" Type="http://schemas.openxmlformats.org/officeDocument/2006/relationships/hyperlink" Target="https://santabarbaraca.com/events/pacific-pride-festival/" TargetMode="External"/><Relationship Id="rId12" Type="http://schemas.openxmlformats.org/officeDocument/2006/relationships/hyperlink" Target="https://pacificpridefoundation.org/summer-of-pride/pacific-pride-festival/" TargetMode="External"/><Relationship Id="rId13" Type="http://schemas.openxmlformats.org/officeDocument/2006/relationships/hyperlink" Target="https://rcsgd.sa.ucsb.edu/about/news-announcements/pride/queer-culture-campus-week-pride" TargetMode="External"/><Relationship Id="rId14" Type="http://schemas.openxmlformats.org/officeDocument/2006/relationships/hyperlink" Target="https://www.centralcoast-tourism.com/events/syv-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