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OURfest Plans for a Safer, Happier Gayborhood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revels are already eyeing October , OURfest returns to Philadelphia’s Gayborhood and organisers, police and businesses say this year matters more than most as they try to avoid a repeat of June’s chaotic Pride night and make the block parties safe, organised and fun.</w:t>
      </w:r>
      <w:r/>
    </w:p>
    <w:p>
      <w:r/>
      <w:r>
        <w:t>Essential Takeaways</w:t>
      </w:r>
      <w:r/>
      <w:r/>
    </w:p>
    <w:p>
      <w:pPr>
        <w:pStyle w:val="ListBullet"/>
        <w:spacing w:line="240" w:lineRule="auto"/>
        <w:ind w:left="720"/>
      </w:pPr>
      <w:r/>
      <w:r>
        <w:rPr>
          <w:b/>
        </w:rPr>
        <w:t>Experienced organisers matter:</w:t>
      </w:r>
      <w:r>
        <w:t xml:space="preserve"> Philly Pride 365 has run large LGBTQ+ events and will lead OURfest planning, bringing institutional knowledge and local contacts. </w:t>
      </w:r>
      <w:r/>
    </w:p>
    <w:p>
      <w:pPr>
        <w:pStyle w:val="ListBullet"/>
        <w:spacing w:line="240" w:lineRule="auto"/>
        <w:ind w:left="720"/>
      </w:pPr>
      <w:r/>
      <w:r>
        <w:rPr>
          <w:b/>
        </w:rPr>
        <w:t>Cooperation is key:</w:t>
      </w:r>
      <w:r>
        <w:t xml:space="preserve"> Police, businesses and event staff must coordinate on crowd flow, exits and security to prevent dangerous bottlenecks. </w:t>
      </w:r>
      <w:r/>
    </w:p>
    <w:p>
      <w:pPr>
        <w:pStyle w:val="ListBullet"/>
        <w:spacing w:line="240" w:lineRule="auto"/>
        <w:ind w:left="720"/>
      </w:pPr>
      <w:r/>
      <w:r>
        <w:rPr>
          <w:b/>
        </w:rPr>
        <w:t>Lessons from June:</w:t>
      </w:r>
      <w:r>
        <w:t xml:space="preserve"> Last month’s Pride incidents showed how quickly things can escalate when event structure and communication break down. </w:t>
      </w:r>
      <w:r/>
    </w:p>
    <w:p>
      <w:pPr>
        <w:pStyle w:val="ListBullet"/>
        <w:spacing w:line="240" w:lineRule="auto"/>
        <w:ind w:left="720"/>
      </w:pPr>
      <w:r/>
      <w:r>
        <w:rPr>
          <w:b/>
        </w:rPr>
        <w:t>Practical fixes:</w:t>
      </w:r>
      <w:r>
        <w:t xml:space="preserve"> Clear perimeters, staffed exits, visible marshals and limits on street takeovers reduce risk and make the vibe calmer. </w:t>
      </w:r>
      <w:r/>
    </w:p>
    <w:p>
      <w:pPr>
        <w:pStyle w:val="ListBullet"/>
        <w:spacing w:line="240" w:lineRule="auto"/>
        <w:ind w:left="720"/>
      </w:pPr>
      <w:r/>
      <w:r>
        <w:rPr>
          <w:b/>
        </w:rPr>
        <w:t>Community responsibility:</w:t>
      </w:r>
      <w:r>
        <w:t xml:space="preserve"> Business owners, attendees and organisers each play a role , from not spilling unstaffed parties into sidewalks to speaking up when things feel unsafe.</w:t>
      </w:r>
      <w:r/>
      <w:r/>
    </w:p>
    <w:p>
      <w:pPr>
        <w:pStyle w:val="Heading2"/>
      </w:pPr>
      <w:r>
        <w:t>Why this OURfest feels different , and why that’s important</w:t>
      </w:r>
      <w:r/>
    </w:p>
    <w:p>
      <w:r/>
      <w:r>
        <w:t>The Gayborhood’s block parties usually radiate warmth and colour, with a buzzy, neighbourhood feel and the faint scent of street food in the air. Last June’s Pride shifted to the Parkway, and the absence of a single, coordinated Gayborhood event left a vacuum that wasn’t filled well , and that contributed to the confusion. According to local coverage, police responses that night felt heavy-handed to many, while some unregulated street parties spilled into pedestrian zones, creating choke points. That mix of factors makes this OURfest more than just another date on the calendar; it’s a chance to show the neighbourhood can host large gatherings safely when planning and communication are tightened.</w:t>
      </w:r>
      <w:r/>
    </w:p>
    <w:p>
      <w:pPr>
        <w:pStyle w:val="Heading2"/>
      </w:pPr>
      <w:r>
        <w:t>Philly Pride 365 , the organisers with local muscle</w:t>
      </w:r>
      <w:r/>
    </w:p>
    <w:p>
      <w:r/>
      <w:r>
        <w:t>Philly Pride 365 is back producing OURfest, and that matters. They’ve managed multi-site Pride programming and know the logistics of permitting, vendor placement and volunteer recruitment. Their experience should make it easier to design safe perimeters, proper ingress and egress routes, and assigned marshal roles. If you’re a business owner, it’s worth touching base with Philly Pride 365 , their website lists contact points and event resources , so you know how your frontage fits into the layout and what support you can expect.</w:t>
      </w:r>
      <w:r/>
    </w:p>
    <w:p>
      <w:pPr>
        <w:pStyle w:val="Heading2"/>
      </w:pPr>
      <w:r>
        <w:t>What the police pledge means , and the caveats</w:t>
      </w:r>
      <w:r/>
    </w:p>
    <w:p>
      <w:r/>
      <w:r>
        <w:t>Police leadership has publicly committed to avoiding a repeat of the aggressive crowd-control tactics seen in June, and that promise is welcome to many. But words alone don’t change outcomes; they need rehearsal and clarity about roles. That means commanders, mounted units and officers on the ground must have a shared playbook with event staff and business security. Local reporting and post-event debriefs from other Pride incidents show that when agencies practise joint plans and communicate in real time, confrontations are far less likely.</w:t>
      </w:r>
      <w:r/>
    </w:p>
    <w:p>
      <w:pPr>
        <w:pStyle w:val="Heading2"/>
      </w:pPr>
      <w:r>
        <w:t>Practical crowd-control fixes that actually help</w:t>
      </w:r>
      <w:r/>
    </w:p>
    <w:p>
      <w:r/>
      <w:r>
        <w:t>Simple measures make a big difference: marked and staffed exits, temporary barriers that create natural walkways rather than dead ends, clearly visible event marshals wearing identifiable apparel, and limits on how far private parties can spill onto pavements. Businesses can help by posting clear temporary signage and agreeing to coordinate music and door staff so the public realm isn’t overwhelmed. For attendees, the short checklist is: know where the exits are, travel with friends, and flag organisers or police if you see unsafe piling or aggressive behaviour.</w:t>
      </w:r>
      <w:r/>
    </w:p>
    <w:p>
      <w:pPr>
        <w:pStyle w:val="Heading2"/>
      </w:pPr>
      <w:r>
        <w:t>Community accountability , it takes everyone</w:t>
      </w:r>
      <w:r/>
    </w:p>
    <w:p>
      <w:r/>
      <w:r>
        <w:t>Blaming one actor won’t keep people safe. Some business owners say they felt blindsided when unregulated parties expanded into the street; others say police tactics escalated the situation. The healthier path is cooperative planning where responsibilities are respected. Organisers need to enforce vendor and venue rules, police need to use measured tactics, and businesses should avoid ad hoc street takeovers. When that alignment works, OURfest will feel celebratory rather than fraught , and the Gayborhood will remain a place everyone wants to return to.</w:t>
      </w:r>
      <w:r/>
    </w:p>
    <w:p>
      <w:r/>
      <w:r>
        <w:t>It’s a small change in planning that can make every celebration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2">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https://epgn.com/2026/08/18/ourfest-and-the-police/</w:t>
        </w:r>
      </w:hyperlink>
      <w:r>
        <w:t xml:space="preserve"> - Please view link - unable to able to access data</w:t>
      </w:r>
      <w:r/>
    </w:p>
    <w:p>
      <w:pPr>
        <w:pStyle w:val="ListNumber"/>
        <w:spacing w:line="240" w:lineRule="auto"/>
        <w:ind w:left="720"/>
      </w:pPr>
      <w:r/>
      <w:hyperlink r:id="rId10">
        <w:r>
          <w:rPr>
            <w:color w:val="0000EE"/>
            <w:u w:val="single"/>
          </w:rPr>
          <w:t>https://www.phillypride365.org/</w:t>
        </w:r>
      </w:hyperlink>
      <w:r>
        <w:t xml:space="preserve"> - Philly Pride 365 is a year-round civic and cultural initiative advancing LGBTQIA+ visibility, equity, and economic empowerment throughout Philadelphia and the region. Founded to move Pride beyond a single weekend, the organization operates at the intersection of grassroots activism and institutional collaboration—producing large-scale public celebrations, civic forums, and strategic partnerships that strengthen both community voice and civic infrastructure. Through signature activations such as the Philadelphia Pride March &amp; Festival and OURfest: National Coming Out Day Festival, Philly Pride 365 creates high-impact platforms that drive cultural visibility, generate measurable economic activity for local businesses, and convene cross-sector leaders around equity and inclusion.</w:t>
      </w:r>
      <w:r/>
    </w:p>
    <w:p>
      <w:pPr>
        <w:pStyle w:val="ListNumber"/>
        <w:spacing w:line="240" w:lineRule="auto"/>
        <w:ind w:left="720"/>
      </w:pPr>
      <w:r/>
      <w:hyperlink r:id="rId15">
        <w:r>
          <w:rPr>
            <w:color w:val="0000EE"/>
            <w:u w:val="single"/>
          </w:rPr>
          <w:t>https://en.wikipedia.org/wiki/OutFest_Philadelphia</w:t>
        </w:r>
      </w:hyperlink>
      <w:r>
        <w:t xml:space="preserve"> - OutFest, now recognized as OURfest Philadelphia, is an annual LGBTQIA+ event taking place in the heart of Philadelphia's gay village in Washington Square West (historically known as the Gayborhood in Philadelphia) and attracts over 35,000 people. It takes place every year in mid-October. The event features a variety of performances and activities that celebrate LGBTQ+ culture, including an inaugural parade and resource fair, with over 140 vendors selling crafts, artwork, and goods. Entertainment includes live music performances, magicians, celebrity impersonators, and drag shows. Additionally, the festival hosts annual contests, such as the high-heel race, the cutest pet competition, and a penis-shaped bagel-eating contest. OutFest also highlights ongoing issues within the LGBTQ+ community, using its platform to raise awareness about rights, discrimination, and advocacy.</w:t>
      </w:r>
      <w:r/>
    </w:p>
    <w:p>
      <w:pPr>
        <w:pStyle w:val="ListNumber"/>
        <w:spacing w:line="240" w:lineRule="auto"/>
        <w:ind w:left="720"/>
      </w:pPr>
      <w:r/>
      <w:hyperlink r:id="rId12">
        <w:r>
          <w:rPr>
            <w:color w:val="0000EE"/>
            <w:u w:val="single"/>
          </w:rPr>
          <w:t>https://www.inquirer.com/crime/gayborhood-arrests-pride-festival-philadelphia-police-20260608.html</w:t>
        </w:r>
      </w:hyperlink>
      <w:r>
        <w:t xml:space="preserve"> - Fifteen people were arrested at a Pride celebration in Philadelphia’s Gayborhood on Sunday, authorities said, and the response drew criticism from some LGBTQ+ residents over how police handled crowd control at the event. Images of police officers engaging with attendees in Center City circulated widely across local social media feeds on Monday, featuring criticisms of what some considered to be an outsize and aggressive law enforcement presence. In one image shared on X, a police officer on a motorcycle appears to push against a woman’s chest, and, in another photo, pushes the woman against a garage door while arresting her.</w:t>
      </w:r>
      <w:r/>
    </w:p>
    <w:p>
      <w:pPr>
        <w:pStyle w:val="ListNumber"/>
        <w:spacing w:line="240" w:lineRule="auto"/>
        <w:ind w:left="720"/>
      </w:pPr>
      <w:r/>
      <w:hyperlink r:id="rId14">
        <w:r>
          <w:rPr>
            <w:color w:val="0000EE"/>
            <w:u w:val="single"/>
          </w:rPr>
          <w:t>https://www.fox29.com/news/philly-police-chief-responds-claims-aggressive-conduct-toward-lgbtq-community-pride</w:t>
        </w:r>
      </w:hyperlink>
      <w:r>
        <w:t xml:space="preserve"> - Philadelphia Police Commissioner Kevin Bethel spoke publicly about reports of aggressive police behavior toward members of the LGBTQ+ community during Pride weekend, according to a press conference held at police headquarters. Bethel said the department’s main goal was to ensure safety during the Pride parade, which shifted from the neighborhood to the parkway this year. He described how officers used sanitation vehicles and K-9 units to secure the parkway, and explained that the parade itself went smoothly until crowds began to surge back into the neighborhood. Bethel said, 'This was not about shutting down pride. This was about the work and the safety of the community that we serve.' He added that the department recognized mistakes, especially the decision to leave neighborhood streets open, which led to frustration and safety concerns as large groups gathered.</w:t>
      </w:r>
      <w:r/>
    </w:p>
    <w:p>
      <w:pPr>
        <w:pStyle w:val="ListNumber"/>
        <w:spacing w:line="240" w:lineRule="auto"/>
        <w:ind w:left="720"/>
      </w:pPr>
      <w:r/>
      <w:hyperlink r:id="rId13">
        <w:r>
          <w:rPr>
            <w:color w:val="0000EE"/>
            <w:u w:val="single"/>
          </w:rPr>
          <w:t>https://www.nbcphiladelphia.com/news/local/philly-leaders-seek-answers-after-15-arrested-by-police-during-pride-event/4416042/</w:t>
        </w:r>
      </w:hyperlink>
      <w:r>
        <w:t xml:space="preserve"> - Officials said 15 people were arrested during a Philly Pride event on Sunday. Philadelphia Police Commissioner Kevin Bethel responded to criticism over how some of his officers responded. NBC10’s Shaira Arias has the details. Questions and concerns were raised inside Philadelphia City Council chambers Thursday as city leaders and community members sought answers about the police response during the end of Pride festivities last weekend. Philadelphia Police continue to face criticism over their handling of crowds Sunday night. Some attendees complained about excessive force as officers worked to control gatherings at the end of the celebrations.</w:t>
      </w:r>
      <w:r/>
    </w:p>
    <w:p>
      <w:pPr>
        <w:pStyle w:val="ListNumber"/>
        <w:spacing w:line="240" w:lineRule="auto"/>
        <w:ind w:left="720"/>
      </w:pPr>
      <w:r/>
      <w:hyperlink r:id="rId11">
        <w:r>
          <w:rPr>
            <w:color w:val="0000EE"/>
            <w:u w:val="single"/>
          </w:rPr>
          <w:t>https://www.visitphilly.com/things-to-do/events/philadelphia-ourfest/</w:t>
        </w:r>
      </w:hyperlink>
      <w:r>
        <w:t xml:space="preserve"> - Philly goes all out in the name of love, acceptance and LGBTQ+ visibility each fall during OURfest. Standing for 'Our Uniting Resilience Festival,' OURfest annually marks both National Coming Out Day and LGBTQ+ History Month with a massive party in the Gayborhood. Themed 'Out Loud, Out Front: Power Protection &amp; Pride,' this year’s fest is a call for the LGBTQ+ community to come together and 'set a new standard for inclusive, community-led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18/ourfest-and-the-police/" TargetMode="External"/><Relationship Id="rId10" Type="http://schemas.openxmlformats.org/officeDocument/2006/relationships/hyperlink" Target="https://www.phillypride365.org/" TargetMode="External"/><Relationship Id="rId11" Type="http://schemas.openxmlformats.org/officeDocument/2006/relationships/hyperlink" Target="https://www.visitphilly.com/things-to-do/events/philadelphia-ourfest/" TargetMode="External"/><Relationship Id="rId12" Type="http://schemas.openxmlformats.org/officeDocument/2006/relationships/hyperlink" Target="https://www.inquirer.com/crime/gayborhood-arrests-pride-festival-philadelphia-police-20260608.html" TargetMode="External"/><Relationship Id="rId13" Type="http://schemas.openxmlformats.org/officeDocument/2006/relationships/hyperlink" Target="https://www.nbcphiladelphia.com/news/local/philly-leaders-seek-answers-after-15-arrested-by-police-during-pride-event/4416042/" TargetMode="External"/><Relationship Id="rId14" Type="http://schemas.openxmlformats.org/officeDocument/2006/relationships/hyperlink" Target="https://www.fox29.com/news/philly-police-chief-responds-claims-aggressive-conduct-toward-lgbtq-community-pride" TargetMode="External"/><Relationship Id="rId15" Type="http://schemas.openxmlformats.org/officeDocument/2006/relationships/hyperlink" Target="https://en.wikipedia.org/wiki/OutFest_Philadelph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