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Oakland Pride 2025 Moments: How Community, Music and Activism Took Centre Stage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the sights and sounds of Oakland Pride, where marchers, onlookers and vendors blended into a jubilant, community-led festival that mattered , music, local stalls and health services made it feel intimate, powerful and proudly Oakland.</w:t>
      </w:r>
      <w:r/>
    </w:p>
    <w:p>
      <w:r/>
      <w:r>
        <w:t>Essential Takeaways</w:t>
      </w:r>
      <w:r/>
      <w:r/>
    </w:p>
    <w:p>
      <w:pPr>
        <w:pStyle w:val="ListBullet"/>
        <w:spacing w:line="240" w:lineRule="auto"/>
        <w:ind w:left="720"/>
      </w:pPr>
      <w:r/>
      <w:r>
        <w:rPr>
          <w:b/>
        </w:rPr>
        <w:t>Huge turnout:</w:t>
      </w:r>
      <w:r>
        <w:t xml:space="preserve"> Organisers report well over 10,000 people downtown, with parade attendance hitting a new high and lively street energy.</w:t>
      </w:r>
      <w:r/>
    </w:p>
    <w:p>
      <w:pPr>
        <w:pStyle w:val="ListBullet"/>
        <w:spacing w:line="240" w:lineRule="auto"/>
        <w:ind w:left="720"/>
      </w:pPr>
      <w:r/>
      <w:r>
        <w:rPr>
          <w:b/>
        </w:rPr>
        <w:t>Community-first vibe:</w:t>
      </w:r>
      <w:r>
        <w:t xml:space="preserve"> Festivalgoers said Oakland felt more intimate and welcoming than larger city Prides, with families and queer nightlife faces mingling.</w:t>
      </w:r>
      <w:r/>
    </w:p>
    <w:p>
      <w:pPr>
        <w:pStyle w:val="ListBullet"/>
        <w:spacing w:line="240" w:lineRule="auto"/>
        <w:ind w:left="720"/>
      </w:pPr>
      <w:r/>
      <w:r>
        <w:rPr>
          <w:b/>
        </w:rPr>
        <w:t>Three-stage soundtrack:</w:t>
      </w:r>
      <w:r>
        <w:t xml:space="preserve"> Main, house and Latin stages kept the day moving, featuring local and national acts and DJs with a colourful lineup.</w:t>
      </w:r>
      <w:r/>
    </w:p>
    <w:p>
      <w:pPr>
        <w:pStyle w:val="ListBullet"/>
        <w:spacing w:line="240" w:lineRule="auto"/>
        <w:ind w:left="720"/>
      </w:pPr>
      <w:r/>
      <w:r>
        <w:rPr>
          <w:b/>
        </w:rPr>
        <w:t>Practical services on site:</w:t>
      </w:r>
      <w:r>
        <w:t xml:space="preserve"> A health pavilion offered public-health information and STI testing, while nonprofit and religious booths focused on outreach.</w:t>
      </w:r>
      <w:r/>
    </w:p>
    <w:p>
      <w:pPr>
        <w:pStyle w:val="ListBullet"/>
        <w:spacing w:line="240" w:lineRule="auto"/>
        <w:ind w:left="720"/>
      </w:pPr>
      <w:r/>
      <w:r>
        <w:rPr>
          <w:b/>
        </w:rPr>
        <w:t>Vendors and variety:</w:t>
      </w:r>
      <w:r>
        <w:t xml:space="preserve"> Queer-made businesses and artisans sold everything from bath goods to jewellery, helped by discounted vendor fees to encourage participation.</w:t>
      </w:r>
      <w:r/>
      <w:r/>
    </w:p>
    <w:p>
      <w:pPr>
        <w:pStyle w:val="Heading2"/>
      </w:pPr>
      <w:r>
        <w:t>A parade that felt like a neighbourhood reunion</w:t>
      </w:r>
      <w:r/>
    </w:p>
    <w:p>
      <w:r/>
      <w:r>
        <w:t>The march kicked off under clear, cheering skies and the energy was immediate , rainbow beads, revving engines and matching T-shirts everywhere you looked. The new parade leadership from the Oakland LGBTQ+ Community Center steered the route down Broadway to Frank Ogawa Plaza, and it landed with a warmth that felt personal rather than corporate. Organisers tell us attendance broke records, and that sense of a full, supportive street made the day feel like a genuine community reunion rather than a tour stop. If you’re planning to attend next year, get there early for a good pavement spot and bring a folding chair , you’ll want to linger.</w:t>
      </w:r>
      <w:r/>
    </w:p>
    <w:p>
      <w:pPr>
        <w:pStyle w:val="Heading2"/>
      </w:pPr>
      <w:r>
        <w:t>Groups on the frontline: Bruthas Rising and longstanding clubs</w:t>
      </w:r>
      <w:r/>
    </w:p>
    <w:p>
      <w:r/>
      <w:r>
        <w:t>Bruthas Rising led the procession, a reminder that local affinity groups anchor Pride in lived experience. Motorcycle clubs such as Dykes on Bikes and Soul Fire were there too, offering the spectacle and solidarity people expect. Founded community groups offered both celebration and services, and that mix is exactly why many folks said Oakland Pride feels rooted. When you see groups that also provide testing, resources and peer support, the parade becomes more than performance , it’s civic infrastructure with glitter.</w:t>
      </w:r>
      <w:r/>
    </w:p>
    <w:p>
      <w:pPr>
        <w:pStyle w:val="Heading2"/>
      </w:pPr>
      <w:r>
        <w:t>A festival soundtrack for every mood</w:t>
      </w:r>
      <w:r/>
    </w:p>
    <w:p>
      <w:r/>
      <w:r>
        <w:t>Three stages meant choices: a main stage for headline acts, a house music stage for dancing, and a Latin stage that kept feet moving into the evening. Acts ranged from DJs to live bands and performers who brought everything from quiet vulnerability to confetti-friendly pop. For anyone picking a Pride to match a musical taste, Oakland’s multi-stage approach is smart , different corners of the plaza carried different energies, so you could float between chill and full-on party without missing much.</w:t>
      </w:r>
      <w:r/>
    </w:p>
    <w:p>
      <w:pPr>
        <w:pStyle w:val="Heading2"/>
      </w:pPr>
      <w:r>
        <w:t>Practical help and public health, right where the party is</w:t>
      </w:r>
      <w:r/>
    </w:p>
    <w:p>
      <w:r/>
      <w:r>
        <w:t>It wasn’t just music and merch; the health pavilion at Frank Ogawa Plaza made public-health resources visible and easy to use. Alameda County staff handed out information and CAL-PEP offered STI testing, which made it simple for festivalgoers to combine celebration with sensible care. Vendors and nonprofit booths created touchpoints for spiritual, mental-health and community services, too. If you value events that balance joy with support, Oakland Pride’s lineup of booths showed how festivals can be both fun and useful.</w:t>
      </w:r>
      <w:r/>
    </w:p>
    <w:p>
      <w:pPr>
        <w:pStyle w:val="Heading2"/>
      </w:pPr>
      <w:r>
        <w:t>Small business, queer makers and genuine networking</w:t>
      </w:r>
      <w:r/>
    </w:p>
    <w:p>
      <w:r/>
      <w:r>
        <w:t>Queer vendors like Rainbow Bath Essentials set up shop alongside artisan stalls, and organisers offered discounted fees to encourage participation. The result looked like a little marketplace of favourites you might only find at local queer gatherings , soaps, prints, jewellery and more. For creators, the day was as much an opportunity to reconnect with an audience as it was a sales event. If you run a stall next time, factor in the social side: it’s where returning customers are made.</w:t>
      </w:r>
      <w:r/>
    </w:p>
    <w:p>
      <w:pPr>
        <w:pStyle w:val="Heading2"/>
      </w:pPr>
      <w:r>
        <w:t>Politics, recognition and a civic stage</w:t>
      </w:r>
      <w:r/>
    </w:p>
    <w:p>
      <w:r/>
      <w:r>
        <w:t>Local leaders took visible roles, from councilmembers serving as grand marshals to Mayor Barbara Lee giving a short speech. Her message of advocacy and inclusivity , and her stage presence after recent major civic shifts , underscored how Pride in Oakland sits at the intersection of culture and politics. That visibility matters; it signals support to attendees and keeps community issues in the public eye. Expect future events to keep mixing performance with policy conversations.</w:t>
      </w:r>
      <w:r/>
    </w:p>
    <w:p>
      <w:r/>
      <w:r>
        <w:t>It's a small change that can make every Pride moment feel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[2]</w:t>
        </w:r>
      </w:hyperlink>
      <w:r>
        <w:t xml:space="preserve">- Paragraph 2: </w:t>
      </w:r>
      <w:hyperlink r:id="rId12">
        <w:r>
          <w:rPr>
            <w:color w:val="0000EE"/>
            <w:u w:val="single"/>
          </w:rPr>
          <w:t>[3]</w:t>
        </w:r>
      </w:hyperlink>
      <w:r>
        <w:t xml:space="preserve">, </w:t>
      </w:r>
      <w:hyperlink r:id="rId11">
        <w:r>
          <w:rPr>
            <w:color w:val="0000EE"/>
            <w:u w:val="single"/>
          </w:rPr>
          <w:t>[2]</w:t>
        </w:r>
      </w:hyperlink>
      <w:r>
        <w:t xml:space="preserve">- Paragraph 3: </w:t>
      </w:r>
      <w:hyperlink r:id="rId10">
        <w:r>
          <w:rPr>
            <w:color w:val="0000EE"/>
            <w:u w:val="single"/>
          </w:rPr>
          <w:t>[4]</w:t>
        </w:r>
      </w:hyperlink>
      <w:r>
        <w:t xml:space="preserve">, </w:t>
      </w:r>
      <w:hyperlink r:id="rId11">
        <w:r>
          <w:rPr>
            <w:color w:val="0000EE"/>
            <w:u w:val="single"/>
          </w:rPr>
          <w:t>[2]</w:t>
        </w:r>
      </w:hyperlink>
      <w:r>
        <w:t xml:space="preserve">- Paragraph 4: </w:t>
      </w:r>
      <w:hyperlink r:id="rId12">
        <w:r>
          <w:rPr>
            <w:color w:val="0000EE"/>
            <w:u w:val="single"/>
          </w:rPr>
          <w:t>[3]</w:t>
        </w:r>
      </w:hyperlink>
      <w:r>
        <w:t xml:space="preserve">, </w:t>
      </w:r>
      <w:hyperlink r:id="rId10">
        <w:r>
          <w:rPr>
            <w:color w:val="0000EE"/>
            <w:u w:val="single"/>
          </w:rPr>
          <w:t>[4]</w:t>
        </w:r>
      </w:hyperlink>
      <w:r>
        <w:t xml:space="preserve">- Paragraph 5: </w:t>
      </w:r>
      <w:hyperlink r:id="rId11">
        <w:r>
          <w:rPr>
            <w:color w:val="0000EE"/>
            <w:u w:val="single"/>
          </w:rPr>
          <w:t>[2]</w:t>
        </w:r>
      </w:hyperlink>
      <w:r>
        <w:t xml:space="preserve">, </w:t>
      </w:r>
      <w:hyperlink r:id="rId13">
        <w:r>
          <w:rPr>
            <w:color w:val="0000EE"/>
            <w:u w:val="single"/>
          </w:rPr>
          <w:t>[7]</w:t>
        </w:r>
      </w:hyperlink>
      <w:r>
        <w:t xml:space="preserve">- Paragraph 6: </w:t>
      </w:r>
      <w:hyperlink r:id="rId11">
        <w:r>
          <w:rPr>
            <w:color w:val="0000EE"/>
            <w:u w:val="single"/>
          </w:rPr>
          <w:t>[2]</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https://www.ebar.com/story/169417/</w:t>
        </w:r>
      </w:hyperlink>
      <w:r>
        <w:t xml:space="preserve"> - Please view link - unable to able to access data</w:t>
      </w:r>
      <w:r/>
    </w:p>
    <w:p>
      <w:pPr>
        <w:pStyle w:val="ListNumber"/>
        <w:spacing w:line="240" w:lineRule="auto"/>
        <w:ind w:left="720"/>
      </w:pPr>
      <w:r/>
      <w:hyperlink r:id="rId11">
        <w:r>
          <w:rPr>
            <w:color w:val="0000EE"/>
            <w:u w:val="single"/>
          </w:rPr>
          <w:t>https://www.oaklandprideofficial.org/</w:t>
        </w:r>
      </w:hyperlink>
      <w:r>
        <w:t xml:space="preserve"> - Oakland Pride is a non-profit organisation dedicated to promoting equality, social justice, and civic involvement within Oakland and neighbouring communities. Since 2010, it has provided a platform for the LGBTQ+ community, supporting BIPOC businesses and non-profits, and highlighting available resources through various events leading up to the annual Oakland Pride Festival and Parade. The 2026 event is scheduled for August 16 in downtown Oakland, featuring a vibrant parade, local artists, and community programming.</w:t>
      </w:r>
      <w:r/>
    </w:p>
    <w:p>
      <w:pPr>
        <w:pStyle w:val="ListNumber"/>
        <w:spacing w:line="240" w:lineRule="auto"/>
        <w:ind w:left="720"/>
      </w:pPr>
      <w:r/>
      <w:hyperlink r:id="rId12">
        <w:r>
          <w:rPr>
            <w:color w:val="0000EE"/>
            <w:u w:val="single"/>
          </w:rPr>
          <w:t>https://www.oaklandlgbtqcenter.org/</w:t>
        </w:r>
      </w:hyperlink>
      <w:r>
        <w:t xml:space="preserve"> - The Oakland LGBTQ+ Community Center offers safe, inclusive spaces for wellness, connection, support, and empowerment. Their mission includes providing services such as youth support, trans support, sexual health and wellness, food pantry, and senior services. The centre also hosts events like the annual Pride Parade and Festival, celebrating the diversity and joy of Oakland’s LGBTQ+ community. Their regular hours are Monday–Friday, 12:00–6:00 PM, with some Saturdays open for group activities and medical services.</w:t>
      </w:r>
      <w:r/>
    </w:p>
    <w:p>
      <w:pPr>
        <w:pStyle w:val="ListNumber"/>
        <w:spacing w:line="240" w:lineRule="auto"/>
        <w:ind w:left="720"/>
      </w:pPr>
      <w:r/>
      <w:hyperlink r:id="rId10">
        <w:r>
          <w:rPr>
            <w:color w:val="0000EE"/>
            <w:u w:val="single"/>
          </w:rPr>
          <w:t>https://www.cbsnews.com/sanfrancisco/news/oakland-celebrates-lgbtq-pride-festival/</w:t>
        </w:r>
      </w:hyperlink>
      <w:r>
        <w:t xml:space="preserve"> - Oakland Pride returned to the city's streets with cheerful crowds filling several downtown blocks for the Sunday festival and parade. Organised by Oakland Pride and Pridefest Oakland, the event celebrated the cultures and diversity of the LGBTQ+ community in Oakland and the surrounding Bay Area. The festivities spanned multiple blocks on and around Franklin Street in the Uptown neighbourhood, featuring four areas and three stages with live entertainment, including headlining performances by Canadian R&amp;B singer Deborah Cox and Latin vocal star Diana Reyes. The annual Oakland Pride Parade began at 11 a.m., travelling down Broadway from 14th Street to 21st Street. While the parade was free for the public to attend, ticket purchase was required to enter the festival.</w:t>
      </w:r>
      <w:r/>
    </w:p>
    <w:p>
      <w:pPr>
        <w:pStyle w:val="ListNumber"/>
        <w:spacing w:line="240" w:lineRule="auto"/>
        <w:ind w:left="720"/>
      </w:pPr>
      <w:r/>
      <w:hyperlink r:id="rId14">
        <w:r>
          <w:rPr>
            <w:color w:val="0000EE"/>
            <w:u w:val="single"/>
          </w:rPr>
          <w:t>https://www.oaklandblackpride.org/events/the-cookout</w:t>
        </w:r>
      </w:hyperlink>
      <w:r>
        <w:t xml:space="preserve"> - The Cookout, presented by The MOTION COLLECTIVE and 7000COILS empowered by Oakland Black Pride, is a radical safe space centering Black trans and queer joy, wellness, and culture. Scheduled for Sunday, July 2, 2023, from 3:00 PM to 8:00 PM at 1551 Madison St, Oakland, CA 94612, the event aims to create a safe environment for Black queer and trans individuals to celebrate their identities. Non-Black POC and white attendees are encouraged to support by donating and gifting a ticket to a Black queer/trans person.</w:t>
      </w:r>
      <w:r/>
    </w:p>
    <w:p>
      <w:pPr>
        <w:pStyle w:val="ListNumber"/>
        <w:spacing w:line="240" w:lineRule="auto"/>
        <w:ind w:left="720"/>
      </w:pPr>
      <w:r/>
      <w:hyperlink r:id="rId15">
        <w:r>
          <w:rPr>
            <w:color w:val="0000EE"/>
            <w:u w:val="single"/>
          </w:rPr>
          <w:t>https://www.lgbtqnation.com/2023/06/inside-oakland-black-pride-a-5-day-festival-centering-queer-people-of-color/</w:t>
        </w:r>
      </w:hyperlink>
      <w:r>
        <w:t xml:space="preserve"> - The third annual Oakland Black Pride Festival, a five-day series of events including workshops, a cookout, and a bar crawl, aims to serve the particular needs of the San Francisco Bay Area’s Black queer community. Founded by Olaywa K. Austin, the festival focuses on both celebration and education, with the goal of finding nuanced solutions to service the needs of the community. The events are designed to create a space for Black queer and trans individuals to celebrate their identities and culture.</w:t>
      </w:r>
      <w:r/>
    </w:p>
    <w:p>
      <w:pPr>
        <w:pStyle w:val="ListNumber"/>
        <w:spacing w:line="240" w:lineRule="auto"/>
        <w:ind w:left="720"/>
      </w:pPr>
      <w:r/>
      <w:hyperlink r:id="rId13">
        <w:r>
          <w:rPr>
            <w:color w:val="0000EE"/>
            <w:u w:val="single"/>
          </w:rPr>
          <w:t>https://www.oaklandprideofficial.org/about</w:t>
        </w:r>
      </w:hyperlink>
      <w:r>
        <w:t xml:space="preserve"> - Oakland Pride is a non-profit organisation dedicated to promoting equality, social justice, and civic involvement within Oakland and neighbouring communities. Since 2010, it has provided a platform for the LGBTQ+ community, supporting BIPOC businesses and non-profits, and highlighting available resources through various events leading up to the annual Oakland Pride Festival and Parade. The 2026 event is scheduled for August 16 in downtown Oakland, featuring a vibrant parade, local artists, and community programming.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9417/" TargetMode="External"/><Relationship Id="rId10" Type="http://schemas.openxmlformats.org/officeDocument/2006/relationships/hyperlink" Target="https://www.cbsnews.com/sanfrancisco/news/oakland-celebrates-lgbtq-pride-festival/" TargetMode="External"/><Relationship Id="rId11" Type="http://schemas.openxmlformats.org/officeDocument/2006/relationships/hyperlink" Target="https://www.oaklandprideofficial.org/" TargetMode="External"/><Relationship Id="rId12" Type="http://schemas.openxmlformats.org/officeDocument/2006/relationships/hyperlink" Target="https://www.oaklandlgbtqcenter.org/" TargetMode="External"/><Relationship Id="rId13" Type="http://schemas.openxmlformats.org/officeDocument/2006/relationships/hyperlink" Target="https://www.oaklandprideofficial.org/about" TargetMode="External"/><Relationship Id="rId14" Type="http://schemas.openxmlformats.org/officeDocument/2006/relationships/hyperlink" Target="https://www.oaklandblackpride.org/events/the-cookout" TargetMode="External"/><Relationship Id="rId15" Type="http://schemas.openxmlformats.org/officeDocument/2006/relationships/hyperlink" Target="https://www.lgbtqnation.com/2023/06/inside-oakland-black-pride-a-5-day-festival-centering-queer-people-of-col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