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Nighttime Pride Parade Coverage: How Pride Houston 365 Pulled Off the Rescheduled 48th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revelers returned to downtown Houston as Pride Houston 365 staged a rescheduled, nighttime 48th Pride parade on August 15, offering a safer, cooler celebration after June’s cancellation, here’s what organisers did, what to expect at future events, and practical tips for enjoying a summer Pride in the heat.</w:t>
      </w:r>
      <w:r/>
    </w:p>
    <w:p>
      <w:r/>
      <w:r>
        <w:t>Essential Takeaways</w:t>
      </w:r>
      <w:r/>
      <w:r/>
    </w:p>
    <w:p>
      <w:pPr>
        <w:pStyle w:val="ListBullet"/>
        <w:spacing w:line="240" w:lineRule="auto"/>
        <w:ind w:left="720"/>
      </w:pPr>
      <w:r/>
      <w:r>
        <w:rPr>
          <w:b/>
        </w:rPr>
        <w:t>Rescheduled date:</w:t>
      </w:r>
      <w:r>
        <w:t xml:space="preserve"> Pride Houston 365 moved the 48th annual parade to the evening of August 15 after severe weather cancelled the original June event.</w:t>
      </w:r>
      <w:r/>
    </w:p>
    <w:p>
      <w:pPr>
        <w:pStyle w:val="ListBullet"/>
        <w:spacing w:line="240" w:lineRule="auto"/>
        <w:ind w:left="720"/>
      </w:pPr>
      <w:r/>
      <w:r>
        <w:rPr>
          <w:b/>
        </w:rPr>
        <w:t>Strong turnout:</w:t>
      </w:r>
      <w:r>
        <w:t xml:space="preserve"> Nearly 90 contingents marched, following drag performances at Hermann Square, creating a lively, colourful start to the route.</w:t>
      </w:r>
      <w:r/>
    </w:p>
    <w:p>
      <w:pPr>
        <w:pStyle w:val="ListBullet"/>
        <w:spacing w:line="240" w:lineRule="auto"/>
        <w:ind w:left="720"/>
      </w:pPr>
      <w:r/>
      <w:r>
        <w:rPr>
          <w:b/>
        </w:rPr>
        <w:t>Expanded heat safety:</w:t>
      </w:r>
      <w:r>
        <w:t xml:space="preserve"> Forty-eight hydration stations and multiple cooling tents with misting fans were deployed, and EMT teams patrolled the route.</w:t>
      </w:r>
      <w:r/>
    </w:p>
    <w:p>
      <w:pPr>
        <w:pStyle w:val="ListBullet"/>
        <w:spacing w:line="240" w:lineRule="auto"/>
        <w:ind w:left="720"/>
      </w:pPr>
      <w:r/>
      <w:r>
        <w:rPr>
          <w:b/>
        </w:rPr>
        <w:t>Organisers’ approach:</w:t>
      </w:r>
      <w:r>
        <w:t xml:space="preserve"> Pride Houston 365 leadership balanced city resources, community scheduling and public safety when choosing the new date and nighttime format.</w:t>
      </w:r>
      <w:r/>
    </w:p>
    <w:p>
      <w:pPr>
        <w:pStyle w:val="ListBullet"/>
        <w:spacing w:line="240" w:lineRule="auto"/>
        <w:ind w:left="720"/>
      </w:pPr>
      <w:r/>
      <w:r>
        <w:rPr>
          <w:b/>
        </w:rPr>
        <w:t>What to bring:</w:t>
      </w:r>
      <w:r>
        <w:t xml:space="preserve"> Light clothing, refillable bottle for water stations, a small fan or cooling towel, and a plan for meeting points in the dark.</w:t>
      </w:r>
      <w:r/>
      <w:r/>
    </w:p>
    <w:p>
      <w:pPr>
        <w:pStyle w:val="Heading2"/>
      </w:pPr>
      <w:r>
        <w:t>Why organisers chose an evening parade this year</w:t>
      </w:r>
      <w:r/>
    </w:p>
    <w:p>
      <w:r/>
      <w:r>
        <w:t>Heat and weather forced a rethink, and the result felt immediate: a cooler, electric atmosphere under the city lights. According to Pride Houston 365 organisers, the June cancellation followed severe weather that made the original plans unsafe, so they worked with city officials and community partners to reschedule for mid‑August. The decision to run the procession at night wasn’t just theatrical, officials wanted lower daytime temperatures and better conditions for both performers and marchers. Nighttime also changed the vibe. The parade started after drag performances at Hermann Square, and the glow from floats and stages gave the route a festival feel that kept spirits high despite lingering summer warmth.</w:t>
      </w:r>
      <w:r/>
    </w:p>
    <w:p>
      <w:pPr>
        <w:pStyle w:val="Heading2"/>
      </w:pPr>
      <w:r>
        <w:t>How safety and heat measures were stepped up</w:t>
      </w:r>
      <w:r/>
    </w:p>
    <w:p>
      <w:r/>
      <w:r>
        <w:t>Organisers treated heat risk like the front‑of‑mind issue it is, more stations, more shade, more medics. Pride Houston 365 set up 48 hydration stations handing out free bottled water along the route, and cooling tents with misting fans near staging areas; EMT personnel were stationed throughout the event. That kind of layered support matters when a march draws thousands in high temperatures. If you’re attending future summer Pride events, look for the hydration points on maps, use cooling tents early rather than waiting until you feel faint, and flag an EMT as soon as you notice dizziness or nausea.</w:t>
      </w:r>
      <w:r/>
    </w:p>
    <w:p>
      <w:pPr>
        <w:pStyle w:val="Heading2"/>
      </w:pPr>
      <w:r>
        <w:t>What the turnout and contingents tell us about Houston’s Pride scene</w:t>
      </w:r>
      <w:r/>
    </w:p>
    <w:p>
      <w:r/>
      <w:r>
        <w:t>Nearly 90 contingents marched, which shows the parade’s appetite for participation remains healthy. Groups ranged from community organisations and corporate contingents to local arts performers, all stepping off after the drag set, so you got a sense of both grassroots energy and broader civic involvement. Coverage from local outlets and Pride Houston’s own communications emphasised collaboration with city resources to ensure the event ran smoothly. The mix of participants suggests Houston’s Pride is balancing celebration with civic purpose, and that future parades will likely keep pushing for inclusive representation while strengthening operational planning.</w:t>
      </w:r>
      <w:r/>
    </w:p>
    <w:p>
      <w:pPr>
        <w:pStyle w:val="Heading2"/>
      </w:pPr>
      <w:r>
        <w:t>Practical tips for enjoying a nighttime parade in summer</w:t>
      </w:r>
      <w:r/>
    </w:p>
    <w:p>
      <w:r/>
      <w:r>
        <w:t>A night parade sounds easier on the temperature, but the city heat and crowds still demand a bit of prep. Wear light, breathable clothing and sensible shoes, carry a refillable bottle to top up at hydration stations, and bring a small portable fan or cooling towel for extra relief. Pick a meeting spot near a landmark in daylight, it's much harder to find friends after dusk, and note the locations of first aid tents and EMT teams when you arrive. If you’ve got accessibility needs, contact Pride Houston ahead of time; organisers usually publish maps and information on staging and cooling areas so you can plan a stress‑free route.</w:t>
      </w:r>
      <w:r/>
    </w:p>
    <w:p>
      <w:pPr>
        <w:pStyle w:val="Heading2"/>
      </w:pPr>
      <w:r>
        <w:t>What this reschedule means for future Pride planning</w:t>
      </w:r>
      <w:r/>
    </w:p>
    <w:p>
      <w:r/>
      <w:r>
        <w:t>Rescheduling after cancellation isn’t ideal, but it pushed organisers to tighten emergency planning and public‑safety infrastructure. Pride Houston 365’s choice to shift to an evening slot, while expanding hydration, cooling and medical coverage, reads like a practical blueprint for other events grappling with heat and unpredictable weather. According to local reporting and statements from organisers, balancing community calendars and city resources was central to the decision, and that kind of coordination will matter more as summers get hotter. Looking forward, expect organisers to publish clearer heat‑safety plans earlier, and for attendees to arrive better prepared, which makes the whole thing more enjoyable for everyone.</w:t>
      </w:r>
      <w:r/>
    </w:p>
    <w:p>
      <w:r/>
      <w:r>
        <w:t>It's a small operational change that can make every celebration safer and more fun, plan ahead, stay cool, and enjoy the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2">
        <w:r>
          <w:rPr>
            <w:color w:val="0000EE"/>
            <w:u w:val="single"/>
          </w:rPr>
          <w:t>[7]</w:t>
        </w:r>
      </w:hyperlink>
      <w:r>
        <w:t xml:space="preserve">- Paragraph 5: </w:t>
      </w:r>
      <w:hyperlink r:id="rId10">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https://www.outsmartmagazine.com/2026/08/pride-houston-365-48th-annual-pride-parade-2026-pt-i/</w:t>
        </w:r>
      </w:hyperlink>
      <w:r>
        <w:t xml:space="preserve"> - Please view link - unable to able to access data</w:t>
      </w:r>
      <w:r/>
    </w:p>
    <w:p>
      <w:pPr>
        <w:pStyle w:val="ListNumber"/>
        <w:spacing w:line="240" w:lineRule="auto"/>
        <w:ind w:left="720"/>
      </w:pPr>
      <w:r/>
      <w:hyperlink r:id="rId9">
        <w:r>
          <w:rPr>
            <w:color w:val="0000EE"/>
            <w:u w:val="single"/>
          </w:rPr>
          <w:t>https://www.outsmartmagazine.com/2026/08/pride-houston-365-48th-annual-pride-parade-2026-pt-i/</w:t>
        </w:r>
      </w:hyperlink>
      <w:r>
        <w:t xml:space="preserve"> - Pride Houston 365's 48th Annual Pride Parade took place on August 15, 2026, in downtown Houston, following a postponement due to severe weather in June. The nighttime event featured nearly 90 contingents and commenced after drag performances at Hermann Square. Organisers implemented enhanced heat-safety measures, including 48 hydration stations offering free bottled water along the route and cooling tents with misting fans near the staging area. EMT personnel were present throughout the event. Pride Houston 365 President Kerry-Ann Morrison stated that organisers carefully considered scheduling, community events, and city resources.</w:t>
      </w:r>
      <w:r/>
    </w:p>
    <w:p>
      <w:pPr>
        <w:pStyle w:val="ListNumber"/>
        <w:spacing w:line="240" w:lineRule="auto"/>
        <w:ind w:left="720"/>
      </w:pPr>
      <w:r/>
      <w:hyperlink r:id="rId13">
        <w:r>
          <w:rPr>
            <w:color w:val="0000EE"/>
            <w:u w:val="single"/>
          </w:rPr>
          <w:t>https://www.houstonchronicle.com/news/houston-texas/article/pride-parade-houston-canceled-22292664.php/</w:t>
        </w:r>
      </w:hyperlink>
      <w:r>
        <w:t xml:space="preserve"> - The 48th Annual Official Houston LGBT Pride Celebration, scheduled for June 6, 2026, was cancelled due to severe weather and flooding conditions. Attendees gathered in the rain during the event, but the parade was called off hours before it was set to begin. The festival continued as planned, but the parade was postponed to August 15, 2026. The cancellation was announced by organisers, who cited safety concerns due to the inclement weather.</w:t>
      </w:r>
      <w:r/>
    </w:p>
    <w:p>
      <w:pPr>
        <w:pStyle w:val="ListNumber"/>
        <w:spacing w:line="240" w:lineRule="auto"/>
        <w:ind w:left="720"/>
      </w:pPr>
      <w:r/>
      <w:hyperlink r:id="rId10">
        <w:r>
          <w:rPr>
            <w:color w:val="0000EE"/>
            <w:u w:val="single"/>
          </w:rPr>
          <w:t>https://www.houstonchronicle.com/news/houston-texas/trending/article/pride-parade-rescheduled-22324473.php/</w:t>
        </w:r>
      </w:hyperlink>
      <w:r>
        <w:t xml:space="preserve"> - Houston's official Pride Parade was rescheduled to August 15, 2026, after being rained out earlier in June and further delayed by events surrounding the FIFA World Cup. Houston Pride 365, the LGBT non-profit organisation hosting the parade, announced the new date on social media, stating, "Let's make August 15 iconic — The Parade is officially happening, and we're coming louder than ever." The parade was initially set for June 6 but was postponed due to severe weather and flooding conditions.</w:t>
      </w:r>
      <w:r/>
    </w:p>
    <w:p>
      <w:pPr>
        <w:pStyle w:val="ListNumber"/>
        <w:spacing w:line="240" w:lineRule="auto"/>
        <w:ind w:left="720"/>
      </w:pPr>
      <w:r/>
      <w:hyperlink r:id="rId14">
        <w:r>
          <w:rPr>
            <w:color w:val="0000EE"/>
            <w:u w:val="single"/>
          </w:rPr>
          <w:t>https://www.fox26houston.com/news/new-houston-pride-2026-parade-date-august/</w:t>
        </w:r>
      </w:hyperlink>
      <w:r>
        <w:t xml:space="preserve"> - Pride Houston 365 announced that the 2026 Pride Parade would take place on Saturday, August 15, 2026, in downtown Houston. The parade was originally scheduled for June 6 but was postponed due to storms moving over Houston all day. Organisers met with the Houston Mayor's Office of Special Events to determine the new date. The announcement did not list the start time for the new parade date, and the original parade was scheduled for 7 p.m.</w:t>
      </w:r>
      <w:r/>
    </w:p>
    <w:p>
      <w:pPr>
        <w:pStyle w:val="ListNumber"/>
        <w:spacing w:line="240" w:lineRule="auto"/>
        <w:ind w:left="720"/>
      </w:pPr>
      <w:r/>
      <w:hyperlink r:id="rId11">
        <w:r>
          <w:rPr>
            <w:color w:val="0000EE"/>
            <w:u w:val="single"/>
          </w:rPr>
          <w:t>https://www.houstonpress.com/news/the-pride-parade-must-go-on-in-august/</w:t>
        </w:r>
      </w:hyperlink>
      <w:r>
        <w:t xml:space="preserve"> - Organisers of the annual Houston Pride LGBTQ+ Celebration Festival and Parade had to reschedule the event twice due to the World Cup and inclement weather. The parade was planned for 7 p.m. on August 15, 2026. Pride Houston 365 board president Kerry-Ann Morrison was working to schedule donations of water, ice, misting stations, and METRO cooling buses. The parade route runs two miles from Montrose and Allen Parkway to Milam and Pease streets. Morrison expressed confidence that the event would come together, emphasising the unity that the Pride Parade represents.</w:t>
      </w:r>
      <w:r/>
    </w:p>
    <w:p>
      <w:pPr>
        <w:pStyle w:val="ListNumber"/>
        <w:spacing w:line="240" w:lineRule="auto"/>
        <w:ind w:left="720"/>
      </w:pPr>
      <w:r/>
      <w:hyperlink r:id="rId12">
        <w:r>
          <w:rPr>
            <w:color w:val="0000EE"/>
            <w:u w:val="single"/>
          </w:rPr>
          <w:t>https://pridehouston.org/</w:t>
        </w:r>
      </w:hyperlink>
      <w:r>
        <w:t xml:space="preserve"> - Pride Houston 365 is a volunteer-run, 501(c)(3) non-profit organisation that has organised the official Houston LGBT Pride Celebration every year in Montrose or downtown Houston. The organisation hosts the largest Pride celebration in the South, uniting communities from across the region to celebrate identity, visibility, and equality. Hundreds of participating groups from grassroots organisations to major companies and performance collectives join the festivities each year in downtown Houston to honour nearly five decades of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pride-houston-365-48th-annual-pride-parade-2026-pt-i/" TargetMode="External"/><Relationship Id="rId10" Type="http://schemas.openxmlformats.org/officeDocument/2006/relationships/hyperlink" Target="https://www.houstonchronicle.com/news/houston-texas/trending/article/pride-parade-rescheduled-22324473.php/" TargetMode="External"/><Relationship Id="rId11" Type="http://schemas.openxmlformats.org/officeDocument/2006/relationships/hyperlink" Target="https://www.houstonpress.com/news/the-pride-parade-must-go-on-in-august/" TargetMode="External"/><Relationship Id="rId12" Type="http://schemas.openxmlformats.org/officeDocument/2006/relationships/hyperlink" Target="https://pridehouston.org/" TargetMode="External"/><Relationship Id="rId13" Type="http://schemas.openxmlformats.org/officeDocument/2006/relationships/hyperlink" Target="https://www.houstonchronicle.com/news/houston-texas/article/pride-parade-houston-canceled-22292664.php/" TargetMode="External"/><Relationship Id="rId14" Type="http://schemas.openxmlformats.org/officeDocument/2006/relationships/hyperlink" Target="https://www.fox26houston.com/news/new-houston-pride-2026-parade-date-augu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