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Best New Sapphic Lounge in Orlando: Sapphire Lounge Opens This September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340810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408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Shoppers and night owls are buzzing , Orlando is getting a dedicated Sapphic+ lounge and restaurant. Owners Jay Ruiz and chef Mel Vitale plan to reopen the Parramore spot formerly home to Heatwave and Stonewall on Labour Day weekend, promising a restaurant-bar with late-night Mexican-inspired food, live shows and a community-first vibe.</w:t>
      </w:r>
      <w:r/>
    </w:p>
    <w:p>
      <w:r/>
      <w:r>
        <w:t>Essential Takeaways</w:t>
      </w:r>
      <w:r/>
      <w:r/>
    </w:p>
    <w:p>
      <w:pPr>
        <w:pStyle w:val="ListBullet"/>
        <w:spacing w:line="240" w:lineRule="auto"/>
        <w:ind w:left="720"/>
      </w:pPr>
      <w:r/>
      <w:r>
        <w:rPr>
          <w:b/>
        </w:rPr>
        <w:t>What it is:</w:t>
      </w:r>
      <w:r>
        <w:t xml:space="preserve"> A Sapphic+ lounge and restaurant billed as Orlando’s first lesbian-focused nightspot in years.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When it opens:</w:t>
      </w:r>
      <w:r>
        <w:t xml:space="preserve"> Grand opening on Friday, 4 September at 9 p.m.; tickets start at $19.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Who’s behind it:</w:t>
      </w:r>
      <w:r>
        <w:t xml:space="preserve"> Nightlife entrepreneur Jay Ruiz and chef/Mel Vitale, both positioning the space as a safe, lively hub.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Vibe and offering:</w:t>
      </w:r>
      <w:r>
        <w:t xml:space="preserve"> Main room, patio and rooftop lounge with live music, drag, DJs, burlesque, watch parties, cocktails and late-night Mexican-inspired plates.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Practical note:</w:t>
      </w:r>
      <w:r>
        <w:t xml:space="preserve"> The venue is near the soccer stadium , expect parking challenges during big events, so plan ahead.</w:t>
      </w:r>
      <w:r/>
      <w:r/>
    </w:p>
    <w:p>
      <w:pPr>
        <w:pStyle w:val="Heading2"/>
      </w:pPr>
      <w:r>
        <w:t>A long-awaited lesbian-focused hangout lands in Parramore</w:t>
      </w:r>
      <w:r/>
    </w:p>
    <w:p>
      <w:r/>
      <w:r>
        <w:t>Orlando hasn’t had a dedicated lesbian-focused space since Faces closed in 2007, so this is a proper moment for locals who’ve been missing a place to gather. The building on Church Street has hosted Heatwave and Stonewall, so it already feels familiar to the city’s queer nightlife crowd. Owners describe Sapphire Lounge as a “safe space for the lesbian community,” and the décor peeks from the promo are already getting people talking online.</w:t>
      </w:r>
      <w:r/>
    </w:p>
    <w:p>
      <w:pPr>
        <w:pStyle w:val="Heading2"/>
      </w:pPr>
      <w:r>
        <w:t>Food, cocktails and late-night bites , a menu with personality</w:t>
      </w:r>
      <w:r/>
    </w:p>
    <w:p>
      <w:r/>
      <w:r>
        <w:t>Chef Mel Vitale is promising Mexican-inspired dishes served into the late hours, which fits a city that loves flavour after dark. Expect sharable plates and comfort-forward items that pair well with cocktails. If you’re the type who loves to snack between sets or needs something to soak up a long night, this approach makes practical sense. And yes, the cocktail programme is meant to match the energy , think signature drinks that suit both a chill patio evening and a louder upstairs party.</w:t>
      </w:r>
      <w:r/>
    </w:p>
    <w:p>
      <w:pPr>
        <w:pStyle w:val="Heading2"/>
      </w:pPr>
      <w:r>
        <w:t>Entertainment on every level , from chill to full-on party</w:t>
      </w:r>
      <w:r/>
    </w:p>
    <w:p>
      <w:r/>
      <w:r>
        <w:t>The venue is laid out with a main room, a patio and an open-air upstairs lounge so organisers can scale events by mood. They’ve promised an events calendar full of live music, drag, burlesque and DJs, plus watch parties , a mix that aims to keep things fresh every week. If you’ve been to other multi-level spots, you’ll know the benefit: you can duck out of a rowdy set into a quieter corner without leaving the building.</w:t>
      </w:r>
      <w:r/>
    </w:p>
    <w:p>
      <w:pPr>
        <w:pStyle w:val="Heading2"/>
      </w:pPr>
      <w:r>
        <w:t>Location wins and headaches , near the stadium, so plan parking</w:t>
      </w:r>
      <w:r/>
    </w:p>
    <w:p>
      <w:r/>
      <w:r>
        <w:t>Being close to the soccer stadium brings footfall on match days but also familiar headaches: crowds, road closures and scarce parking when big events roll through. Owners will need to juggle event calendars carefully to avoid clashes, and punters should consider rideshares or arriving early. It’s a roomy, aesthetic building, though, so once you’re inside the vibe should feel open and social.</w:t>
      </w:r>
      <w:r/>
    </w:p>
    <w:p>
      <w:pPr>
        <w:pStyle w:val="Heading2"/>
      </w:pPr>
      <w:r>
        <w:t>Grand opening energy , a timely, starry kickoff</w:t>
      </w:r>
      <w:r/>
    </w:p>
    <w:p>
      <w:r/>
      <w:r>
        <w:t>Sapphire Lounge launches over Labour Day weekend with a grand opening hosted by Magan and Dayna from Netflix’s The Ultimatum: Queer Love, so expect a buzzy, ticketed kickoff. Tickets start at a modest price, and the launch is already lighting up local feeds with a mix of optimism and playful shade from prior iterations. For the lesbian community and allies, it’s an invitation to come see if this iteration sticks , and to bring the good energy.</w:t>
      </w:r>
      <w:r/>
    </w:p>
    <w:p>
      <w:r/>
      <w:r>
        <w:t>It’s a small change that could make nights out feel more inclusive and joyful.</w:t>
      </w:r>
      <w:r/>
    </w:p>
    <w:p>
      <w:pPr>
        <w:pStyle w:val="Heading3"/>
      </w:pPr>
      <w:r>
        <w:t>Source Reference Map</w:t>
      </w:r>
      <w:r/>
    </w:p>
    <w:p>
      <w:r/>
      <w:r>
        <w:rPr>
          <w:b/>
        </w:rPr>
        <w:t>Story idea inspired by:</w:t>
      </w:r>
      <w:r>
        <w:t xml:space="preserve"> </w:t>
      </w:r>
      <w:hyperlink r:id="rId9">
        <w:r>
          <w:rPr>
            <w:color w:val="0000EE"/>
            <w:u w:val="single"/>
          </w:rPr>
          <w:t>[1]</w:t>
        </w:r>
      </w:hyperlink>
      <w:r/>
    </w:p>
    <w:p>
      <w:r/>
      <w:r>
        <w:rPr>
          <w:b/>
        </w:rPr>
        <w:t>Sources by paragraph:</w:t>
      </w:r>
      <w:r>
        <w:t xml:space="preserve">- Paragraph 1: </w:t>
      </w:r>
      <w:hyperlink r:id="rId9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9">
        <w:r>
          <w:rPr>
            <w:color w:val="0000EE"/>
            <w:u w:val="single"/>
          </w:rPr>
          <w:t>[3]</w:t>
        </w:r>
      </w:hyperlink>
      <w:r>
        <w:t xml:space="preserve">- Paragraph 2: </w:t>
      </w:r>
      <w:hyperlink r:id="rId9">
        <w:r>
          <w:rPr>
            <w:color w:val="0000EE"/>
            <w:u w:val="single"/>
          </w:rPr>
          <w:t>[4]</w:t>
        </w:r>
      </w:hyperlink>
      <w:r>
        <w:t xml:space="preserve">- Paragraph 3: </w:t>
      </w:r>
      <w:hyperlink r:id="rId9">
        <w:r>
          <w:rPr>
            <w:color w:val="0000EE"/>
            <w:u w:val="single"/>
          </w:rPr>
          <w:t>[5]</w:t>
        </w:r>
      </w:hyperlink>
      <w:r>
        <w:t xml:space="preserve">- Paragraph 4: </w:t>
      </w:r>
      <w:hyperlink r:id="rId9">
        <w:r>
          <w:rPr>
            <w:color w:val="0000EE"/>
            <w:u w:val="single"/>
          </w:rPr>
          <w:t>[6]</w:t>
        </w:r>
      </w:hyperlink>
      <w:r>
        <w:t xml:space="preserve">- Paragraph 5: </w:t>
      </w:r>
      <w:hyperlink r:id="rId9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9">
        <w:r>
          <w:rPr>
            <w:color w:val="0000EE"/>
            <w:u w:val="single"/>
          </w:rPr>
          <w:t>[4]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https://www.orlandoweekly.com/food-drink/drinking-bars/sapphic-nightspot-sapphire-lounge-to-open-in-former-heatwave-stonewall-space/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https://www.orlandoweekly.com/food-drink/drinking-bars/sapphic-nightspot-sapphire-lounge-to-open-in-former-heatwave-stonewall-space/</w:t>
        </w:r>
      </w:hyperlink>
      <w:r>
        <w:t xml:space="preserve"> - The article announces the opening of Sapphire Lounge, Orlando's first and only Sapphic+ lounge and restaurant, in the former Heatwave and Stonewall space on Church Street in Parramore. Scheduled to open over Labor Day weekend, the venue aims to provide a safe space for the lesbian community, featuring live performances, watch parties, Mexican-inspired dishes, and a full cocktail program. The grand opening is set for Friday, September 4, at 9 p.m., with tickets starting at $19. The event will be hosted by Magan and Dayna, contestants on Season 2 of Netflix's 'The Ultimatum: Queer Love'.</w:t>
      </w:r>
      <w:r/>
    </w:p>
    <w:p>
      <w:pPr>
        <w:pStyle w:val="ListNumber"/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https://www.orlandoweekly.com/food-drink/drinking-bars/sapphic-nightspot-sapphire-lounge-to-open-in-former-heatwave-stonewall-space/</w:t>
        </w:r>
      </w:hyperlink>
      <w:r>
        <w:t xml:space="preserve"> - The article announces the opening of Sapphire Lounge, Orlando's first and only Sapphic+ lounge and restaurant, in the former Heatwave and Stonewall space on Church Street in Parramore. Scheduled to open over Labor Day weekend, the venue aims to provide a safe space for the lesbian community, featuring live performances, watch parties, Mexican-inspired dishes, and a full cocktail program. The grand opening is set for Friday, September 4, at 9 p.m., with tickets starting at $19. The event will be hosted by Magan and Dayna, contestants on Season 2 of Netflix's 'The Ultimatum: Queer Love'.</w:t>
      </w:r>
      <w:r/>
    </w:p>
    <w:p>
      <w:pPr>
        <w:pStyle w:val="ListNumber"/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https://www.orlandoweekly.com/food-drink/drinking-bars/sapphic-nightspot-sapphire-lounge-to-open-in-former-heatwave-stonewall-space/</w:t>
        </w:r>
      </w:hyperlink>
      <w:r>
        <w:t xml:space="preserve"> - The article announces the opening of Sapphire Lounge, Orlando's first and only Sapphic+ lounge and restaurant, in the former Heatwave and Stonewall space on Church Street in Parramore. Scheduled to open over Labor Day weekend, the venue aims to provide a safe space for the lesbian community, featuring live performances, watch parties, Mexican-inspired dishes, and a full cocktail program. The grand opening is set for Friday, September 4, at 9 p.m., with tickets starting at $19. The event will be hosted by Magan and Dayna, contestants on Season 2 of Netflix's 'The Ultimatum: Queer Love'.</w:t>
      </w:r>
      <w:r/>
    </w:p>
    <w:p>
      <w:pPr>
        <w:pStyle w:val="ListNumber"/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https://www.orlandoweekly.com/food-drink/drinking-bars/sapphic-nightspot-sapphire-lounge-to-open-in-former-heatwave-stonewall-space/</w:t>
        </w:r>
      </w:hyperlink>
      <w:r>
        <w:t xml:space="preserve"> - The article announces the opening of Sapphire Lounge, Orlando's first and only Sapphic+ lounge and restaurant, in the former Heatwave and Stonewall space on Church Street in Parramore. Scheduled to open over Labor Day weekend, the venue aims to provide a safe space for the lesbian community, featuring live performances, watch parties, Mexican-inspired dishes, and a full cocktail program. The grand opening is set for Friday, September 4, at 9 p.m., with tickets starting at $19. The event will be hosted by Magan and Dayna, contestants on Season 2 of Netflix's 'The Ultimatum: Queer Love'.</w:t>
      </w:r>
      <w:r/>
    </w:p>
    <w:p>
      <w:pPr>
        <w:pStyle w:val="ListNumber"/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https://www.orlandoweekly.com/food-drink/drinking-bars/sapphic-nightspot-sapphire-lounge-to-open-in-former-heatwave-stonewall-space/</w:t>
        </w:r>
      </w:hyperlink>
      <w:r>
        <w:t xml:space="preserve"> - The article announces the opening of Sapphire Lounge, Orlando's first and only Sapphic+ lounge and restaurant, in the former Heatwave and Stonewall space on Church Street in Parramore. Scheduled to open over Labor Day weekend, the venue aims to provide a safe space for the lesbian community, featuring live performances, watch parties, Mexican-inspired dishes, and a full cocktail program. The grand opening is set for Friday, September 4, at 9 p.m., with tickets starting at $19. The event will be hosted by Magan and Dayna, contestants on Season 2 of Netflix's 'The Ultimatum: Queer Love'.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orlandoweekly.com/food-drink/drinking-bars/sapphic-nightspot-sapphire-lounge-to-open-in-former-heatwave-stonewall-space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