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 Community Space in Loudoun: Inside the Equality Loudoun Community Center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fresh community hub: supporters and local leaders gathered in Leesburg as Equality Loudoun opened its new Community Center, a visible, welcoming home for youth programming, support groups and social nights , and a sign that the county’s queer community finally has a place to drop in, belong and build.</w:t>
      </w:r>
      <w:r/>
    </w:p>
    <w:p>
      <w:r/>
      <w:r>
        <w:t>Essential Takeaways</w:t>
      </w:r>
      <w:r/>
      <w:r/>
    </w:p>
    <w:p>
      <w:pPr>
        <w:pStyle w:val="ListBullet"/>
        <w:spacing w:line="240" w:lineRule="auto"/>
        <w:ind w:left="720"/>
      </w:pPr>
      <w:r/>
      <w:r>
        <w:rPr>
          <w:b/>
        </w:rPr>
        <w:t>Location and access:</w:t>
      </w:r>
      <w:r>
        <w:t xml:space="preserve"> The Equality Loudoun Community Center sits in the Village at Leesburg (1507 Dodona Terrace SE, Suite 105), offering a central, easy-to-find space for events and drop-in hours. </w:t>
      </w:r>
      <w:r/>
    </w:p>
    <w:p>
      <w:pPr>
        <w:pStyle w:val="ListBullet"/>
        <w:spacing w:line="240" w:lineRule="auto"/>
        <w:ind w:left="720"/>
      </w:pPr>
      <w:r/>
      <w:r>
        <w:rPr>
          <w:b/>
        </w:rPr>
        <w:t>What’s on offer:</w:t>
      </w:r>
      <w:r>
        <w:t xml:space="preserve"> Expect youth support groups, craft and game nights, peer support groups and movie nights , plus new youth programming funded by a recent grant. </w:t>
      </w:r>
      <w:r/>
    </w:p>
    <w:p>
      <w:pPr>
        <w:pStyle w:val="ListBullet"/>
        <w:spacing w:line="240" w:lineRule="auto"/>
        <w:ind w:left="720"/>
      </w:pPr>
      <w:r/>
      <w:r>
        <w:rPr>
          <w:b/>
        </w:rPr>
        <w:t>Local backing:</w:t>
      </w:r>
      <w:r>
        <w:t xml:space="preserve"> Leesburg officials and U.S. Rep. Suhas Subramanyam attended the ribbon cutting, signalling strong municipal and congressional support. </w:t>
      </w:r>
      <w:r/>
    </w:p>
    <w:p>
      <w:pPr>
        <w:pStyle w:val="ListBullet"/>
        <w:spacing w:line="240" w:lineRule="auto"/>
        <w:ind w:left="720"/>
      </w:pPr>
      <w:r/>
      <w:r>
        <w:rPr>
          <w:b/>
        </w:rPr>
        <w:t>Funding model:</w:t>
      </w:r>
      <w:r>
        <w:t xml:space="preserve"> Equality Loudoun operates mainly through donations; interested supporters can find details and giving options on eqloco.org. </w:t>
      </w:r>
      <w:r/>
    </w:p>
    <w:p>
      <w:pPr>
        <w:pStyle w:val="ListBullet"/>
        <w:spacing w:line="240" w:lineRule="auto"/>
        <w:ind w:left="720"/>
      </w:pPr>
      <w:r/>
      <w:r>
        <w:rPr>
          <w:b/>
        </w:rPr>
        <w:t>Vibe:</w:t>
      </w:r>
      <w:r>
        <w:t xml:space="preserve"> The centre aims for warmth and belonging , a cosy, predictable place for people who’ve been “migrating from place to place” for years.</w:t>
      </w:r>
      <w:r/>
      <w:r/>
    </w:p>
    <w:p>
      <w:r/>
      <w:r>
        <w:t>Opening hook: a long-awaited home with a lively, human edge The ribbon cutting in Leesburg felt a little like a coming‑home party, even with wildfire smoke nudging everyone indoors. People clustered in the new centre’s compact rooms and you could almost hear the relief , a quieter, steadier kind of joy that comes from finally having a reliable place to meet friends and find support.</w:t>
      </w:r>
      <w:r/>
    </w:p>
    <w:p>
      <w:r/>
      <w:r>
        <w:t>Backstory: built from years of grassroots work Equality Loudoun began in 2003 and, like many volunteer-led groups, spent years borrowing spaces for meetings and events. The organisation put down roots in the community with Loudoun Pride and other activities, and the new centre is the next logical step: a permanent address for services that used to hop from venue to venue.</w:t>
      </w:r>
      <w:r/>
    </w:p>
    <w:p>
      <w:r/>
      <w:r>
        <w:t>What they’ll actually do here Programming is practical and social rather than theoretical: youth support groups developed with partner organisations; peer-run gatherings for adults; craft and activity nights; and open drop-in hours. The centre’s executive director has emphasised community feedback as the blueprint, so what’s offered will evolve with local needs , which is good news if you want a group that reflects Loudoun’s specific community mix.</w:t>
      </w:r>
      <w:r/>
    </w:p>
    <w:p>
      <w:r/>
      <w:r>
        <w:t>Why this matters for families and young people Middle school and high school can be isolating, especially for kids who don’t see themselves reflected in their classrooms. Leesburg’s mayor, drawing on her education background, said she wished a space like this had existed when she taught. For parents and teachers, the centre offers somewhere to refer young people who need peer connection or a safe place to be themselves.</w:t>
      </w:r>
      <w:r/>
    </w:p>
    <w:p>
      <w:r/>
      <w:r>
        <w:t>Community partnerships and funding realities Equality Loudoun runs mostly on donations and small grants, and the new youth work was made possible by a recent grant award. That grassroots funding model keeps programming flexible but also means the centre will welcome volunteers, local partnerships and community input to sustain and expand offerings. If you want to help, check eqloco.org for ways to donate or volunteer.</w:t>
      </w:r>
      <w:r/>
    </w:p>
    <w:p>
      <w:r/>
      <w:r>
        <w:t>How this fits into a broader local picture The opening reflects a wider trend of suburban LGBTQ organising moving from ad hoc to anchored services. Centres like this turn occasional meetups into ongoing, dependable support networks, which can shift the feel of a county over time , from tolerant on paper to actively inclusive on the ground.</w:t>
      </w:r>
      <w:r/>
    </w:p>
    <w:p>
      <w:r/>
      <w:r>
        <w:t>Practical tips if you want to visit or get involved Call ahead to check drop-in hours and youth session rules, especially if teen programming requires registration or parental permissions. If you’re a local group leader, suggest a partnership , the centre is actively asking the community what it wants to host. And if you’re donating, consider a recurring gift; predictable funding lets staff plan steady programmes.</w:t>
      </w:r>
      <w:r/>
    </w:p>
    <w:p>
      <w:r/>
      <w:r>
        <w:t>Reaction and outlook: quiet strength in a small space A community centre isn’t a cure-all, but it’s a visible commitment: somewhere people can show up without explaining themselves. With municipal leaders turning up and the community pitching in, this little Leesburg space could become the place neighbours think of first when someone needs support or a friendly face.</w:t>
      </w:r>
      <w:r/>
    </w:p>
    <w:p>
      <w:r/>
      <w:r>
        <w:t>It's a small change that can make daily life feel safer and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9">
        <w:r>
          <w:rPr>
            <w:color w:val="0000EE"/>
            <w:u w:val="single"/>
          </w:rPr>
          <w:t>[1]</w:t>
        </w:r>
      </w:hyperlink>
      <w:r>
        <w:t xml:space="preserve">, </w:t>
      </w:r>
      <w:hyperlink r:id="rId13">
        <w:r>
          <w:rPr>
            <w:color w:val="0000EE"/>
            <w:u w:val="single"/>
          </w:rPr>
          <w:t>[7]</w:t>
        </w:r>
      </w:hyperlink>
      <w:r>
        <w:t xml:space="preserve">- Paragraph 8: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https://www.washingtonblade.com/2026/08/18/winsome-earle-sears-life-and-marriage-tour-to-include-northern-va-stops/</w:t>
        </w:r>
      </w:hyperlink>
      <w:r>
        <w:t xml:space="preserve"> - Please view link - unable to able to access data</w:t>
      </w:r>
      <w:r/>
    </w:p>
    <w:p>
      <w:pPr>
        <w:pStyle w:val="ListNumber"/>
        <w:spacing w:line="240" w:lineRule="auto"/>
        <w:ind w:left="720"/>
      </w:pPr>
      <w:r/>
      <w:hyperlink r:id="rId10">
        <w:r>
          <w:rPr>
            <w:color w:val="0000EE"/>
            <w:u w:val="single"/>
          </w:rPr>
          <w:t>https://www.eqloco.org/</w:t>
        </w:r>
      </w:hyperlink>
      <w:r>
        <w:t xml:space="preserve"> - Equality Loudoun is a non-profit organisation based in Leesburg, Virginia, dedicated to building community, promoting inclusion, and providing education to support LGBTQ+ equality in Loudoun County. Established in 2003, the organisation envisions an inclusive community where LGBTQ+ individuals and other marginalised groups are fully embraced by active allies and can live safely and openly. Their mission includes advocating for equal protection in laws and policies, educating the community through training seminars, and defending the rights of LGBTQ+ individuals by providing resources and pursuing legal means to enshrine protections under the law.</w:t>
      </w:r>
      <w:r/>
    </w:p>
    <w:p>
      <w:pPr>
        <w:pStyle w:val="ListNumber"/>
        <w:spacing w:line="240" w:lineRule="auto"/>
        <w:ind w:left="720"/>
      </w:pPr>
      <w:r/>
      <w:hyperlink r:id="rId12">
        <w:r>
          <w:rPr>
            <w:color w:val="0000EE"/>
            <w:u w:val="single"/>
          </w:rPr>
          <w:t>https://www.eqloco.org/about</w:t>
        </w:r>
      </w:hyperlink>
      <w:r>
        <w:t xml:space="preserve"> - Equality Loudoun's 'About' page outlines the organisation's mission, vision, and history. The mission focuses on building community, promoting inclusion, and providing education to support LGBTQ+ equality in Loudoun County. The vision is to create an inclusive community where LGBTQ+ people and other marginalised groups are fully embraced by active allies and can live safely and openly. The history section details the organisation's founding in 2003 as a grassroots effort and its evolution into a 501(c)3 non-profit charitable organisation in 2021, with a renewed focus on advocacy, education, and community support.</w:t>
      </w:r>
      <w:r/>
    </w:p>
    <w:p>
      <w:pPr>
        <w:pStyle w:val="ListNumber"/>
        <w:spacing w:line="240" w:lineRule="auto"/>
        <w:ind w:left="720"/>
      </w:pPr>
      <w:r/>
      <w:hyperlink r:id="rId14">
        <w:r>
          <w:rPr>
            <w:color w:val="0000EE"/>
            <w:u w:val="single"/>
          </w:rPr>
          <w:t>https://volunteer.loudouncares.org/agency/detail/?agency_id=136910</w:t>
        </w:r>
      </w:hyperlink>
      <w:r>
        <w:t xml:space="preserve"> - This page provides information about Equality Loudoun, a non-profit organisation based in Leesburg, Virginia, dedicated to building community, promoting inclusion, and providing education to support LGBTQ+ equality in Loudoun County. The organisation envisions an inclusive community where LGBTQ+ people and other marginalised groups are fully embraced by active allies and can live safely and openly. The page includes contact information, including phone number, email, and mailing address, as well as links to the organisation's website and social media profiles.</w:t>
      </w:r>
      <w:r/>
    </w:p>
    <w:p>
      <w:pPr>
        <w:pStyle w:val="ListNumber"/>
        <w:spacing w:line="240" w:lineRule="auto"/>
        <w:ind w:left="720"/>
      </w:pPr>
      <w:r/>
      <w:hyperlink r:id="rId11">
        <w:r>
          <w:rPr>
            <w:color w:val="0000EE"/>
            <w:u w:val="single"/>
          </w:rPr>
          <w:t>https://www.eqloco.org/community</w:t>
        </w:r>
      </w:hyperlink>
      <w:r>
        <w:t xml:space="preserve"> - Equality Loudoun's 'Community' page highlights the organisation's commitment to fostering a supportive environment for LGBTQ+ individuals and their allies. The page discusses the importance of community gatherings, hosted events, engagement activities, and digital community building. It mentions the establishment of the LGBTQ+ Community Center in 2026, providing a safe and accepting space for vital services and offerings. The page also lists upcoming events and collaborations with other organisations to create inclusive and engaging spaces for support and fun.</w:t>
      </w:r>
      <w:r/>
    </w:p>
    <w:p>
      <w:pPr>
        <w:pStyle w:val="ListNumber"/>
        <w:spacing w:line="240" w:lineRule="auto"/>
        <w:ind w:left="720"/>
      </w:pPr>
      <w:r/>
      <w:hyperlink r:id="rId15">
        <w:r>
          <w:rPr>
            <w:color w:val="0000EE"/>
            <w:u w:val="single"/>
          </w:rPr>
          <w:t>https://www.novarainbows.org/</w:t>
        </w:r>
      </w:hyperlink>
      <w:r>
        <w:t xml:space="preserve"> - NOVA Rainbow Connections, a programme of the Virginia Queer Collective, is dedicated to connecting families and LGBTQIA+ individuals through peer support and community belonging. The organisation unites people who are lesbian, gay, bisexual, transgender, queer, and beyond in the LGBTQIA+ spectrum in Loudoun County with families, friends, and allies. They are committed to advancing equality through peer-to-peer support, education, and advocacy, utilising experienced and trained facilitators to guide peer support meetings and help individuals and their loved ones connect with others experiencing similar situations and issues.</w:t>
      </w:r>
      <w:r/>
    </w:p>
    <w:p>
      <w:pPr>
        <w:pStyle w:val="ListNumber"/>
        <w:spacing w:line="240" w:lineRule="auto"/>
        <w:ind w:left="720"/>
      </w:pPr>
      <w:r/>
      <w:hyperlink r:id="rId13">
        <w:r>
          <w:rPr>
            <w:color w:val="0000EE"/>
            <w:u w:val="single"/>
          </w:rPr>
          <w:t>https://business.loudounchamber.org/list/member/equality-loudoun-27129.htm</w:t>
        </w:r>
      </w:hyperlink>
      <w:r>
        <w:t xml:space="preserve"> - This page provides information about Equality Loudoun, a non-profit organisation based in Leesburg, Virginia, dedicated to building community, promoting inclusion, and providing education to support LGBTQ+ equality in Loudoun County. The organisation envisions an inclusive community where LGBTQ+ people and other marginalised groups are fully embraced by active allies and can live safely and openly. The page includes contact information, including phone number, email, and mailing address, as well as links to the organisation's website and social media profiles.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18/winsome-earle-sears-life-and-marriage-tour-to-include-northern-va-stops/" TargetMode="External"/><Relationship Id="rId10" Type="http://schemas.openxmlformats.org/officeDocument/2006/relationships/hyperlink" Target="https://www.eqloco.org/" TargetMode="External"/><Relationship Id="rId11" Type="http://schemas.openxmlformats.org/officeDocument/2006/relationships/hyperlink" Target="https://www.eqloco.org/community" TargetMode="External"/><Relationship Id="rId12" Type="http://schemas.openxmlformats.org/officeDocument/2006/relationships/hyperlink" Target="https://www.eqloco.org/about" TargetMode="External"/><Relationship Id="rId13" Type="http://schemas.openxmlformats.org/officeDocument/2006/relationships/hyperlink" Target="https://business.loudounchamber.org/list/member/equality-loudoun-27129.htm" TargetMode="External"/><Relationship Id="rId14" Type="http://schemas.openxmlformats.org/officeDocument/2006/relationships/hyperlink" Target="https://volunteer.loudouncares.org/agency/detail/?agency_id=136910" TargetMode="External"/><Relationship Id="rId15" Type="http://schemas.openxmlformats.org/officeDocument/2006/relationships/hyperlink" Target="https://www.novarainbow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