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Documentary to Remember Early AIDS Victims: Mijn broer and Bart Davidse’s 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memory and viewers alike are rediscovering a quiet, painful piece of Dutch history in Mijn broer, a new documentary that honours Bart Davidse , a talented young artist from Zeeland who died of AIDS forty years ago, and whose funeral was refused by local churches.</w:t>
      </w:r>
      <w:r/>
    </w:p>
    <w:p>
      <w:r/>
      <w:r>
        <w:t>Essential Takeaways</w:t>
      </w:r>
      <w:r/>
      <w:r/>
    </w:p>
    <w:p>
      <w:pPr>
        <w:pStyle w:val="ListBullet"/>
        <w:spacing w:line="240" w:lineRule="auto"/>
        <w:ind w:left="720"/>
      </w:pPr>
      <w:r/>
      <w:r>
        <w:rPr>
          <w:b/>
        </w:rPr>
        <w:t>Personal focus:</w:t>
      </w:r>
      <w:r>
        <w:t xml:space="preserve"> Mijn broer centres on Koert Davidse’s memories, family diaries and friends’ testimonies to rebuild Bart’s life. </w:t>
      </w:r>
      <w:r/>
    </w:p>
    <w:p>
      <w:pPr>
        <w:pStyle w:val="ListBullet"/>
        <w:spacing w:line="240" w:lineRule="auto"/>
        <w:ind w:left="720"/>
      </w:pPr>
      <w:r/>
      <w:r>
        <w:rPr>
          <w:b/>
        </w:rPr>
        <w:t>Cultural silence:</w:t>
      </w:r>
      <w:r>
        <w:t xml:space="preserve"> Bart’s sexuality was largely hidden within a deeply religious farming family, and his name wasn’t spoken at his funeral. </w:t>
      </w:r>
      <w:r/>
    </w:p>
    <w:p>
      <w:pPr>
        <w:pStyle w:val="ListBullet"/>
        <w:spacing w:line="240" w:lineRule="auto"/>
        <w:ind w:left="720"/>
      </w:pPr>
      <w:r/>
      <w:r>
        <w:rPr>
          <w:b/>
        </w:rPr>
        <w:t>Historical context:</w:t>
      </w:r>
      <w:r>
        <w:t xml:space="preserve"> The film revisits 1980s fear and ignorance about AIDS, when knowledge was limited and stigma high. </w:t>
      </w:r>
      <w:r/>
    </w:p>
    <w:p>
      <w:pPr>
        <w:pStyle w:val="ListBullet"/>
        <w:spacing w:line="240" w:lineRule="auto"/>
        <w:ind w:left="720"/>
      </w:pPr>
      <w:r/>
      <w:r>
        <w:rPr>
          <w:b/>
        </w:rPr>
        <w:t>Art as legacy:</w:t>
      </w:r>
      <w:r>
        <w:t xml:space="preserve"> Bart’s drawings, preserved by his brother, were shown publicly at Amsterdam Pride, giving his work a belated public life. </w:t>
      </w:r>
      <w:r/>
    </w:p>
    <w:p>
      <w:pPr>
        <w:pStyle w:val="ListBullet"/>
        <w:spacing w:line="240" w:lineRule="auto"/>
        <w:ind w:left="720"/>
      </w:pPr>
      <w:r/>
      <w:r>
        <w:rPr>
          <w:b/>
        </w:rPr>
        <w:t>Local impact:</w:t>
      </w:r>
      <w:r>
        <w:t xml:space="preserve"> The documentary exposes how no churches in Zeeland would hold his funeral, highlighting the intersection of religion and prejudice.</w:t>
      </w:r>
      <w:r/>
      <w:r/>
    </w:p>
    <w:p>
      <w:pPr>
        <w:pStyle w:val="Heading2"/>
      </w:pPr>
      <w:r>
        <w:t>A quiet life, a louder memory</w:t>
      </w:r>
      <w:r/>
    </w:p>
    <w:p>
      <w:r/>
      <w:r>
        <w:t>The documentary opens with a human, tactile detail: notebooks and pencil sketches, the soft graphite lines of a life sketched rather than shouted. According to Dutch radio coverage, Koert, Bart’s brother, guides us through those pages, reading diaries and recounting family moments. The effect is immediate , you sense a shy, artistic soul who slipped from a provincial farm to Amsterdam’s freer, rougher creative scene.</w:t>
      </w:r>
      <w:r/>
    </w:p>
    <w:p>
      <w:r/>
      <w:r>
        <w:t>The film was shaped in part from intimate archival items, and broadcasters and film sites report it’s a personal tribute rather than a polemic. That makes it gentler to watch, but no less damning about the social climate that made Bart’s death both lonely and shrouded.</w:t>
      </w:r>
      <w:r/>
    </w:p>
    <w:p>
      <w:pPr>
        <w:pStyle w:val="Heading2"/>
      </w:pPr>
      <w:r>
        <w:t>How Zeeland and the church shaped the silence</w:t>
      </w:r>
      <w:r/>
    </w:p>
    <w:p>
      <w:r/>
      <w:r>
        <w:t>Back in the 1980s, the Netherlands was changing fast in cities but could remain conservative at the edges. As the documentary and several Dutch film pages note, Bart came from a devout farming family in Zeeland, where the church carried moral authority. When AIDS arrived in the public imagination as a disease tied to gay men, small communities often reacted with fear instead of support.</w:t>
      </w:r>
      <w:r/>
    </w:p>
    <w:p>
      <w:r/>
      <w:r>
        <w:t>Koert’s testimony , and the stark detail that Bart’s name wasn’t spoken at his funeral , shows how family loyalty, religious belief, and shame can combine to erase a person’s identity. That erasure is exactly what the film aims to undo.</w:t>
      </w:r>
      <w:r/>
    </w:p>
    <w:p>
      <w:pPr>
        <w:pStyle w:val="Heading2"/>
      </w:pPr>
      <w:r>
        <w:t>Portrait of an artist finally seen</w:t>
      </w:r>
      <w:r/>
    </w:p>
    <w:p>
      <w:r/>
      <w:r>
        <w:t>One of the documentary’s most moving beats is how Bart’s art resurfaces. Koert kept drawings and sketches for decades, and they were displayed at a recent Amsterdam Pride event, giving a public face to a private talent. Film listings and festival mentions describe the pieces as delicate and revealing, the kind of work that makes you feel the artist’s presence even after they’re gone.</w:t>
      </w:r>
      <w:r/>
    </w:p>
    <w:p>
      <w:r/>
      <w:r>
        <w:t>For viewers, the art provides a sensory anchor: you can almost feel the paper texture, smell the graphite, and imagine the person behind the marks. It’s a reminder that cultural memory often comes through objects , diaries, drawings, scrapbooks , that survivors safeguard.</w:t>
      </w:r>
      <w:r/>
    </w:p>
    <w:p>
      <w:pPr>
        <w:pStyle w:val="Heading2"/>
      </w:pPr>
      <w:r>
        <w:t>Revisiting AIDS history without sensationalism</w:t>
      </w:r>
      <w:r/>
    </w:p>
    <w:p>
      <w:r/>
      <w:r>
        <w:t>The documentary places Bart’s life in the broader context of the early AIDS crisis, when medical knowledge was scarce and stigma rampant. Dutch broadcasters who discussed the film emphasise its measured tone; Mijn broer doesn’t exploit tragedy, it documents how fear shaped choices and responses.</w:t>
      </w:r>
      <w:r/>
    </w:p>
    <w:p>
      <w:r/>
      <w:r>
        <w:t>That approach matters: it allows audiences to learn about the period’s ignorance and the consequences for individuals like Bart, while also recognising how communities have changed , and where they still need to change.</w:t>
      </w:r>
      <w:r/>
    </w:p>
    <w:p>
      <w:pPr>
        <w:pStyle w:val="Heading2"/>
      </w:pPr>
      <w:r>
        <w:t>What viewers should watch for and why it matters</w:t>
      </w:r>
      <w:r/>
    </w:p>
    <w:p>
      <w:r/>
      <w:r>
        <w:t>If you watch Mijn broer, look out for the interplay between personal diaries and public testimony. The film is a study in quiet resistance: reclaiming a name, returning an artist to public view, and confronting how institutions once failed him. It’s also a gentle lesson in how memory work happens , through preservation, storytelling and acts of public recognition.</w:t>
      </w:r>
      <w:r/>
    </w:p>
    <w:p>
      <w:r/>
      <w:r>
        <w:t>For families or communities dealing with loss today, the documentary offers a practical reminder: keep letters, keep art, and consider how telling a life’s story can heal old wounds.</w:t>
      </w:r>
      <w:r/>
    </w:p>
    <w:p>
      <w:r/>
      <w:r>
        <w:t>It’s a small but important reclaiming , a brother’s effort to make sure Bart is finally remembered for who he was.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https://www.31mag.nl/un-documentario-ricorda-una-delle-prime-vittime-di-aids-in-olanda-nel-suo-zeeland-nessuna-chiesa-celebro-il-funerale/</w:t>
        </w:r>
      </w:hyperlink>
      <w:r>
        <w:t xml:space="preserve"> - Please view link - unable to able to access data</w:t>
      </w:r>
      <w:r/>
    </w:p>
    <w:p>
      <w:pPr>
        <w:pStyle w:val="ListNumber"/>
        <w:spacing w:line="240" w:lineRule="auto"/>
        <w:ind w:left="720"/>
      </w:pPr>
      <w:r/>
      <w:hyperlink r:id="rId10">
        <w:r>
          <w:rPr>
            <w:color w:val="0000EE"/>
            <w:u w:val="single"/>
          </w:rPr>
          <w:t>https://www.nporadio1.nl/fragmenten/de-rode-draad/019cfd39-f70c-70d6-9a52-16d27900f850/2026-03-17-documentaire-mijn-broer-is-eerbetoon-aan-bart-davidse-die-overleed-aan-aids</w:t>
        </w:r>
      </w:hyperlink>
      <w:r>
        <w:t xml:space="preserve"> - This article discusses the documentary 'Mijn Broer' (My Brother), which pays tribute to Bart Davidse, one of the first Dutch victims of the AIDS epidemic in the 1980s. The film is directed by his brother, Koert Davidse, and explores Bart's life, his coming out, and the impact of AIDS on their family. The documentary is set to be broadcast on NPO 2 on 18 August 2026. The article also features an interview with Koert Davidse and Lyle Muns from the Aidsfonds.</w:t>
      </w:r>
      <w:r/>
    </w:p>
    <w:p>
      <w:pPr>
        <w:pStyle w:val="ListNumber"/>
        <w:spacing w:line="240" w:lineRule="auto"/>
        <w:ind w:left="720"/>
      </w:pPr>
      <w:r/>
      <w:hyperlink r:id="rId11">
        <w:r>
          <w:rPr>
            <w:color w:val="0000EE"/>
            <w:u w:val="single"/>
          </w:rPr>
          <w:t>https://www.npodoc.nl/artikelen/mijn-broer</w:t>
        </w:r>
      </w:hyperlink>
      <w:r>
        <w:t xml:space="preserve"> - This page provides information about the documentary 'Mijn Broer' (My Brother), directed by Koert Davidse. The film portrays the life of Bart Davidse, who died of AIDS at the age of 28 in 1986. It delves into the family's silence regarding Bart's sexuality and the AIDS epidemic during the 1980s. The documentary is scheduled to air on NPO 2, NPO Start, and npodoc.nl on 18 August 2026 at 20:25.</w:t>
      </w:r>
      <w:r/>
    </w:p>
    <w:p>
      <w:pPr>
        <w:pStyle w:val="ListNumber"/>
        <w:spacing w:line="240" w:lineRule="auto"/>
        <w:ind w:left="720"/>
      </w:pPr>
      <w:r/>
      <w:hyperlink r:id="rId12">
        <w:r>
          <w:rPr>
            <w:color w:val="0000EE"/>
            <w:u w:val="single"/>
          </w:rPr>
          <w:t>https://www.moviemeter.com/movies/documentary/mijn-broer</w:t>
        </w:r>
      </w:hyperlink>
      <w:r>
        <w:t xml:space="preserve"> - This page provides details about the documentary 'Mijn Broer' (My Brother), directed by Koert Davidse. The film explores the life of Bart Davidse, who died of AIDS at the age of 28 in 1986. It examines the family's silence about Bart's sexuality and the AIDS epidemic during the 1980s. The documentary is set to be released in 2025 and has a runtime of 83 minutes.</w:t>
      </w:r>
      <w:r/>
    </w:p>
    <w:p>
      <w:pPr>
        <w:pStyle w:val="ListNumber"/>
        <w:spacing w:line="240" w:lineRule="auto"/>
        <w:ind w:left="720"/>
      </w:pPr>
      <w:r/>
      <w:hyperlink r:id="rId13">
        <w:r>
          <w:rPr>
            <w:color w:val="0000EE"/>
            <w:u w:val="single"/>
          </w:rPr>
          <w:t>https://www.filmvandaag.nl/film/150661-mijn-broer</w:t>
        </w:r>
      </w:hyperlink>
      <w:r>
        <w:t xml:space="preserve"> - This page offers information about the documentary 'Mijn Broer' (My Brother), directed by Koert Davidse. The film tells the story of Bart Davidse, who died of AIDS at the age of 28 in 1986. It highlights the family's silence regarding Bart's sexuality and the AIDS epidemic during the 1980s. The documentary is scheduled for release in 2025 and has a runtime of 83 minutes.</w:t>
      </w:r>
      <w:r/>
    </w:p>
    <w:p>
      <w:pPr>
        <w:pStyle w:val="ListNumber"/>
        <w:spacing w:line="240" w:lineRule="auto"/>
        <w:ind w:left="720"/>
      </w:pPr>
      <w:r/>
      <w:hyperlink r:id="rId15">
        <w:r>
          <w:rPr>
            <w:color w:val="0000EE"/>
            <w:u w:val="single"/>
          </w:rPr>
          <w:t>https://www.cinema.nl/db/16308785-mijn-broer</w:t>
        </w:r>
      </w:hyperlink>
      <w:r>
        <w:t xml:space="preserve"> - This page provides details about the documentary 'Mijn Broer' (My Brother), directed by Koert Davidse. The film portrays the life of Bart Davidse, who died of AIDS at the age of 28 in 1986. It delves into the family's silence regarding Bart's sexuality and the AIDS epidemic during the 1980s. The documentary is scheduled for release in 2025 and has a runtime of 84 minutes.</w:t>
      </w:r>
      <w:r/>
    </w:p>
    <w:p>
      <w:pPr>
        <w:pStyle w:val="ListNumber"/>
        <w:spacing w:line="240" w:lineRule="auto"/>
        <w:ind w:left="720"/>
      </w:pPr>
      <w:r/>
      <w:hyperlink r:id="rId14">
        <w:r>
          <w:rPr>
            <w:color w:val="0000EE"/>
            <w:u w:val="single"/>
          </w:rPr>
          <w:t>https://slachtstraat.nl/films/mijn-broer/</w:t>
        </w:r>
      </w:hyperlink>
      <w:r>
        <w:t xml:space="preserve"> - This page offers information about the documentary 'Mijn Broer' (My Brother), directed by Koert Davidse. The film explores the life of Bart Davidse, who died of AIDS at the age of 28 in 1986. It examines the family's silence about Bart's sexuality and the AIDS epidemic during the 1980s. The documentary is scheduled for release in 2025 and has a runtime of 83 minutes.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1mag.nl/un-documentario-ricorda-una-delle-prime-vittime-di-aids-in-olanda-nel-suo-zeeland-nessuna-chiesa-celebro-il-funerale/" TargetMode="External"/><Relationship Id="rId10" Type="http://schemas.openxmlformats.org/officeDocument/2006/relationships/hyperlink" Target="https://www.nporadio1.nl/fragmenten/de-rode-draad/019cfd39-f70c-70d6-9a52-16d27900f850/2026-03-17-documentaire-mijn-broer-is-eerbetoon-aan-bart-davidse-die-overleed-aan-aids" TargetMode="External"/><Relationship Id="rId11" Type="http://schemas.openxmlformats.org/officeDocument/2006/relationships/hyperlink" Target="https://www.npodoc.nl/artikelen/mijn-broer" TargetMode="External"/><Relationship Id="rId12" Type="http://schemas.openxmlformats.org/officeDocument/2006/relationships/hyperlink" Target="https://www.moviemeter.com/movies/documentary/mijn-broer" TargetMode="External"/><Relationship Id="rId13" Type="http://schemas.openxmlformats.org/officeDocument/2006/relationships/hyperlink" Target="https://www.filmvandaag.nl/film/150661-mijn-broer" TargetMode="External"/><Relationship Id="rId14" Type="http://schemas.openxmlformats.org/officeDocument/2006/relationships/hyperlink" Target="https://slachtstraat.nl/films/mijn-broer/" TargetMode="External"/><Relationship Id="rId15" Type="http://schemas.openxmlformats.org/officeDocument/2006/relationships/hyperlink" Target="https://www.cinema.nl/db/16308785-mijn-bro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