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Aviation Pride UK Scholarship for LGBTQ+ Aspiring Aviators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a small but significant change in the aviation world: Aviation Pride UK has launched a scholarship programme to help LGBTQ+ people and allies overcome financial barriers to careers in aviation, opening applications for the month of August and promising awards for training, education and professional development.</w:t>
      </w:r>
      <w:r/>
    </w:p>
    <w:p>
      <w:r/>
      <w:r>
        <w:t>Essential takeaways</w:t>
      </w:r>
      <w:r/>
      <w:r/>
    </w:p>
    <w:p>
      <w:pPr>
        <w:pStyle w:val="ListBullet"/>
        <w:spacing w:line="240" w:lineRule="auto"/>
        <w:ind w:left="720"/>
      </w:pPr>
      <w:r/>
      <w:r>
        <w:rPr>
          <w:b/>
        </w:rPr>
        <w:t>Who can apply:</w:t>
      </w:r>
      <w:r>
        <w:t xml:space="preserve"> Active Aviation Pride UK members, including LGBTQ+ people and supportive allies. </w:t>
      </w:r>
      <w:r/>
    </w:p>
    <w:p>
      <w:pPr>
        <w:pStyle w:val="ListBullet"/>
        <w:spacing w:line="240" w:lineRule="auto"/>
        <w:ind w:left="720"/>
      </w:pPr>
      <w:r/>
      <w:r>
        <w:rPr>
          <w:b/>
        </w:rPr>
        <w:t>What’s funded:</w:t>
      </w:r>
      <w:r>
        <w:t xml:space="preserve"> Full or partial awards for pilot training plus a wide range of aviation pathways , engineering, ATC, cabin crew, airport ops, safety and education. </w:t>
      </w:r>
      <w:r/>
    </w:p>
    <w:p>
      <w:pPr>
        <w:pStyle w:val="ListBullet"/>
        <w:spacing w:line="240" w:lineRule="auto"/>
        <w:ind w:left="720"/>
      </w:pPr>
      <w:r/>
      <w:r>
        <w:rPr>
          <w:b/>
        </w:rPr>
        <w:t>When to apply:</w:t>
      </w:r>
      <w:r>
        <w:t xml:space="preserve"> Applications open 1–31 August 2026; awards depend on individual need and available funds. </w:t>
      </w:r>
      <w:r/>
    </w:p>
    <w:p>
      <w:pPr>
        <w:pStyle w:val="ListBullet"/>
        <w:spacing w:line="240" w:lineRule="auto"/>
        <w:ind w:left="720"/>
      </w:pPr>
      <w:r/>
      <w:r>
        <w:rPr>
          <w:b/>
        </w:rPr>
        <w:t>How decisions are made:</w:t>
      </w:r>
      <w:r>
        <w:t xml:space="preserve"> APUK’s Scholarship Committee reviews applications and forwards recommendations to the charity’s Board of Trustees. </w:t>
      </w:r>
      <w:r/>
    </w:p>
    <w:p>
      <w:pPr>
        <w:pStyle w:val="ListBullet"/>
        <w:spacing w:line="240" w:lineRule="auto"/>
        <w:ind w:left="720"/>
      </w:pPr>
      <w:r/>
      <w:r>
        <w:rPr>
          <w:b/>
        </w:rPr>
        <w:t>Feel and fit:</w:t>
      </w:r>
      <w:r>
        <w:t xml:space="preserve"> The programme is practical and inclusive, designed to reduce cost barriers while signalling industry welcome.</w:t>
      </w:r>
      <w:r/>
      <w:r/>
    </w:p>
    <w:p>
      <w:pPr>
        <w:pStyle w:val="Heading2"/>
      </w:pPr>
      <w:r>
        <w:t>Why this scholarship matters now</w:t>
      </w:r>
      <w:r/>
    </w:p>
    <w:p>
      <w:r/>
      <w:r>
        <w:t>This is a practical step that turns a membership network into financial support, and it feels quietly consequential , there’s a soft relief in seeing doors that once required deep pockets get a little wider. Aviation Pride UK became a registered charity in 2023 and, according to the organisation, has focused on making aviation safer and more accessible for LGBTQ+ people. The scholarship is its first direct funding programme, aimed at helping people who might otherwise be priced out of training or professional development.</w:t>
      </w:r>
      <w:r/>
    </w:p>
    <w:p>
      <w:pPr>
        <w:pStyle w:val="Heading2"/>
      </w:pPr>
      <w:r>
        <w:t>What the award covers and who benefits</w:t>
      </w:r>
      <w:r/>
    </w:p>
    <w:p>
      <w:r/>
      <w:r>
        <w:t>Pilot training is highlighted, but the scheme isn’t a one-trick pony. Awards can cover commercial and recreational flight training as well as engineering, air traffic management, cabin crew roles, safety management and training courses. That breadth matters because not everyone wants to be a pilot; some want to fix the planes, keep the towers running or teach the next generation. If you’re a prospective applicant, think broadly about where funding will make the most difference to your pathway.</w:t>
      </w:r>
      <w:r/>
    </w:p>
    <w:p>
      <w:pPr>
        <w:pStyle w:val="Heading2"/>
      </w:pPr>
      <w:r>
        <w:t>How to apply , practical tips</w:t>
      </w:r>
      <w:r/>
    </w:p>
    <w:p>
      <w:r/>
      <w:r>
        <w:t>Applications opened on 1 August and close on 31 August 2026, so don’t leave it to the last minute. You’ll need active membership of Aviation Pride UK before you apply, so join early if you’re not already a member. Gather concise evidence of need and clear plans for how the award will be used , committees often respond best to specificity. Consider asking a mentor or colleague to read your application; a crisp statement of intent helps a lot.</w:t>
      </w:r>
      <w:r/>
    </w:p>
    <w:p>
      <w:pPr>
        <w:pStyle w:val="Heading2"/>
      </w:pPr>
      <w:r>
        <w:t>Selection process and transparency</w:t>
      </w:r>
      <w:r/>
    </w:p>
    <w:p>
      <w:r/>
      <w:r>
        <w:t>Applications are assessed individually by a Scholarship Committee before recommendations are made to the Board of Trustees. That two-step approach is reassuring: it balances specialist review with governance oversight. It’s worth noting the awards can be full or partial and will depend on both the merits of each case and the funds available , so even a small, targeted ask might be competitive if it’s clearly justified.</w:t>
      </w:r>
      <w:r/>
    </w:p>
    <w:p>
      <w:pPr>
        <w:pStyle w:val="Heading2"/>
      </w:pPr>
      <w:r>
        <w:t>What this means for the industry</w:t>
      </w:r>
      <w:r/>
    </w:p>
    <w:p>
      <w:r/>
      <w:r>
        <w:t>Small scholarships like this do more than pay for hours in a cockpit; they signal cultural change. Organisations such as Aviation Pride UK, Pride in Aviation and longstanding groups in the sector have pushed for visibility and inclusion , now funding adds an even more tangible welcome. For employers and training schools, this could nudge recruitment and retention, helping to diversify a workforce that’s historically been narrow.</w:t>
      </w:r>
      <w:r/>
    </w:p>
    <w:p>
      <w:r/>
      <w:r>
        <w:t>It's a small change that can make every career move a little more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https://www.ftnonline.co.uk/2026/08/06/aviation-pride-uk-launches-scholarship-programme-for-lgbtq-community/</w:t>
        </w:r>
      </w:hyperlink>
      <w:r>
        <w:t xml:space="preserve"> - Please view link - unable to able to access data</w:t>
      </w:r>
      <w:r/>
    </w:p>
    <w:p>
      <w:pPr>
        <w:pStyle w:val="ListNumber"/>
        <w:spacing w:line="240" w:lineRule="auto"/>
        <w:ind w:left="720"/>
      </w:pPr>
      <w:r/>
      <w:hyperlink r:id="rId10">
        <w:r>
          <w:rPr>
            <w:color w:val="0000EE"/>
            <w:u w:val="single"/>
          </w:rPr>
          <w:t>https://www.aviationpride.org.uk/</w:t>
        </w:r>
      </w:hyperlink>
      <w:r>
        <w:t xml:space="preserve"> - Aviation Pride UK (APUK) is the UK's LGBTQ+ aviation community, dedicated to making the industry safer for all. Their mission focuses on building, supporting, and uniting the LGBTQ+ aviation community through mentoring, networking, scholarships, and outreach events. APUK hosts various events throughout the year, including Crawley Pride 2026 on 22 August, the Inclusion Summit 2026 on 15 October in London, and the Student Social 2026 in Oxford. They rely on generous donations to support their initiatives and encourage individuals to join their community.</w:t>
      </w:r>
      <w:r/>
    </w:p>
    <w:p>
      <w:pPr>
        <w:pStyle w:val="ListNumber"/>
        <w:spacing w:line="240" w:lineRule="auto"/>
        <w:ind w:left="720"/>
      </w:pPr>
      <w:r/>
      <w:hyperlink r:id="rId11">
        <w:r>
          <w:rPr>
            <w:color w:val="0000EE"/>
            <w:u w:val="single"/>
          </w:rPr>
          <w:t>https://flyer.co.uk/aviation-pride-uk-launches-scholarships-for-lgbtq-community/</w:t>
        </w:r>
      </w:hyperlink>
      <w:r>
        <w:t xml:space="preserve"> - Aviation Pride UK (APUK) has launched a new initiative aimed at providing direct financial support for training, education, and professional development across aviation. The inaugural APUK Scholarship opened for applications on 1 August 2026 and will close on 31 August 2026. The scholarship is open to applicants pursuing a wide range of aviation-related disciplines, including commercial and recreational flight training, engineering and aerospace, air traffic management, airport operations, cabin crew, safety management, aviation education, and professional skills development. Applications will be assessed individually by APUK’s Scholarship Committee before recommendations are submitted to the charity’s Board of Trustees.</w:t>
      </w:r>
      <w:r/>
    </w:p>
    <w:p>
      <w:pPr>
        <w:pStyle w:val="ListNumber"/>
        <w:spacing w:line="240" w:lineRule="auto"/>
        <w:ind w:left="720"/>
      </w:pPr>
      <w:r/>
      <w:hyperlink r:id="rId12">
        <w:r>
          <w:rPr>
            <w:color w:val="0000EE"/>
            <w:u w:val="single"/>
          </w:rPr>
          <w:t>https://www.prideinaviation.org/</w:t>
        </w:r>
      </w:hyperlink>
      <w:r>
        <w:t xml:space="preserve"> - The European Pride in Aviation Network (EPAN) is a non-profit organization dedicated to building, supporting, and uniting the LGBTQIA+ aviation community across Europe and beyond. EPAN offers resources such as professional mentoring, resilience development, community events, and industry discounts. They aim to foster a sense of safe space, community, and belonging for LGBTQIA+ individuals in the aviation industry. EPAN is actively growing throughout Europe and areas close to Europe, and membership is open to individuals worldwide.</w:t>
      </w:r>
      <w:r/>
    </w:p>
    <w:p>
      <w:pPr>
        <w:pStyle w:val="ListNumber"/>
        <w:spacing w:line="240" w:lineRule="auto"/>
        <w:ind w:left="720"/>
      </w:pPr>
      <w:r/>
      <w:hyperlink r:id="rId14">
        <w:r>
          <w:rPr>
            <w:color w:val="0000EE"/>
            <w:u w:val="single"/>
          </w:rPr>
          <w:t>https://www.ngpa.org/</w:t>
        </w:r>
      </w:hyperlink>
      <w:r>
        <w:t xml:space="preserve"> - The National Gay Pilots Association (NGPA) is the largest organization of lesbian, gay, bisexual, and transgender pilots, aviation professionals, and enthusiasts from around the world. Since 1990, NGPA has connected LGBTQ+ pilots, aviation professionals, and enthusiasts through scholarships, community, mentorship, advocacy, and events. Their mission is to build, support, and unite the LGBTQ+ aviation community worldwide through education, mentoring, events, scholarships, and advocacy that help create a safer, more inclusive industry.</w:t>
      </w:r>
      <w:r/>
    </w:p>
    <w:p>
      <w:pPr>
        <w:pStyle w:val="ListNumber"/>
        <w:spacing w:line="240" w:lineRule="auto"/>
        <w:ind w:left="720"/>
      </w:pPr>
      <w:r/>
      <w:hyperlink r:id="rId13">
        <w:r>
          <w:rPr>
            <w:color w:val="0000EE"/>
            <w:u w:val="single"/>
          </w:rPr>
          <w:t>https://wanderingwithpride.org/scholarship-apply</w:t>
        </w:r>
      </w:hyperlink>
      <w:r>
        <w:t xml:space="preserve"> - Wandering With Pride offers scholarships of up to $20,000 to LGBTQ+ students pursuing study-abroad programs. Applicants must have a minimum GPA of 2.5 and be currently enrolled or accepted at an accredited U.S. college or university. The scholarship is open to all LGBTQ+ identities, with no documentation required. The application process involves submitting an online application, and selected semifinalists will be invited to submit a video introduction and written narrative. Finalists are notified in April, and funds are coordinated directly with the recipient's study-abroad program.</w:t>
      </w:r>
      <w:r/>
    </w:p>
    <w:p>
      <w:pPr>
        <w:pStyle w:val="ListNumber"/>
        <w:spacing w:line="240" w:lineRule="auto"/>
        <w:ind w:left="720"/>
      </w:pPr>
      <w:r/>
      <w:hyperlink r:id="rId15">
        <w:r>
          <w:rPr>
            <w:color w:val="0000EE"/>
            <w:u w:val="single"/>
          </w:rPr>
          <w:t>https://www.ngpa.org/scholarships</w:t>
        </w:r>
      </w:hyperlink>
      <w:r>
        <w:t xml:space="preserve"> - The National Gay Pilots Association (NGPA) offers scholarships to aspiring aviators and aerospace professionals. Since 1998, NGPA has awarded more than $2,750,000 in scholarships, helping recipients progress through flight training, advanced ratings, and a wide range of aviation career paths. The 2026 Scholarship Application is open, with a deadline of July 31 for new applications and August 7 for existing applicants to complete their applications. NGPA encourages donations to support these scholarships, which are tax-deductible for U.S. taxpayers.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tnonline.co.uk/2026/08/06/aviation-pride-uk-launches-scholarship-programme-for-lgbtq-community/" TargetMode="External"/><Relationship Id="rId10" Type="http://schemas.openxmlformats.org/officeDocument/2006/relationships/hyperlink" Target="https://www.aviationpride.org.uk/" TargetMode="External"/><Relationship Id="rId11" Type="http://schemas.openxmlformats.org/officeDocument/2006/relationships/hyperlink" Target="https://flyer.co.uk/aviation-pride-uk-launches-scholarships-for-lgbtq-community/" TargetMode="External"/><Relationship Id="rId12" Type="http://schemas.openxmlformats.org/officeDocument/2006/relationships/hyperlink" Target="https://www.prideinaviation.org/" TargetMode="External"/><Relationship Id="rId13" Type="http://schemas.openxmlformats.org/officeDocument/2006/relationships/hyperlink" Target="https://wanderingwithpride.org/scholarship-apply" TargetMode="External"/><Relationship Id="rId14" Type="http://schemas.openxmlformats.org/officeDocument/2006/relationships/hyperlink" Target="https://www.ngpa.org/" TargetMode="External"/><Relationship Id="rId15" Type="http://schemas.openxmlformats.org/officeDocument/2006/relationships/hyperlink" Target="https://www.ngpa.org/scholars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